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Молитва</w:t>
      </w:r>
    </w:p>
    <w:p>
      <w:r>
        <w:br/>
        <w:t xml:space="preserve"> Царям, всесвітнім шинкарям,&lt;br /&gt;</w:t>
        <w:br/>
        <w:t>І дукачі, і таляри,&lt;br /&gt;</w:t>
        <w:br/>
        <w:t>І пута кутії пошли.</w:t>
      </w:r>
    </w:p>
    <w:p>
      <w:r>
        <w:br/>
        <w:t>Робочим головам, рукам&lt;br /&gt;</w:t>
        <w:br/>
        <w:t>На сій окраденій землі&lt;br /&gt;</w:t>
        <w:br/>
        <w:t>Свою ти силу ниспошли.</w:t>
      </w:r>
    </w:p>
    <w:p>
      <w:r>
        <w:br/>
        <w:t>Мені ж, мій боже, на землі&lt;br /&gt;</w:t>
        <w:br/>
        <w:t>Подай любов, сердечний рай&lt;br /&gt;</w:t>
        <w:br/>
        <w:t>І більш нічого не давай!</w:t>
      </w:r>
    </w:p>
    <w:p>
      <w:r>
        <w:br/>
        <w:t>24 травня 1860 С. П. Б.</w:t>
      </w:r>
    </w:p>
    <w:p>
      <w:r>
        <w:br/>
        <w:t>Царів, кривавих шинкарів,&lt;br /&gt;</w:t>
        <w:br/>
        <w:t>У пута кутії окуй,&lt;br /&gt;</w:t>
        <w:br/>
        <w:t>В склепу глибокім замуруй.</w:t>
      </w:r>
    </w:p>
    <w:p>
      <w:r>
        <w:br/>
        <w:t>Трудящим людям, всеблагий.&lt;br /&gt;</w:t>
        <w:br/>
        <w:t>На їх окраденій землі&lt;br /&gt;</w:t>
        <w:br/>
        <w:t>Свою ти силу ниспошли.</w:t>
      </w:r>
    </w:p>
    <w:p>
      <w:r>
        <w:br/>
        <w:t>А чистих серцем — коло їх&lt;br /&gt;</w:t>
        <w:br/>
        <w:t>Постав ти ангели свої,&lt;br /&gt;</w:t>
        <w:br/>
        <w:t>Щоб чистоту їх соблюли:</w:t>
      </w:r>
    </w:p>
    <w:p>
      <w:r>
        <w:br/>
        <w:t>Мені ж, о господи, подай&lt;br /&gt;</w:t>
        <w:br/>
        <w:t>Любити правду на землі&lt;br /&gt;</w:t>
        <w:br/>
        <w:t>І друга щирого пошли!</w:t>
      </w:r>
    </w:p>
    <w:p>
      <w:r>
        <w:br/>
        <w:t>25 травня [1860 С. П. Б.]</w:t>
      </w:r>
    </w:p>
    <w:p>
      <w:r>
        <w:br/>
        <w:t>Злоначинающих спини,&lt;br /&gt;</w:t>
        <w:br/>
        <w:t>У пута кутії не куй,&lt;br /&gt;</w:t>
        <w:br/>
        <w:t>В склепи глибокі не муруй.</w:t>
      </w:r>
    </w:p>
    <w:p>
      <w:r>
        <w:br/>
        <w:t>А доброзиждущим рукам&lt;br /&gt;</w:t>
        <w:br/>
        <w:t>І покажи, і поможи,&lt;br /&gt;</w:t>
        <w:br/>
        <w:t>Святую силу ниспошли.</w:t>
      </w:r>
    </w:p>
    <w:p>
      <w:r>
        <w:br/>
        <w:t>А чистих серцем? — Коло їх&lt;br /&gt;</w:t>
        <w:br/>
        <w:t>Постави ангели свої&lt;br /&gt;</w:t>
        <w:br/>
        <w:t>І чистоту їх соблюди.</w:t>
      </w:r>
    </w:p>
    <w:p>
      <w:r>
        <w:br/>
        <w:t>А всім нам вкупі на землі&lt;br /&gt;</w:t>
        <w:br/>
        <w:t>Єдиномисліє подай&lt;br /&gt;</w:t>
        <w:br/>
        <w:t>І братолюбіє пошли.</w:t>
      </w:r>
    </w:p>
    <w:p>
      <w:r>
        <w:br/>
        <w:t>27 травня [1860 С. П .Б.]</w:t>
      </w:r>
    </w:p>
    <w:p>
      <w:r>
        <w:br/>
        <w:t>Тим неситим очам,&lt;br /&gt;</w:t>
        <w:br/>
        <w:t>Земним ббгам-царям,&lt;br /&gt;</w:t>
        <w:br/>
        <w:t>І плуги, й кораблі,&lt;br /&gt;</w:t>
        <w:br/>
        <w:t>І всі добра землі,&lt;br /&gt;</w:t>
        <w:br/>
        <w:t>І хвалебні псалми —&lt;br /&gt;</w:t>
        <w:br/>
        <w:t>Тим дрібненьким богам.</w:t>
      </w:r>
    </w:p>
    <w:p>
      <w:r>
        <w:br/>
        <w:t>Роботящим умам,&lt;br /&gt;</w:t>
        <w:br/>
        <w:t>Роботящим рукам&lt;br /&gt;</w:t>
        <w:br/>
        <w:t>Перелоги орать,&lt;br /&gt;</w:t>
        <w:br/>
        <w:t>Думать, сіять, не ждать&lt;br /&gt;</w:t>
        <w:br/>
        <w:t>І посіяне жать&lt;br /&gt;</w:t>
        <w:br/>
        <w:t>Роботящим рукам.</w:t>
      </w:r>
    </w:p>
    <w:p>
      <w:r>
        <w:br/>
        <w:t>Добросердим-малим,&lt;br /&gt;</w:t>
        <w:br/>
        <w:t>Тихолюбцям-святим,&lt;br /&gt;</w:t>
        <w:br/>
        <w:t>Творче неба й землі!&lt;br /&gt;</w:t>
        <w:br/>
        <w:t>Долгоденствіє їм&lt;br /&gt;</w:t>
        <w:br/>
        <w:t>На сім світі; на тім...&lt;br /&gt;</w:t>
        <w:br/>
        <w:t>Рай небесний пошли.</w:t>
      </w:r>
    </w:p>
    <w:p>
      <w:r>
        <w:br/>
        <w:t>Все на світі — не нам,&lt;br /&gt;</w:t>
        <w:br/>
        <w:t>Все богам, тим царям!&lt;br /&gt;</w:t>
        <w:br/>
        <w:t>І плуги, й кораблі,&lt;br /&gt;</w:t>
        <w:br/>
        <w:t>І всі добра землі,&lt;br /&gt;</w:t>
        <w:br/>
        <w:t>Моя любо!.. А нам —&lt;br /&gt;</w:t>
        <w:br/>
        <w:t>Нам любов між людьми.</w:t>
      </w:r>
    </w:p>
    <w:p>
      <w:r>
        <w:br/>
        <w:t>31 травня [1860 С. П. Б.]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Молитва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