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закоханих</w:t>
      </w:r>
    </w:p>
    <w:p>
      <w:r>
        <w:br/>
        <w:t xml:space="preserve"> Сірі очі – мокрий пірс,&lt;br /&gt;</w:t>
        <w:br/>
        <w:t>Злива в море сльози ллє&lt;br /&gt;</w:t>
        <w:br/>
        <w:t>І шепоче пінний вир,&lt;br /&gt;</w:t>
        <w:br/>
        <w:t>Що кипить за кораблем.&lt;br /&gt;</w:t>
        <w:br/>
        <w:t>Що надія й віра нам? –&lt;br /&gt;</w:t>
        <w:br/>
        <w:t>Щонайвища з молитов:&lt;br /&gt;</w:t>
        <w:br/>
        <w:t>Все тече, усе мина,&lt;br /&gt;</w:t>
        <w:br/>
        <w:t>Незнищима лиш любов.</w:t>
      </w:r>
    </w:p>
    <w:p>
      <w:r>
        <w:br/>
        <w:t>Чорні очі – ночі мла,&lt;br /&gt;</w:t>
        <w:br/>
        <w:t>Пінне море зусібіч.&lt;br /&gt;</w:t>
        <w:br/>
        <w:t>У руках тремтить штурвал&lt;br /&gt;</w:t>
        <w:br/>
        <w:t>І шепоче поруч ніч...&lt;br /&gt;</w:t>
        <w:br/>
        <w:t>Миготять з небес зірки,&lt;br /&gt;</w:t>
        <w:br/>
        <w:t>Дослухаючись немов,&lt;br /&gt;</w:t>
        <w:br/>
        <w:t>У старі, як світ, рядки:&lt;br /&gt;</w:t>
        <w:br/>
        <w:t>Незнищима лиш любов.</w:t>
      </w:r>
    </w:p>
    <w:p>
      <w:r>
        <w:br/>
        <w:t>Карі очі – пил степів,&lt;br /&gt;</w:t>
        <w:br/>
        <w:t>Червню жар і сизий дим...&lt;br /&gt;</w:t>
        <w:br/>
        <w:t>Ген там вітер полетів –&lt;br /&gt;</w:t>
        <w:br/>
        <w:t>Дужі коні вслід за ним.&lt;br /&gt;</w:t>
        <w:br/>
        <w:t>І вистукує в серцях&lt;br /&gt;</w:t>
        <w:br/>
        <w:t>Древню пісню наша кров:&lt;br /&gt;</w:t>
        <w:br/>
        <w:t>Є початок у кінця –&lt;br /&gt;</w:t>
        <w:br/>
        <w:t>Незнищима лиш любов.</w:t>
      </w:r>
    </w:p>
    <w:p>
      <w:r>
        <w:br/>
        <w:t>Сині очі – Сильми схил&lt;br /&gt;</w:t>
        <w:br/>
        <w:t>Сяйвом місяця проріс.&lt;br /&gt;</w:t>
        <w:br/>
        <w:t>Лине вальс на вітрі крил&lt;br /&gt;</w:t>
        <w:br/>
        <w:t>З гір до Бенмору і скрізь...&lt;br /&gt;</w:t>
        <w:br/>
        <w:t>"Мейбл", "прощайте", "офіцер",&lt;br /&gt;</w:t>
        <w:br/>
        <w:t>Чар вина і гул розмов.&lt;br /&gt;</w:t>
        <w:br/>
        <w:t>Щирість – найстрогіший ценз:&lt;br /&gt;</w:t>
        <w:br/>
        <w:t>Незнищима лиш любов.</w:t>
      </w:r>
    </w:p>
    <w:p>
      <w:r>
        <w:br/>
        <w:t>Кожен раз, коли кохав,&lt;br /&gt;</w:t>
        <w:br/>
        <w:t>Без жалю і каяття,&lt;br /&gt;</w:t>
        <w:br/>
        <w:t>Відчайдушно й вперто грав&lt;br /&gt;</w:t>
        <w:br/>
        <w:t>Із Любов’ю на життя.&lt;br /&gt;</w:t>
        <w:br/>
        <w:t>Зарікався вже не раз,&lt;br /&gt;</w:t>
        <w:br/>
        <w:t>Та в очах щоразу в’яз...&lt;br /&gt;</w:t>
        <w:br/>
        <w:t>Заспіваю скоро знов&lt;br /&gt;</w:t>
        <w:br/>
        <w:t>Щонайвищу з молитов –&lt;br /&gt;</w:t>
        <w:br/>
        <w:t>Незнищима лиш любов!</w:t>
      </w:r>
    </w:p>
    <w:p>
      <w:r>
        <w:br/>
        <w:t>Переклад В. Чернишенко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закоханих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