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за Україну</w:t>
      </w:r>
    </w:p>
    <w:p>
      <w:r>
        <w:br/>
        <w:t xml:space="preserve"> Боже великий, єдиний,&lt;br /&gt;</w:t>
        <w:br/>
        <w:t>Нам Україну храни,&lt;br /&gt;</w:t>
        <w:br/>
        <w:t>Волі і світу промінням&lt;br /&gt;</w:t>
        <w:br/>
        <w:t>Ти її осіни.</w:t>
      </w:r>
    </w:p>
    <w:p>
      <w:r>
        <w:br/>
        <w:t>Світлом науки і знання&lt;br /&gt;</w:t>
        <w:br/>
        <w:t>Нас, дітей, просвіти,&lt;br /&gt;</w:t>
        <w:br/>
        <w:t>В чистій любові до краю,&lt;br /&gt;</w:t>
        <w:br/>
        <w:t>Ти нас, Боже, зрости.</w:t>
      </w:r>
    </w:p>
    <w:p>
      <w:r>
        <w:br/>
        <w:t>Молимось, Боже єдиний,&lt;br /&gt;</w:t>
        <w:br/>
        <w:t>Нам Україну храни,&lt;br /&gt;</w:t>
        <w:br/>
        <w:t>Всі свої ласки-щедроти&lt;br /&gt;</w:t>
        <w:br/>
        <w:t>Ти на люд наш зверни.</w:t>
      </w:r>
    </w:p>
    <w:p>
      <w:r>
        <w:br/>
        <w:t>Дай йому волю, дай йому долю,&lt;br /&gt;</w:t>
        <w:br/>
        <w:t>Дай доброго світу,&lt;br /&gt;</w:t>
        <w:br/>
        <w:t>Щастя дай, Боже, народу&lt;br /&gt;</w:t>
        <w:br/>
        <w:t>І многая, многая літа.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за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