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Боже, великий, Ти,&lt;br /&gt;</w:t>
        <w:br/>
        <w:t>що створив моря й океани,&lt;br /&gt;</w:t>
        <w:br/>
        <w:t>що сонцю сказав: "світи!",&lt;br /&gt;</w:t>
        <w:br/>
        <w:t>а людині: "будь паном!".&lt;br /&gt;</w:t>
        <w:br/>
        <w:t>Боже! Прийди й поглянь,&lt;br /&gt;</w:t>
        <w:br/>
        <w:t>що зробили з Твого діла,&lt;br /&gt;</w:t>
        <w:br/>
        <w:t>з трону свого встань,&lt;br /&gt;</w:t>
        <w:br/>
        <w:t>зійди на хрести й могили!&lt;br /&gt;</w:t>
        <w:br/>
        <w:t>Відвідай руїни столиць,&lt;br /&gt;</w:t>
        <w:br/>
        <w:t>порожні міста й оселі,&lt;br /&gt;</w:t>
        <w:br/>
        <w:t>заглянь у пустку лиць,&lt;br /&gt;</w:t>
        <w:br/>
        <w:t>в дитячі сни невеселі!&lt;br /&gt;</w:t>
        <w:br/>
        <w:t>Ступи на поріг церков,&lt;br /&gt;</w:t>
        <w:br/>
        <w:t>де тиша багатомовна,&lt;br /&gt;</w:t>
        <w:br/>
        <w:t>де серце Твоє й любов&lt;br /&gt;</w:t>
        <w:br/>
        <w:t>твою запльовано!..&lt;br /&gt;</w:t>
        <w:br/>
        <w:t>Покажи мені стежки,&lt;br /&gt;</w:t>
        <w:br/>
        <w:t>якими ще ходять люди,&lt;br /&gt;</w:t>
        <w:br/>
        <w:t>бо навколо вовки, вовки...&lt;br /&gt;</w:t>
        <w:br/>
        <w:t>І виття їх серце студить.&lt;br /&gt;</w:t>
        <w:br/>
        <w:t>Боже! Але Ти десь там,&lt;br /&gt;</w:t>
        <w:br/>
        <w:t>де мертво блимають зорі,&lt;br /&gt;</w:t>
        <w:br/>
        <w:t>а між нами й Тобою густа&lt;br /&gt;</w:t>
        <w:br/>
        <w:t>хмара моторів.&lt;br /&gt;</w:t>
        <w:br/>
        <w:t>І вони гудуть, гудуть&lt;br /&gt;</w:t>
        <w:br/>
        <w:t>роєм пекельним над нами...&lt;br /&gt;</w:t>
        <w:br/>
        <w:t>Чи ж знайдуть до Тебе путь&lt;br /&gt;</w:t>
        <w:br/>
        <w:t>слова ці, повні нестями?&lt;br /&gt;</w:t>
        <w:br/>
        <w:t>Чи почуєш Ти, Боже, їх&lt;br /&gt;</w:t>
        <w:br/>
        <w:t>серед цього гуку?..&lt;br /&gt;</w:t>
        <w:br/>
        <w:t>Вислухай молитов моїх,&lt;br /&gt;</w:t>
        <w:br/>
        <w:t>подай мені, Господи, руку!&lt;br /&gt;</w:t>
        <w:br/>
        <w:t>Хай віра моя проста&lt;br /&gt;</w:t>
        <w:br/>
        <w:t>буде тверда, як камінь!&lt;br /&gt;</w:t>
        <w:br/>
        <w:t>Я знаю – треба так,&lt;br /&gt;</w:t>
        <w:br/>
        <w:t>я вірю – Ти тут, з нами.&lt;br /&gt;</w:t>
        <w:br/>
        <w:t>1945.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