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місто</w:t>
      </w:r>
    </w:p>
    <w:p>
      <w:r>
        <w:br/>
        <w:t xml:space="preserve"> Місто моє, закосичена квітко,&lt;br /&gt;</w:t>
        <w:br/>
        <w:t>Серця відрадо, бентего душі,&lt;br /&gt;</w:t>
        <w:br/>
        <w:t>Зором сягаю в минувшину, звідки&lt;br /&gt;</w:t>
        <w:br/>
        <w:t>Кличу на світ синьоокі вірші.</w:t>
      </w:r>
    </w:p>
    <w:p>
      <w:r>
        <w:br/>
        <w:t>Голос їх чую в піснях і хоралах,&lt;br /&gt;</w:t>
        <w:br/>
        <w:t>Бачу їхні вірші гарячі рядки.&lt;br /&gt;</w:t>
        <w:br/>
        <w:t>Місто моє, твоє поле зорали&lt;br /&gt;</w:t>
        <w:br/>
        <w:t>Сиві од віку й суворі роки.</w:t>
      </w:r>
    </w:p>
    <w:p>
      <w:r>
        <w:br/>
        <w:t>В них наших пращурів біль і відрада,&lt;br /&gt;</w:t>
        <w:br/>
        <w:t>Воля, освячена кров'ю нераз.&lt;br /&gt;</w:t>
        <w:br/>
        <w:t>На синьо-жовтому прапорі Правда&lt;br /&gt;</w:t>
        <w:br/>
        <w:t>Нині всміхається сяйно до нас.</w:t>
      </w:r>
    </w:p>
    <w:p>
      <w:r>
        <w:br/>
        <w:t>Знаю, не щезли ще й досі іуди,&lt;br /&gt;</w:t>
        <w:br/>
        <w:t>Нишпорять каїни тінню катів,&lt;br /&gt;</w:t>
        <w:br/>
        <w:t>Але я вірю: Вкраїна розбудить&lt;br /&gt;</w:t>
        <w:br/>
        <w:t>Душі їх ниці правдивістю слів.</w:t>
      </w:r>
    </w:p>
    <w:p>
      <w:r>
        <w:br/>
        <w:t>Станемо купно тоді до молитви,&lt;br /&gt;</w:t>
        <w:br/>
        <w:t>Славити будем Господнє ім'я...&lt;br /&gt;</w:t>
        <w:br/>
        <w:t>Повниться свіжим нектаром налитий&lt;br /&gt;</w:t>
        <w:br/>
        <w:t>День твій натхненний, Надвірно моя!</w:t>
      </w:r>
    </w:p>
    <w:p>
      <w:r>
        <w:br/>
        <w:t>Зором сягаєш ти в далеч безкраю,&lt;br /&gt;</w:t>
        <w:br/>
        <w:t>Де розляглися Карпатські кряжі;&lt;br /&gt;</w:t>
        <w:br/>
        <w:t>Думка стокрила у небо злітає,&lt;br /&gt;</w:t>
        <w:br/>
        <w:t>Слово гаряче не знає межі.</w:t>
      </w:r>
    </w:p>
    <w:p>
      <w:r>
        <w:br/>
        <w:t>Жити тобі і привільно і файно,&lt;br /&gt;</w:t>
        <w:br/>
        <w:t>Доки у небі луна сонцесміх.&lt;br /&gt;</w:t>
        <w:br/>
        <w:t>Місто моє, нерозгадана тайно,&lt;br /&gt;</w:t>
        <w:br/>
        <w:t>Щиро вклоняюсь тобі я до ніг!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