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дитинство – сплакане, бідове...</w:t>
      </w:r>
    </w:p>
    <w:p>
      <w:r>
        <w:br/>
        <w:t xml:space="preserve"> ,&lt;br /&gt;</w:t>
        <w:br/>
        <w:t>Та й в юності було чимало зла…&lt;br /&gt;</w:t>
        <w:br/>
        <w:t>Коли ж бо я щасливою була?&lt;br /&gt;</w:t>
        <w:br/>
        <w:t>Коли душа всміхнулася Любов’ю,&lt;br /&gt;</w:t>
        <w:br/>
        <w:t>Якій молилась та… не вберегла…</w:t>
      </w:r>
    </w:p>
    <w:p>
      <w:r>
        <w:br/>
        <w:t>Чи обіймала білі сповиточки&lt;br /&gt;</w:t>
        <w:br/>
        <w:t>І забувала про свої жалі.&lt;br /&gt;</w:t>
        <w:br/>
        <w:t>Була найщасливіша за землі&lt;br /&gt;</w:t>
        <w:br/>
        <w:t>Коли до серця пригортала дочок,&lt;br /&gt;</w:t>
        <w:br/>
        <w:t>А всі страхи іще були малі.</w:t>
      </w:r>
    </w:p>
    <w:p>
      <w:r>
        <w:br/>
        <w:t>Коли, коли висновувала нишком&lt;br /&gt;</w:t>
        <w:br/>
        <w:t>Свої пісні із болю і тривог,&lt;br /&gt;</w:t>
        <w:br/>
        <w:t>Гірких падінь, маленьких перемог…&lt;br /&gt;</w:t>
        <w:br/>
        <w:t>І в білий світ я випускала книжку,&lt;br /&gt;</w:t>
        <w:br/>
        <w:t>Тоді здавалось, що радіє Бог.</w:t>
      </w:r>
    </w:p>
    <w:p>
      <w:r>
        <w:br/>
        <w:t>Ті іскорки, даровані судьбою,&lt;br /&gt;</w:t>
        <w:br/>
        <w:t>Мов спалахи в громохкий каменепад,&lt;br /&gt;</w:t>
        <w:br/>
        <w:t>І стільки пережито вже утрат&lt;br /&gt;</w:t>
        <w:br/>
        <w:t>Та слово перепалене журбою&lt;br /&gt;</w:t>
        <w:br/>
        <w:t>Уже не озирається назад.</w:t>
      </w:r>
    </w:p>
    <w:p>
      <w:r>
        <w:br/>
        <w:t>Бо мовчазні ті вичахли сувої&lt;br /&gt;</w:t>
        <w:br/>
        <w:t>Забутої ясної далини –&lt;br /&gt;</w:t>
        <w:br/>
        <w:t>Частиночка моєї таїни,&lt;br /&gt;</w:t>
        <w:br/>
        <w:t>Яка була нітрохи не сумною,&lt;br /&gt;</w:t>
        <w:br/>
        <w:t>Але не повернулася з війни.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дитинство – сплакане, бідове...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