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душа сміється</w:t>
      </w:r>
    </w:p>
    <w:p>
      <w:r>
        <w:br/>
        <w:t xml:space="preserve"> &lt;p&gt;…Минула ніч і зникли ті страшні примари. Зирнуло сонце з неба. Горить промінням чистий сніг. Не чути танку смерти. І кров моя нагрілась. Тепліше стало. Всміхається, як день оцей, життя і разом з Ним моя сміється вже душа. Як гарно навкруги!</w:t>
      </w:r>
    </w:p>
    <w:p>
      <w:r>
        <w:br/>
        <w:t>Народе, брате мій, а ти? Ми ж подолали ніч? Дивись, який став сніг хороший: яке повітря стало чисте. Я бачу – ти не стогнеш, ні! Ти сміливо і певно йдеш на працю, смієшся над життям? Ти не боїшся ночі, брате мій?</w:t>
      </w:r>
    </w:p>
    <w:p>
      <w:r>
        <w:br/>
        <w:t>Так. Вона минула – ніч страшна. Настав погожий ранок і буде довгий-довгий день. Він дасть нам силу і ми зустрінем знову ніч, та не жахнемось – ні!</w:t>
      </w:r>
    </w:p>
    <w:p>
      <w:r>
        <w:br/>
        <w:t>Нехай ідуть вони, холодні ночі, нехай заводить буря танок смерти і похоронний спів – ми будем жить і насміємося їй в вічі: ми доживем до теплих днів!</w:t>
      </w:r>
    </w:p>
    <w:p>
      <w:r>
        <w:br/>
        <w:t>Брате мій, на очах в тебе бачу сміх веселий!</w:t>
      </w:r>
    </w:p>
    <w:p>
      <w:r>
        <w:br/>
        <w:t>І сам сміюсь!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душа сміється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