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Млеко, од овці пастиру належноє...</w:t>
      </w:r>
    </w:p>
    <w:p>
      <w:r>
        <w:br/>
        <w:t xml:space="preserve"> "МЛЕКО, ОД ОВЦІ ПАСТИРУ НАЛЕЖНОЄ, АБО ТРУДИ ПОЕТИЦЬКІЇ, ВО ЧЕСТЬ ПРЕБЛАГОСЛОВЕННОЇ ДІВИ МАРІЇ СОСТАВЛЕННІЇ..."</w:t>
      </w:r>
    </w:p>
    <w:p>
      <w:r>
        <w:br/>
        <w:t>Р</w:t>
      </w:r>
    </w:p>
    <w:p>
      <w:r>
        <w:br/>
        <w:t>о</w:t>
      </w:r>
    </w:p>
    <w:p>
      <w:r>
        <w:br/>
        <w:t>к</w:t>
      </w:r>
    </w:p>
    <w:p>
      <w:r>
        <w:br/>
        <w:t>у</w:t>
      </w:r>
    </w:p>
    <w:p>
      <w:r>
        <w:br/>
        <w:t>Аз млеком питала</w:t>
      </w:r>
    </w:p>
    <w:p>
      <w:r>
        <w:br/>
        <w:t>Христа в літєх мала,</w:t>
      </w:r>
    </w:p>
    <w:p>
      <w:r>
        <w:br/>
        <w:t>Чистаго младенця</w:t>
      </w:r>
    </w:p>
    <w:p>
      <w:r>
        <w:br/>
        <w:t>А тварєм первенця*.</w:t>
      </w:r>
    </w:p>
    <w:p>
      <w:r>
        <w:br/>
        <w:t>(Перші літери означають цифри (1691). — Ред.)</w:t>
      </w:r>
    </w:p>
    <w:p>
      <w:r>
        <w:br/>
        <w:t>ПРЕДМОВА ДО ЧИТЕЛЬНИКА</w:t>
      </w:r>
    </w:p>
    <w:p>
      <w:r>
        <w:br/>
        <w:t>Уважаючи я, іж многії народове, звлаща в науках обфітуючії, много мають не тілько ораторських, але і поетицьких, чудне а містерне, природним їх язиком, од високих разумов составленних трудолюбій, которими і самі ся тішать, і потомков своїх довціпи острять, я, яко істинний син Малоросійської отчизни нашої, боліючи на то серцем, іж в Малой нашой Росії до сих час такових ні од кого типом виданих не оглядаю трудов, з горливості моєї ку милой отчизні, призвавши бога і божію матку і [святих], умислив-єм, іле зможность подлого [довці] пу мойого позволяла, нікоторії значнійшії штуки поетицькії руським язиком виразити, не з якого язика на руський онії переводячи, але власною працею моєю ново на подобенство інородних составляючи, а нікоторії і ціле руськії способи винайдуючи, которії і іншим язиком ані ся могуть виразити.</w:t>
      </w:r>
    </w:p>
    <w:p>
      <w:r>
        <w:br/>
        <w:t>Найдовав-єм теж в штучках іноземних многії оздобнії і містернії штучки, але не на славу божію, тілько на марнії сьогосвітнії жарти виданії, з которих я, тілько способ взявши, ложив-єм труд не ку якому, не дай боже, тщеславію, але щегульне ку славі бога слави і славної владичиці нашої богородиці і прісно діви Марії а на оздобу отчизни нашої і утіху малоросійським сином її, звлаща до читання охочим і любомудрим.</w:t>
      </w:r>
    </w:p>
    <w:p>
      <w:r>
        <w:br/>
        <w:t>Упевняю теж ласкавого [читат] еля, іж єсли сії вірші мої скоро [про] йдет, не уважаючи, що ся в кождом за штучка замикаєт, мало, або жодного не однесет пожитку. Леч єсли над кождим віршиком так ся много забавить, аж поки зрозумієт, що ся в нім за штучка замикаєт, вельце ся в них закохаєт. Гди ж тут жадних простих (которих і простаки складати могуть) не маш віршов, тілько штучки поетицькії, которії любо суть короткії, маленькії, але великую компонуючим їх задають трудность і довгого, поки ся зложать, потребують часу. Суть з них нікоторії, яко то рак літеральний і вірш чворогранистий, которії і за місяць ледво ся зложать. Хто [спробу]єт, певне мі то признаєт. А прето, ласка [вий ч]ительнику, єсли з них хочеш однести утіху, довго поймуй їх, і єсли би ся которая штучка здала бути до поймовання претрудною, слушная річ, єдного і другого призвавши, спольне ся домишляти. Гди ж всі все можем, а єдин всього знати не может, кроме всемогущаго бога, которий як дав мні охочо попрацьовати, так і любві твоїй да подасть охочо читати і поймовати. В недостойних молитвах моїх горячо о тоє всемогущую його помощ благаю.</w:t>
      </w:r>
    </w:p>
    <w:p>
      <w:r>
        <w:br/>
        <w:t>Любві твоїй всіх благ желатель і бого[молець]</w:t>
      </w:r>
    </w:p>
    <w:p>
      <w:r>
        <w:br/>
        <w:t>Іоанн В[еличков]ський, недостойний з пресвітеров</w:t>
      </w:r>
    </w:p>
    <w:p>
      <w:r>
        <w:br/>
        <w:t>ЕХО</w:t>
      </w:r>
    </w:p>
    <w:p>
      <w:r>
        <w:br/>
        <w:t>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</w:t>
      </w:r>
    </w:p>
    <w:p>
      <w:r>
        <w:br/>
        <w:t>— Рая.</w:t>
      </w:r>
    </w:p>
    <w:p>
      <w:r>
        <w:br/>
        <w:t>— Чому в онь не внійдени? Боїш ли ся брани?</w:t>
      </w:r>
    </w:p>
    <w:p>
      <w:r>
        <w:br/>
        <w:t>— Рани.</w:t>
      </w:r>
    </w:p>
    <w:p>
      <w:r>
        <w:br/>
        <w:t>— Не можеши ли внійти внутр його побідно?</w:t>
      </w:r>
    </w:p>
    <w:p>
      <w:r>
        <w:br/>
        <w:t>— Бідно.</w:t>
      </w:r>
    </w:p>
    <w:p>
      <w:r>
        <w:br/>
        <w:t>— Іли возбранен тобі вход єст херувими?</w:t>
      </w:r>
    </w:p>
    <w:p>
      <w:r>
        <w:br/>
        <w:t>— Іми.</w:t>
      </w:r>
    </w:p>
    <w:p>
      <w:r>
        <w:br/>
        <w:t>— Одкуду дієт ті ся сицевая досада?</w:t>
      </w:r>
    </w:p>
    <w:p>
      <w:r>
        <w:br/>
        <w:t>— 3 сада.</w:t>
      </w:r>
    </w:p>
    <w:p>
      <w:r>
        <w:br/>
        <w:t>— Кто ті в саді снідь смертну подаде од древа?</w:t>
      </w:r>
    </w:p>
    <w:p>
      <w:r>
        <w:br/>
        <w:t>— Єва.</w:t>
      </w:r>
    </w:p>
    <w:p>
      <w:r>
        <w:br/>
        <w:t>— Кто же Єву в том прельсти? Змій ли вертоградський?</w:t>
      </w:r>
    </w:p>
    <w:p>
      <w:r>
        <w:br/>
        <w:t>— Адський.</w:t>
      </w:r>
    </w:p>
    <w:p>
      <w:r>
        <w:br/>
        <w:t>— То сієши сльозами не без вини поле?</w:t>
      </w:r>
    </w:p>
    <w:p>
      <w:r>
        <w:br/>
        <w:t>— Оле!</w:t>
      </w:r>
    </w:p>
    <w:p>
      <w:r>
        <w:br/>
        <w:t>— Одселі вся будеши со трудом стяжати?</w:t>
      </w:r>
    </w:p>
    <w:p>
      <w:r>
        <w:br/>
        <w:t>— Жати.</w:t>
      </w:r>
    </w:p>
    <w:p>
      <w:r>
        <w:br/>
        <w:t>— Одселі тебе, чаю, смерть возьмет ко гробу?</w:t>
      </w:r>
    </w:p>
    <w:p>
      <w:r>
        <w:br/>
        <w:t>— Обу.</w:t>
      </w:r>
    </w:p>
    <w:p>
      <w:r>
        <w:br/>
        <w:t>— То смерті уже єсте во віки предані?</w:t>
      </w:r>
    </w:p>
    <w:p>
      <w:r>
        <w:br/>
        <w:t>— Ані.</w:t>
      </w:r>
    </w:p>
    <w:p>
      <w:r>
        <w:br/>
        <w:t>— Одкуду же жизнь паки начнете взимати?</w:t>
      </w:r>
    </w:p>
    <w:p>
      <w:r>
        <w:br/>
        <w:t>— Мати.</w:t>
      </w:r>
    </w:p>
    <w:p>
      <w:r>
        <w:br/>
        <w:t>— Мати, чаю, одродить вас, [чи смерть] Христова?</w:t>
      </w:r>
    </w:p>
    <w:p>
      <w:r>
        <w:br/>
        <w:t>— [О]ва.</w:t>
      </w:r>
    </w:p>
    <w:p>
      <w:r>
        <w:br/>
        <w:t>— Плодом ли пречистия матері ожисте?</w:t>
      </w:r>
    </w:p>
    <w:p>
      <w:r>
        <w:br/>
        <w:t>— Істе.</w:t>
      </w:r>
    </w:p>
    <w:p>
      <w:r>
        <w:br/>
        <w:t>— О би і нас спасл тот плод дівия утроби!</w:t>
      </w:r>
    </w:p>
    <w:p>
      <w:r>
        <w:br/>
        <w:t>— О би.</w:t>
      </w:r>
    </w:p>
    <w:p>
      <w:r>
        <w:br/>
        <w:t>РАК ЛІТЕРАЛЬНИЙ</w:t>
      </w:r>
    </w:p>
    <w:p>
      <w:r>
        <w:br/>
        <w:t>єст вірш, котрого літери, і вспак читаючися, той же</w:t>
      </w:r>
    </w:p>
    <w:p>
      <w:r>
        <w:br/>
        <w:t>текст виражають</w:t>
      </w:r>
    </w:p>
    <w:p>
      <w:r>
        <w:br/>
        <w:t>Мене ради на радость богом міру данна</w:t>
      </w:r>
    </w:p>
    <w:p>
      <w:r>
        <w:br/>
        <w:t>Анна во дар бо ім'я мі обрадованна,</w:t>
      </w:r>
    </w:p>
    <w:p>
      <w:r>
        <w:br/>
        <w:t>Анна дар і мні сін мира данна,</w:t>
      </w:r>
    </w:p>
    <w:p>
      <w:r>
        <w:br/>
        <w:t>Анна пита мя я мати панна.</w:t>
      </w:r>
    </w:p>
    <w:p>
      <w:r>
        <w:br/>
        <w:t>Знай всяк, аз в небі єсм чиста нива,</w:t>
      </w:r>
    </w:p>
    <w:p>
      <w:r>
        <w:br/>
        <w:t>А відай там я мати а діва.</w:t>
      </w:r>
    </w:p>
    <w:p>
      <w:r>
        <w:br/>
        <w:t>Знай о [нас в] небі, чистая ниво,</w:t>
      </w:r>
    </w:p>
    <w:p>
      <w:r>
        <w:br/>
        <w:t>[О відай] тамо мати а діво.</w:t>
      </w:r>
    </w:p>
    <w:p>
      <w:r>
        <w:br/>
        <w:t>Тебі силной все небо отверзеся само,</w:t>
      </w:r>
    </w:p>
    <w:p>
      <w:r>
        <w:br/>
        <w:t>О мати великая аки лев і тамо.</w:t>
      </w:r>
    </w:p>
    <w:p>
      <w:r>
        <w:br/>
        <w:t>Аки лев і тамо о мати велика</w:t>
      </w:r>
    </w:p>
    <w:p>
      <w:r>
        <w:br/>
        <w:t>Аки Лот о мати і тамо толика</w:t>
      </w:r>
    </w:p>
    <w:p>
      <w:r>
        <w:br/>
        <w:t>Лот — з святих чина, ти — з святійших лика.</w:t>
      </w:r>
    </w:p>
    <w:p>
      <w:r>
        <w:br/>
        <w:t>Марія в небі і по смерті жива,</w:t>
      </w:r>
    </w:p>
    <w:p>
      <w:r>
        <w:br/>
        <w:t>А відай тамо то мати а діва...</w:t>
      </w:r>
    </w:p>
    <w:p>
      <w:r>
        <w:br/>
        <w:t>Аще би і під морем могл люд пребивати</w:t>
      </w:r>
    </w:p>
    <w:p>
      <w:r>
        <w:br/>
        <w:t>І тамо відом Ісус ім, о діво мати.</w:t>
      </w:r>
    </w:p>
    <w:p>
      <w:r>
        <w:br/>
        <w:t>Од гроба Климентія мощно то познати...</w:t>
      </w:r>
    </w:p>
    <w:p>
      <w:r>
        <w:br/>
        <w:t>РАК СЛОВНИЙ</w:t>
      </w:r>
    </w:p>
    <w:p>
      <w:r>
        <w:br/>
        <w:t>єст вірш, которого не літери, але слова вспак читаються</w:t>
      </w:r>
    </w:p>
    <w:p>
      <w:r>
        <w:br/>
        <w:t>Високо діва єст вознесенна,</w:t>
      </w:r>
    </w:p>
    <w:p>
      <w:r>
        <w:br/>
        <w:t>Глубоко яко бяше смиренна.</w:t>
      </w:r>
    </w:p>
    <w:p>
      <w:r>
        <w:br/>
        <w:t>РАК ПРЕКОСЛОВНИЙ</w:t>
      </w:r>
    </w:p>
    <w:p>
      <w:r>
        <w:br/>
        <w:t>єст вірш, которого слова, вспак читаючися, противний текст виражають</w:t>
      </w:r>
    </w:p>
    <w:p>
      <w:r>
        <w:br/>
        <w:t>Бця</w:t>
      </w:r>
    </w:p>
    <w:p>
      <w:r>
        <w:br/>
        <w:t>Со мною жизнь не страх смерті,</w:t>
      </w:r>
    </w:p>
    <w:p>
      <w:r>
        <w:br/>
        <w:t>Мною жити не умерти.</w:t>
      </w:r>
    </w:p>
    <w:p>
      <w:r>
        <w:br/>
        <w:t>Єва</w:t>
      </w:r>
    </w:p>
    <w:p>
      <w:r>
        <w:br/>
        <w:t>Авель</w:t>
      </w:r>
    </w:p>
    <w:p>
      <w:r>
        <w:br/>
        <w:t>Abel</w:t>
      </w:r>
    </w:p>
    <w:p>
      <w:r>
        <w:br/>
        <w:t>Богу пожру жертву тучну не худую,</w:t>
      </w:r>
    </w:p>
    <w:p>
      <w:r>
        <w:br/>
        <w:t>Многу не малую, благую не злую.</w:t>
      </w:r>
    </w:p>
    <w:p>
      <w:r>
        <w:br/>
        <w:t>Sacrum pingue dabo non macrum sacrificabo</w:t>
      </w:r>
    </w:p>
    <w:p>
      <w:r>
        <w:br/>
        <w:t>Каїн</w:t>
      </w:r>
    </w:p>
    <w:p>
      <w:r>
        <w:br/>
        <w:t>Cain</w:t>
      </w:r>
    </w:p>
    <w:p>
      <w:r>
        <w:br/>
        <w:t>ЧВОРОГРАНИСТИЙ</w:t>
      </w:r>
    </w:p>
    <w:p>
      <w:r>
        <w:br/>
        <w:t>єст вірш, в котором так вздлуж, яко і вшир</w:t>
      </w:r>
    </w:p>
    <w:p>
      <w:r>
        <w:br/>
        <w:t>єден же текст виражається</w:t>
      </w:r>
    </w:p>
    <w:p>
      <w:r>
        <w:br/>
        <w:t>Маріє</w:t>
      </w:r>
    </w:p>
    <w:p>
      <w:r>
        <w:br/>
        <w:t>Ти</w:t>
      </w:r>
    </w:p>
    <w:p>
      <w:r>
        <w:br/>
        <w:t>Єдина</w:t>
      </w:r>
    </w:p>
    <w:p>
      <w:r>
        <w:br/>
        <w:t>Мати</w:t>
      </w:r>
    </w:p>
    <w:p>
      <w:r>
        <w:br/>
        <w:t>Богу</w:t>
      </w:r>
    </w:p>
    <w:p>
      <w:r>
        <w:br/>
        <w:t>Сину</w:t>
      </w:r>
    </w:p>
    <w:p>
      <w:r>
        <w:br/>
        <w:t>Ти</w:t>
      </w:r>
    </w:p>
    <w:p>
      <w:r>
        <w:br/>
        <w:t>паче</w:t>
      </w:r>
    </w:p>
    <w:p>
      <w:r>
        <w:br/>
        <w:t>всіх</w:t>
      </w:r>
    </w:p>
    <w:p>
      <w:r>
        <w:br/>
        <w:t>вишшему</w:t>
      </w:r>
    </w:p>
    <w:p>
      <w:r>
        <w:br/>
        <w:t>возлюбленна</w:t>
      </w:r>
    </w:p>
    <w:p>
      <w:r>
        <w:br/>
        <w:t>вину</w:t>
      </w:r>
    </w:p>
    <w:p>
      <w:r>
        <w:br/>
        <w:t>Єдина</w:t>
      </w:r>
    </w:p>
    <w:p>
      <w:r>
        <w:br/>
        <w:t>всіх</w:t>
      </w:r>
    </w:p>
    <w:p>
      <w:r>
        <w:br/>
        <w:t>надеждо</w:t>
      </w:r>
    </w:p>
    <w:p>
      <w:r>
        <w:br/>
        <w:t>творцу</w:t>
      </w:r>
    </w:p>
    <w:p>
      <w:r>
        <w:br/>
        <w:t>ти</w:t>
      </w:r>
    </w:p>
    <w:p>
      <w:r>
        <w:br/>
        <w:t>предстани</w:t>
      </w:r>
    </w:p>
    <w:p>
      <w:r>
        <w:br/>
        <w:t>Мати</w:t>
      </w:r>
    </w:p>
    <w:p>
      <w:r>
        <w:br/>
        <w:t>вишньому</w:t>
      </w:r>
    </w:p>
    <w:p>
      <w:r>
        <w:br/>
        <w:t>творцю</w:t>
      </w:r>
    </w:p>
    <w:p>
      <w:r>
        <w:br/>
        <w:t>стани</w:t>
      </w:r>
    </w:p>
    <w:p>
      <w:r>
        <w:br/>
        <w:t>прісно</w:t>
      </w:r>
    </w:p>
    <w:p>
      <w:r>
        <w:br/>
        <w:t>за ни</w:t>
      </w:r>
    </w:p>
    <w:p>
      <w:r>
        <w:br/>
        <w:t>Богу</w:t>
      </w:r>
    </w:p>
    <w:p>
      <w:r>
        <w:br/>
        <w:t>возлюбленна</w:t>
      </w:r>
    </w:p>
    <w:p>
      <w:r>
        <w:br/>
        <w:t>ти</w:t>
      </w:r>
    </w:p>
    <w:p>
      <w:r>
        <w:br/>
        <w:t>прісно</w:t>
      </w:r>
    </w:p>
    <w:p>
      <w:r>
        <w:br/>
        <w:t>діво</w:t>
      </w:r>
    </w:p>
    <w:p>
      <w:r>
        <w:br/>
        <w:t>зіло</w:t>
      </w:r>
    </w:p>
    <w:p>
      <w:r>
        <w:br/>
        <w:t>Сину</w:t>
      </w:r>
    </w:p>
    <w:p>
      <w:r>
        <w:br/>
        <w:t>вину</w:t>
      </w:r>
    </w:p>
    <w:p>
      <w:r>
        <w:br/>
        <w:t>предстани</w:t>
      </w:r>
    </w:p>
    <w:p>
      <w:r>
        <w:br/>
        <w:t>за ни</w:t>
      </w:r>
    </w:p>
    <w:p>
      <w:r>
        <w:br/>
        <w:t>зіло</w:t>
      </w:r>
    </w:p>
    <w:p>
      <w:r>
        <w:br/>
        <w:t>сміло</w:t>
      </w:r>
    </w:p>
    <w:p>
      <w:r>
        <w:br/>
        <w:t>ЗГОЖАЮЧІЙСЯ</w:t>
      </w:r>
    </w:p>
    <w:p>
      <w:r>
        <w:br/>
        <w:t>єст вірш, в котором обі строки средніх слов згодне заживають</w:t>
      </w:r>
    </w:p>
    <w:p>
      <w:r>
        <w:br/>
        <w:t>Єст</w:t>
      </w:r>
    </w:p>
    <w:p>
      <w:r>
        <w:br/>
        <w:t>Марія</w:t>
      </w:r>
    </w:p>
    <w:p>
      <w:r>
        <w:br/>
        <w:t>Арія</w:t>
      </w:r>
    </w:p>
    <w:p>
      <w:r>
        <w:br/>
        <w:t>без</w:t>
      </w:r>
    </w:p>
    <w:p>
      <w:r>
        <w:br/>
        <w:t>полн</w:t>
      </w:r>
    </w:p>
    <w:p>
      <w:r>
        <w:br/>
        <w:t>гріха</w:t>
      </w:r>
    </w:p>
    <w:p>
      <w:r>
        <w:br/>
        <w:t>та</w:t>
      </w:r>
    </w:p>
    <w:p>
      <w:r>
        <w:br/>
        <w:t>той</w:t>
      </w:r>
    </w:p>
    <w:p>
      <w:r>
        <w:br/>
        <w:t>душі</w:t>
      </w:r>
    </w:p>
    <w:p>
      <w:r>
        <w:br/>
        <w:t>в рай</w:t>
      </w:r>
    </w:p>
    <w:p>
      <w:r>
        <w:br/>
        <w:t>в ад</w:t>
      </w:r>
    </w:p>
    <w:p>
      <w:r>
        <w:br/>
        <w:t>водить</w:t>
      </w:r>
    </w:p>
    <w:p>
      <w:r>
        <w:br/>
        <w:t>зводить</w:t>
      </w:r>
    </w:p>
    <w:p>
      <w:r>
        <w:br/>
        <w:t>ПОРЯДНИЙ НЕПОРЯДОК</w:t>
      </w:r>
    </w:p>
    <w:p>
      <w:r>
        <w:br/>
        <w:t>єст вірш складне помішаного порядку, которий як ся маєт винайдовати, нижей указано єст</w:t>
      </w:r>
    </w:p>
    <w:p>
      <w:r>
        <w:br/>
        <w:t>Отець,</w:t>
      </w:r>
    </w:p>
    <w:p>
      <w:r>
        <w:br/>
        <w:t>ізбра,</w:t>
      </w:r>
    </w:p>
    <w:p>
      <w:r>
        <w:br/>
        <w:t>син,</w:t>
      </w:r>
    </w:p>
    <w:p>
      <w:r>
        <w:br/>
        <w:t>возлюби,</w:t>
      </w:r>
    </w:p>
    <w:p>
      <w:r>
        <w:br/>
        <w:t>утішитель,</w:t>
      </w:r>
    </w:p>
    <w:p>
      <w:r>
        <w:br/>
        <w:t>сниска,</w:t>
      </w:r>
    </w:p>
    <w:p>
      <w:r>
        <w:br/>
        <w:t>дшер,</w:t>
      </w:r>
    </w:p>
    <w:p>
      <w:r>
        <w:br/>
        <w:t>красну,</w:t>
      </w:r>
    </w:p>
    <w:p>
      <w:r>
        <w:br/>
        <w:t>матер,</w:t>
      </w:r>
    </w:p>
    <w:p>
      <w:r>
        <w:br/>
        <w:t>благу,</w:t>
      </w:r>
    </w:p>
    <w:p>
      <w:r>
        <w:br/>
        <w:t>невісту,</w:t>
      </w:r>
    </w:p>
    <w:p>
      <w:r>
        <w:br/>
        <w:t>чисту.</w:t>
      </w:r>
    </w:p>
    <w:p>
      <w:r>
        <w:br/>
        <w:t>Тут такий порядок маєт бути :</w:t>
      </w:r>
    </w:p>
    <w:p>
      <w:r>
        <w:br/>
        <w:t>Отець дщер ізбра красну,</w:t>
      </w:r>
    </w:p>
    <w:p>
      <w:r>
        <w:br/>
        <w:t>Сын матер возлюби благу,</w:t>
      </w:r>
    </w:p>
    <w:p>
      <w:r>
        <w:br/>
        <w:t>Утішитель невісту сниска чисту.</w:t>
      </w:r>
    </w:p>
    <w:p>
      <w:r>
        <w:br/>
        <w:t>ЄДИНОГЛАСНИЙ</w:t>
      </w:r>
    </w:p>
    <w:p>
      <w:r>
        <w:br/>
        <w:t>єст вірш, в котором каждая силяба єдиною гласною</w:t>
      </w:r>
    </w:p>
    <w:p>
      <w:r>
        <w:br/>
        <w:t>літерою замикається, іменна сею: О</w:t>
      </w:r>
    </w:p>
    <w:p>
      <w:r>
        <w:br/>
        <w:t>СлОвО плОтОнОснО</w:t>
      </w:r>
    </w:p>
    <w:p>
      <w:r>
        <w:br/>
        <w:t>МнОгО плОдОнОснО</w:t>
      </w:r>
    </w:p>
    <w:p>
      <w:r>
        <w:br/>
        <w:t>Много плода бог слово в рай приносить,</w:t>
      </w:r>
    </w:p>
    <w:p>
      <w:r>
        <w:br/>
        <w:t>Вся тім биша, вся даєт, чесомо кто просить.</w:t>
      </w:r>
    </w:p>
    <w:p>
      <w:r>
        <w:br/>
        <w:t>ЄДИНОПАДЕЖНИЙ</w:t>
      </w:r>
    </w:p>
    <w:p>
      <w:r>
        <w:br/>
        <w:t>єст вірш, на єдину каденцію кончаючийся,</w:t>
      </w:r>
    </w:p>
    <w:p>
      <w:r>
        <w:br/>
        <w:t>в котором всі стишки в єдно сеє ім'я АННА впадають</w:t>
      </w:r>
    </w:p>
    <w:p>
      <w:r>
        <w:br/>
        <w:t>Роди, ізбранна</w:t>
      </w:r>
    </w:p>
    <w:p>
      <w:r>
        <w:br/>
        <w:t>Пречистую, Анна.</w:t>
      </w:r>
    </w:p>
    <w:p>
      <w:r>
        <w:br/>
        <w:t>В цнотах пространна,</w:t>
      </w:r>
    </w:p>
    <w:p>
      <w:r>
        <w:br/>
        <w:t>Порока странна,</w:t>
      </w:r>
    </w:p>
    <w:p>
      <w:r>
        <w:br/>
        <w:t>Сладкая манна,</w:t>
      </w:r>
    </w:p>
    <w:p>
      <w:r>
        <w:br/>
        <w:t>Чистая панна,</w:t>
      </w:r>
    </w:p>
    <w:p>
      <w:r>
        <w:br/>
        <w:t>Яко нам данна,</w:t>
      </w:r>
    </w:p>
    <w:p>
      <w:r>
        <w:br/>
        <w:t>Богу осанна.</w:t>
      </w:r>
    </w:p>
    <w:p>
      <w:r>
        <w:br/>
        <w:t>За корень сей купині предложенно Анну,</w:t>
      </w:r>
    </w:p>
    <w:p>
      <w:r>
        <w:br/>
        <w:t>Яко сія ізрасти пречистую панну.</w:t>
      </w:r>
    </w:p>
    <w:p>
      <w:r>
        <w:br/>
        <w:t>АЗБУЧНИЙ</w:t>
      </w:r>
    </w:p>
    <w:p>
      <w:r>
        <w:br/>
        <w:t>єст вірш, которий кождое слово од азбучних літер порядком</w:t>
      </w:r>
    </w:p>
    <w:p>
      <w:r>
        <w:br/>
        <w:t>азбучним зачинает. Не положені теж в нем ъ, ы, ь, Ђ, бо то</w:t>
      </w:r>
    </w:p>
    <w:p>
      <w:r>
        <w:br/>
        <w:t>літери конечнії, а не початковії. Над то не положені суть і тії:</w:t>
      </w:r>
    </w:p>
    <w:p>
      <w:r>
        <w:br/>
        <w:t>&amp;#950;, &amp;#968;, &amp;#920;, бо то літери грецькії, а не руськії</w:t>
      </w:r>
    </w:p>
    <w:p>
      <w:r>
        <w:br/>
        <w:t>Тут мова пресвятої богородиці:</w:t>
      </w:r>
    </w:p>
    <w:p>
      <w:r>
        <w:br/>
        <w:t>А з Благ Всіх Глубина</w:t>
      </w:r>
    </w:p>
    <w:p>
      <w:r>
        <w:br/>
        <w:t>Д івая Єдина</w:t>
      </w:r>
    </w:p>
    <w:p>
      <w:r>
        <w:br/>
        <w:t>Ж ивот Зачах Званним</w:t>
      </w:r>
    </w:p>
    <w:p>
      <w:r>
        <w:br/>
        <w:t>І суса Избранним,</w:t>
      </w:r>
    </w:p>
    <w:p>
      <w:r>
        <w:br/>
        <w:t>К оторий Людей Мною</w:t>
      </w:r>
    </w:p>
    <w:p>
      <w:r>
        <w:br/>
        <w:t>Н а Обід Покою</w:t>
      </w:r>
    </w:p>
    <w:p>
      <w:r>
        <w:br/>
        <w:t>Р айська Собираєт,</w:t>
      </w:r>
    </w:p>
    <w:p>
      <w:r>
        <w:br/>
        <w:t>Т унє ОУщедряєт.</w:t>
      </w:r>
    </w:p>
    <w:p>
      <w:r>
        <w:br/>
        <w:t>А тут мова наша ко Христу:</w:t>
      </w:r>
    </w:p>
    <w:p>
      <w:r>
        <w:br/>
        <w:t>Умне Фенікс Христе,</w:t>
      </w:r>
    </w:p>
    <w:p>
      <w:r>
        <w:br/>
        <w:t>Отче Царю Чисте,</w:t>
      </w:r>
    </w:p>
    <w:p>
      <w:r>
        <w:br/>
        <w:t>Шествуй Щедротами,</w:t>
      </w:r>
    </w:p>
    <w:p>
      <w:r>
        <w:br/>
        <w:t>Матерє Мольбами.</w:t>
      </w:r>
    </w:p>
    <w:p>
      <w:r>
        <w:br/>
        <w:t>АКРОСТИХІС</w:t>
      </w:r>
    </w:p>
    <w:p>
      <w:r>
        <w:br/>
        <w:t>єст вірш, котрий краєгранесієм, то єст початковими літерами,</w:t>
      </w:r>
    </w:p>
    <w:p>
      <w:r>
        <w:br/>
        <w:t>ім'я сіє МАРІЯ ізображает, а до того і літери, яко то М, А, Р</w:t>
      </w:r>
    </w:p>
    <w:p>
      <w:r>
        <w:br/>
        <w:t>і прочії, що значать, прозвиськом виражаєт</w:t>
      </w:r>
    </w:p>
    <w:p>
      <w:r>
        <w:br/>
        <w:t>Мисліте, мисль імійте, но не мощно знати,</w:t>
      </w:r>
    </w:p>
    <w:p>
      <w:r>
        <w:br/>
        <w:t>Аз, діва, како могох господа зачати.</w:t>
      </w:r>
    </w:p>
    <w:p>
      <w:r>
        <w:br/>
        <w:t>Рци токмо со вірою, всяк христіянине,</w:t>
      </w:r>
    </w:p>
    <w:p>
      <w:r>
        <w:br/>
        <w:t>Іже вся свідий, боже, ти віси єдине,</w:t>
      </w:r>
    </w:p>
    <w:p>
      <w:r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</w:t>
      </w:r>
    </w:p>
    <w:p>
      <w:r>
        <w:br/>
        <w:t>АКРОСТИХІС ВТОРИЙ,</w:t>
      </w:r>
    </w:p>
    <w:p>
      <w:r>
        <w:br/>
        <w:t>так же краєгранесієм тоє ж пречесное ім'я МАРІЯ виражаючий,</w:t>
      </w:r>
    </w:p>
    <w:p>
      <w:r>
        <w:br/>
        <w:t>тілько першії мови в літерах числом замикаючий, яко то: М</w:t>
      </w:r>
    </w:p>
    <w:p>
      <w:r>
        <w:br/>
        <w:t>значить "четиридесять", А — "єден", Р — "сто", і проч.</w:t>
      </w:r>
    </w:p>
    <w:p>
      <w:r>
        <w:br/>
        <w:t>М. деньми землю одождивий</w:t>
      </w:r>
    </w:p>
    <w:p>
      <w:r>
        <w:br/>
        <w:t>А. тойжде, Маріє, бог син твой правдивий.</w:t>
      </w:r>
    </w:p>
    <w:p>
      <w:r>
        <w:br/>
        <w:t>Р. імат овець, причти к ним і мя, єдину,</w:t>
      </w:r>
    </w:p>
    <w:p>
      <w:r>
        <w:br/>
        <w:t>І. дів со мудрими представ 'свому сину.</w:t>
      </w:r>
    </w:p>
    <w:p>
      <w:r>
        <w:br/>
        <w:t>Я. любо і не в числі, бо без числа грішний,</w:t>
      </w:r>
    </w:p>
    <w:p>
      <w:r>
        <w:br/>
        <w:t>Обаче числа святих да не буду внішний.</w:t>
      </w:r>
    </w:p>
    <w:p>
      <w:r>
        <w:br/>
        <w:t>АКРОСТИХІС ТРЕТІЙ,</w:t>
      </w:r>
    </w:p>
    <w:p>
      <w:r>
        <w:br/>
        <w:t>в котором не предніми літерами виражається тоє ім'я МАРІЯ,</w:t>
      </w:r>
    </w:p>
    <w:p>
      <w:r>
        <w:br/>
        <w:t>як у вищих, але встяж в обох строках. Розділяється те ж ім'я</w:t>
      </w:r>
    </w:p>
    <w:p>
      <w:r>
        <w:br/>
        <w:t>на силяби, а по кождой силябі починається мова подобною</w:t>
      </w:r>
    </w:p>
    <w:p>
      <w:r>
        <w:br/>
        <w:t>силябою прешедшей силябі, якоби кождая силяба, що значить,</w:t>
      </w:r>
    </w:p>
    <w:p>
      <w:r>
        <w:br/>
        <w:t>толкується</w:t>
      </w:r>
    </w:p>
    <w:p>
      <w:r>
        <w:br/>
        <w:t>МА — мати блага, РІ — риза драга, Я — яже нас криєт,</w:t>
      </w:r>
    </w:p>
    <w:p>
      <w:r>
        <w:br/>
        <w:t>МА — малодушних, РІ — ризонужних, Я — як руно, грієт.</w:t>
      </w:r>
    </w:p>
    <w:p>
      <w:r>
        <w:br/>
        <w:t>МНОГОПРЕМІНИТЕЛЬНИЙ</w:t>
      </w:r>
    </w:p>
    <w:p>
      <w:r>
        <w:br/>
        <w:t>єст вірш, которий кілька десять разій перемінятися может,</w:t>
      </w:r>
    </w:p>
    <w:p>
      <w:r>
        <w:br/>
        <w:t>яко нижей обачиш. У римлян називається тот вірш протеус</w:t>
      </w:r>
    </w:p>
    <w:p>
      <w:r>
        <w:br/>
        <w:t>Яко ниву рясно плоди украшають,</w:t>
      </w:r>
    </w:p>
    <w:p>
      <w:r>
        <w:br/>
        <w:t>Тако діву красно роди ублажають.</w:t>
      </w:r>
    </w:p>
    <w:p>
      <w:r>
        <w:br/>
        <w:t>Ниву рясно плоди украшають яко,</w:t>
      </w:r>
    </w:p>
    <w:p>
      <w:r>
        <w:br/>
        <w:t>Діву красно роди ублажають тако.</w:t>
      </w:r>
    </w:p>
    <w:p>
      <w:r>
        <w:br/>
        <w:t>Рясно плоди украшають яко ниву,</w:t>
      </w:r>
    </w:p>
    <w:p>
      <w:r>
        <w:br/>
        <w:t>Красно роди ублажають тако діву.</w:t>
      </w:r>
    </w:p>
    <w:p>
      <w:r>
        <w:br/>
        <w:t>Плоди украшають яко ниву рясно,</w:t>
      </w:r>
    </w:p>
    <w:p>
      <w:r>
        <w:br/>
        <w:t>Роди ублажають тако діву красно.</w:t>
      </w:r>
    </w:p>
    <w:p>
      <w:r>
        <w:br/>
        <w:t>Украшають яко ниву рясно плоди,</w:t>
      </w:r>
    </w:p>
    <w:p>
      <w:r>
        <w:br/>
        <w:t>Ублажають тако діву красно роди.</w:t>
      </w:r>
    </w:p>
    <w:p>
      <w:r>
        <w:br/>
        <w:t>Яко плоди рясно ниву украшають,</w:t>
      </w:r>
    </w:p>
    <w:p>
      <w:r>
        <w:br/>
        <w:t>Тако роди красно діву ублажають.</w:t>
      </w:r>
    </w:p>
    <w:p>
      <w:r>
        <w:br/>
        <w:t>Ниву украшають рясно плоди яко,</w:t>
      </w:r>
    </w:p>
    <w:p>
      <w:r>
        <w:br/>
        <w:t>Діву ублажають красно роди тако.</w:t>
      </w:r>
    </w:p>
    <w:p>
      <w:r>
        <w:br/>
        <w:t>Рясно яко плоди украшають ниву,</w:t>
      </w:r>
    </w:p>
    <w:p>
      <w:r>
        <w:br/>
        <w:t>Красно тако роди ублажають діву.</w:t>
      </w:r>
    </w:p>
    <w:p>
      <w:r>
        <w:br/>
        <w:t>Плоди яко ниву украшають рясно,</w:t>
      </w:r>
    </w:p>
    <w:p>
      <w:r>
        <w:br/>
        <w:t>Роди тако діву ублажають красно.</w:t>
      </w:r>
    </w:p>
    <w:p>
      <w:r>
        <w:br/>
        <w:t>СТОВП</w:t>
      </w:r>
    </w:p>
    <w:p>
      <w:r>
        <w:br/>
        <w:t>В сем стовпі виражаються вірші од двох силяб</w:t>
      </w:r>
    </w:p>
    <w:p>
      <w:r>
        <w:br/>
        <w:t>аж до тринадцяти</w:t>
      </w:r>
    </w:p>
    <w:p>
      <w:r>
        <w:br/>
        <w:t>2. Діво, диво</w:t>
      </w:r>
    </w:p>
    <w:p>
      <w:r>
        <w:br/>
        <w:t>3. всей землі! Приємлі</w:t>
      </w:r>
    </w:p>
    <w:p>
      <w:r>
        <w:br/>
        <w:t>4. сію хвалу, любо малу,</w:t>
      </w:r>
    </w:p>
    <w:p>
      <w:r>
        <w:br/>
        <w:t>5. праці моєя во честь твоєя</w:t>
      </w:r>
    </w:p>
    <w:p>
      <w:r>
        <w:br/>
        <w:t>6. слави составленну, тебі освященну,</w:t>
      </w:r>
    </w:p>
    <w:p>
      <w:r>
        <w:br/>
        <w:t>7. юже раб твой принесе не од мудра словесе,</w:t>
      </w:r>
    </w:p>
    <w:p>
      <w:r>
        <w:br/>
        <w:t>8. но од серця чиста, права, занє твоя права слава.</w:t>
      </w:r>
    </w:p>
    <w:p>
      <w:r>
        <w:br/>
        <w:t>9. Достойно тя ніктоже может восхвалити, всяк не возможет.</w:t>
      </w:r>
    </w:p>
    <w:p>
      <w:r>
        <w:br/>
        <w:t>10. Твоя бо слава вишше всіх земних і наднебесних благоприємних</w:t>
      </w:r>
    </w:p>
    <w:p>
      <w:r>
        <w:br/>
        <w:t>11. жителей уми, первая по бозі прісно блажима в роді вірних мнозі.</w:t>
      </w:r>
    </w:p>
    <w:p>
      <w:r>
        <w:br/>
        <w:t>12. Ти єси стовп слави, пречистая діво, дивнійшеє миру над седьм дивов диво!</w:t>
      </w:r>
    </w:p>
    <w:p>
      <w:r>
        <w:br/>
        <w:t>13. Седьм дивов погибоша — твоєя, о мати, стовп кріпості вовіки будет пребувати</w:t>
      </w:r>
    </w:p>
    <w:p>
      <w:r>
        <w:br/>
        <w:t>ПРЕСІКАЄМИЙ</w:t>
      </w:r>
    </w:p>
    <w:p>
      <w:r>
        <w:br/>
        <w:t>єст вірш, которий, єдні імена прєсікши,</w:t>
      </w:r>
    </w:p>
    <w:p>
      <w:r>
        <w:br/>
        <w:t>другії імена посреді їх воміщаєт</w:t>
      </w:r>
    </w:p>
    <w:p>
      <w:r>
        <w:br/>
        <w:t>М ногАя Із не СУщих Созда сеї твоРенІА</w:t>
      </w:r>
    </w:p>
    <w:p>
      <w:r>
        <w:br/>
        <w:t>Д аДІм ХеРувИмСькую ТОму піСнь хВАленія.</w:t>
      </w:r>
    </w:p>
    <w:p>
      <w:r>
        <w:br/>
        <w:t>МА ю Миру дАТИ Радость І соДІлоВАти слАдость.</w:t>
      </w:r>
    </w:p>
    <w:p>
      <w:r>
        <w:br/>
        <w:t>ОСТАТНЯЯ ШТУЧКА</w:t>
      </w:r>
    </w:p>
    <w:p>
      <w:r>
        <w:br/>
        <w:t>І суса Христа ВЕЛИЧаймО, яКО Ввесь єст СлАдКИЙ, зНаймо.</w:t>
      </w:r>
    </w:p>
    <w:p>
      <w:r>
        <w:br/>
        <w:t>І з несОздАННа отця возсіявий чисте,</w:t>
      </w:r>
    </w:p>
    <w:p>
      <w:r>
        <w:br/>
        <w:t>ВЕЛИЧ аю з матКОю тя, ВсеСладКИЙ Христе.</w:t>
      </w:r>
    </w:p>
    <w:p>
      <w:r>
        <w:br/>
        <w:t>АВТОР ДО ЧИТЕЛЬНИКА</w:t>
      </w:r>
    </w:p>
    <w:p>
      <w:r>
        <w:br/>
        <w:t>НА стрОЙ навспак цинобру. Єсли угадаєш,</w:t>
      </w:r>
    </w:p>
    <w:p>
      <w:r>
        <w:br/>
        <w:t>горшИИ Кто з Сих, ВОвК, ЧИ ЛЕВ,</w:t>
      </w:r>
    </w:p>
    <w:p>
      <w:r>
        <w:br/>
        <w:t>То мене познаєш.</w:t>
      </w:r>
    </w:p>
    <w:p>
      <w:r>
        <w:br/>
        <w:t>Копець штучкам поетицьким,</w:t>
      </w:r>
    </w:p>
    <w:p>
      <w:r>
        <w:br/>
        <w:t>составленним во честь божія матері</w:t>
      </w:r>
    </w:p>
    <w:p>
      <w:r>
        <w:br/>
        <w:t>без конця.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Млеко, од овці пастиру належноє...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