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Міжзоряна нянька</w:t>
      </w:r>
    </w:p>
    <w:p>
      <w:r>
        <w:br/>
        <w:t xml:space="preserve"> &lt;p&gt;МІЖЗОРЯНА НЯНЬКА</w:t>
      </w:r>
    </w:p>
    <w:p>
      <w:r>
        <w:br/>
        <w:t>I</w:t>
      </w:r>
    </w:p>
    <w:p>
      <w:r>
        <w:br/>
        <w:t>Зореліт "Серце" летів до зірки Епсілон Ерідана. Екіпаж одержав надзвичайно важливе завдання. Два ро-ки тому міжпланетна обсерваторія виявила у радіоспектрі цієї системи пульсуючі сигнали. Видатні вчені вва-жали, що ці сигнали штучного походження. Вони, безумовно, йшли з якоїсь планети — супутника Епсілона. Після багатомісячних дискусій Космічна Рада Землі відрядила зореліт вищого класу "Серце" для перевірки цього припущення. Експедицію очолив досвідчений космопілот Сергій Полум’яний. З ним полетіло ще одинадцять вчених та інженерів, у тому числі й дружина командира — Марія.</w:t>
      </w:r>
    </w:p>
    <w:p>
      <w:r>
        <w:br/>
        <w:t>Два місяці могутні двигуни розганяли корабель до субпроменевої швидкості . Спеціальні каюти захищали космонавтів від шкідливого впливу перевантаження. На третій місяць двигуни вимкнулись і зореліт по-мчав по інерції. Тоді автоматично вступила до ладу система штучного тяжіння, і на кораблі почалося нормальне життя.</w:t>
      </w:r>
    </w:p>
    <w:p>
      <w:r>
        <w:br/>
        <w:t>Одного дня (хоча дні на кораблі рахували умовно) члени екіпажу зібралися в кают-компанії, щоб відсвяткувати радісну подію. Дружина командира Марія народила двох близнят, двох красенів синів. Розчуле-ний, щасливий батько приймав поздоровлення. Космонавти забажали побачити нових членів екіпажу, але По-лум’яний запротестував — новонароджені ще знаходилися у спеціальному ізоляторі. Вони мусили пройти ме-дично-біологічну підготовку перед тим, як жити у спільних приміщеннях.</w:t>
      </w:r>
    </w:p>
    <w:p>
      <w:r>
        <w:br/>
        <w:t>І ось трапилося лихо — Всесвіт послав підступний удар Він був нечутним, невидимим. Космонавти разом відчули одне: могутня, невблаганна ворожа хвиля владно пронизує їх тіло, паралізує мозок, нищить кліти-ни. Біолог Софія, вже на грані непритомності, поглянула на контрольні автомати і схопила командира за руку. Полум’яний, заплющивши очі, блідий, мов мрець, лежав, знесилено відкинувшись у кріслі. Софія з останніх сил струснула його, закричала:</w:t>
      </w:r>
    </w:p>
    <w:p>
      <w:r>
        <w:br/>
        <w:t>— Капітане! Ми потрапили в потік радіації… Він перевищує норму… в мільйони разів…</w:t>
      </w:r>
    </w:p>
    <w:p>
      <w:r>
        <w:br/>
        <w:t>— Значить… кінець, — прошепотів Сергій.</w:t>
      </w:r>
    </w:p>
    <w:p>
      <w:r>
        <w:br/>
        <w:t>Згасаючим поглядом він подивився навколо. Товариші лежали в кріслах, на підлозі кают-компанії. Вони помирали, і не було такої сили у світі, яка могла б урятувати їх. Софія знеможено заплющила очі:</w:t>
      </w:r>
    </w:p>
    <w:p>
      <w:r>
        <w:br/>
        <w:t>— Прощайте, капітане… Не забудьте дітей…</w:t>
      </w:r>
    </w:p>
    <w:p>
      <w:r>
        <w:br/>
        <w:t>Полум’яний безтямно розплющив очі. Що вона сказала? Про дітей? Про його синів? Вони теж загинуть? Ні, ні. Ізолятор оточений потужним магнітним полем, радіація туди не проникла. Яке щастя! Марія з ними. Во-на теж уміє вести зореліт… Вона доведе його до Землі… і збереже синів…</w:t>
      </w:r>
    </w:p>
    <w:p>
      <w:r>
        <w:br/>
        <w:t>Сергій напружив останні сили, звівся і, переступаючи через тіла товаришів, добрався до пульта зв’язку. Слабіючою рукою ввімкнув сигнал тривоги. І в ту ж мить почув болісний вигук за спиною:</w:t>
      </w:r>
    </w:p>
    <w:p>
      <w:r>
        <w:br/>
        <w:t>— Сергійку! Що трапилося?</w:t>
      </w:r>
    </w:p>
    <w:p>
      <w:r>
        <w:br/>
        <w:t>Полум’яний різко повернувся, тримаючись руками за пульт.</w:t>
      </w:r>
    </w:p>
    <w:p>
      <w:r>
        <w:br/>
        <w:t>У дверях кают-компанії стояла Марія. її обличчя було блідим і нажаханим. Вона дивилася на тіла товаришів і нічого не могла зрозуміти.</w:t>
      </w:r>
    </w:p>
    <w:p>
      <w:r>
        <w:br/>
        <w:t>— Тікай… — прохрипів Полум’яний. — Тікай в ізолятор…</w:t>
      </w:r>
    </w:p>
    <w:p>
      <w:r>
        <w:br/>
        <w:t>Марія, не розуміючи попередження, кинулася до чоловіка, схопила його за плечі. її сині очі були сповнені відчаю і болю.</w:t>
      </w:r>
    </w:p>
    <w:p>
      <w:r>
        <w:br/>
        <w:t>— Сергійку… Що з вами? Сергійку! Чому ти мовчиш?</w:t>
      </w:r>
    </w:p>
    <w:p>
      <w:r>
        <w:br/>
        <w:t>Полум’яний поволі сповзав на підлогу. Тіло його важніло, синява повзла по обличчю. Марія відчула, як хвиля млості і безсилля передається їй від чоловіка. А командир шепотів, ледве ворушачи пересохлими вуста-ми:</w:t>
      </w:r>
    </w:p>
    <w:p>
      <w:r>
        <w:br/>
        <w:t>— Радіація… Страшний потік… Тікай в ізолятор… Там безпечно… Сини… Сини… Земля…</w:t>
      </w:r>
    </w:p>
    <w:p>
      <w:r>
        <w:br/>
        <w:t>Сергій замовк. Останнє болісне зітхання вирвалося з його грудей. І все. Більше не чути нічого. Марія за-кам’яніла над тілом чоловіка, не в силі думати, розуміти, діяти.</w:t>
      </w:r>
    </w:p>
    <w:p>
      <w:r>
        <w:br/>
        <w:t>Та ось до її свідомості дійшли слова Сергія. Сини… Їх треба врятувати. Вони — єдина надія. Марія повільно встала. Голова паморочилася, навколишні предмети ніби розпливалися в імлі. Зірки в ілюмінаторах ка-ют-компанії злилися в огняні нитки, які звивалися спіраллю і утворювали химерний блискучий клубок.</w:t>
      </w:r>
    </w:p>
    <w:p>
      <w:r>
        <w:br/>
        <w:t>Марія добралася до дверей, тримаючись за виступи стін. Вийшла в коридор. Слабіючий мозок вперто на-гадував: сини… сини… треба рятувати синів… тільки б устигнути…</w:t>
      </w:r>
    </w:p>
    <w:p>
      <w:r>
        <w:br/>
        <w:t>Вона зупинилася біля аптечки, прийняла активізуючий препарат. Свідомість трохи прояснилася. Марія зайшла в центральну каюту, байдуже подивилася на пульт управління. Зореліт із субпроменевою швидкістю мчить до далекої зірочки. Хто тепер поведе його? Хто виконає завдання Землі?</w:t>
      </w:r>
    </w:p>
    <w:p>
      <w:r>
        <w:br/>
        <w:t>Якби хоч трохи сили… Щоб повернути корабель назад… провести розрахунки, щоб зореліт не загубився в космосі… а вернувся на Землю…</w:t>
      </w:r>
    </w:p>
    <w:p>
      <w:r>
        <w:br/>
        <w:t>Марія попрямувала до виходу, який вів до ізолятора. Біля самих дверей її зупинив дзвінкий, спокійний голос:</w:t>
      </w:r>
    </w:p>
    <w:p>
      <w:r>
        <w:br/>
        <w:t>— Маріє. Вам не можна входити в ізолятор.</w:t>
      </w:r>
    </w:p>
    <w:p>
      <w:r>
        <w:br/>
        <w:t>Жінка повільно обернулася. Довго не могла збагнути — хто ж це говорить? Ага. Це голос УРа — Універ-сального Робота. Ось він стоїть біля пульта пілота — голубий ящик із двома руками-маніпуляторами. УР, або, як його ніжно звали космонавти, Урчкк, був чудовим розумним автоматом. Він зберігав у своїй електронній пам’яті всю інформацію, зв’язану з польотом корабля, а також виконував необхідні розрахунки в будь-якій га-лузі фізико-математичних наук. І ось тепер Урчик звертався до Марії з попередженням. Його очі-приймачі зов-нішньої радіації — блискали червоними вогниками, з динаміка — маленького чорного отвору на грудях — зно-ву почулися слова:</w:t>
      </w:r>
    </w:p>
    <w:p>
      <w:r>
        <w:br/>
        <w:t>— Ви заражені радіацією, Маріє. Ваше тіло швидко руйнується.</w:t>
      </w:r>
    </w:p>
    <w:p>
      <w:r>
        <w:br/>
        <w:t>— І я вмру? — вражено прошепотіла жінка. — Я не зможу врятуватись, Урчик?</w:t>
      </w:r>
    </w:p>
    <w:p>
      <w:r>
        <w:br/>
        <w:t>— Ні, — відповів автомат. — Ви помрете через кілька хвилин. Але що трапилося? Хто вас опромінив?</w:t>
      </w:r>
    </w:p>
    <w:p>
      <w:r>
        <w:br/>
        <w:t>— Загинули всі члени експедиції, Урчик… Корабель потрапив у надпотужний потік радіації…</w:t>
      </w:r>
    </w:p>
    <w:p>
      <w:r>
        <w:br/>
        <w:t>— Треба повідомити Космічну Раду Землі, — діловито заявив УР. — Хай зважать на цю інформацію при наступних експедиціях.</w:t>
      </w:r>
    </w:p>
    <w:p>
      <w:r>
        <w:br/>
        <w:t>Марія знесилено опустилася в крісло, безнадійно сказала:</w:t>
      </w:r>
    </w:p>
    <w:p>
      <w:r>
        <w:br/>
        <w:t>— Хто повідомить? Хто поверне зореліт на Землю?</w:t>
      </w:r>
    </w:p>
    <w:p>
      <w:r>
        <w:br/>
        <w:t>— Я, — лаконічно сказав автомат.</w:t>
      </w:r>
    </w:p>
    <w:p>
      <w:r>
        <w:br/>
        <w:t>Марія здивовано поглянула на нього. І зненацька радісна іскра надії пронизала її свідомість. Так! Це справді можливо! Урчик може довести корабель до Землі. І більше того… Можна спробувати… хоч це й боже-вілля… спробувати, щоб він доглядав синів, коли вона помре… Він розумний, Урчик. Він зможе. Треба лише годувати їх УП… і доглядати їх… їм буде тяжко, на самоті, без людей… але вони виживуть і повернуться на любу Землю… на рідну планету…</w:t>
      </w:r>
    </w:p>
    <w:p>
      <w:r>
        <w:br/>
        <w:t>— Урчик, — несміливо сказала вона, з надією заглядаючи в його червоні очі. — Це чудово, що ти зумієш повернути корабель… Але в мене є ще одне… прохання…</w:t>
      </w:r>
    </w:p>
    <w:p>
      <w:r>
        <w:br/>
        <w:t>— Говоріть, Маріє…</w:t>
      </w:r>
    </w:p>
    <w:p>
      <w:r>
        <w:br/>
        <w:t>— Я народила двох синів, Урчик…</w:t>
      </w:r>
    </w:p>
    <w:p>
      <w:r>
        <w:br/>
        <w:t>— Що таке "сини"?</w:t>
      </w:r>
    </w:p>
    <w:p>
      <w:r>
        <w:br/>
        <w:t>— Двох маленьких людей. Таких, як і всі інші космонавти, тільки ще несвідомих…</w:t>
      </w:r>
    </w:p>
    <w:p>
      <w:r>
        <w:br/>
        <w:t>— Я зрозумів, — заявив автомат. — Вони ще не здобули необхідної інформації для нормальної діяльності.</w:t>
      </w:r>
    </w:p>
    <w:p>
      <w:r>
        <w:br/>
        <w:t>— Так, Урчик. Так, друже… І вони залишаться без догляду… Я скоро помру… Ти сам бачиш…</w:t>
      </w:r>
    </w:p>
    <w:p>
      <w:r>
        <w:br/>
        <w:t>— Ви хочете, Маріє, щоб я доглядав їх?</w:t>
      </w:r>
    </w:p>
    <w:p>
      <w:r>
        <w:br/>
        <w:t>— Так, Урчик… Прошу тебе…</w:t>
      </w:r>
    </w:p>
    <w:p>
      <w:r>
        <w:br/>
        <w:t>— Мене не треба просити. Я роблю все, що можу. Але ж мене не вчили доглядати за маленькими людь-ми.</w:t>
      </w:r>
    </w:p>
    <w:p>
      <w:r>
        <w:br/>
        <w:t>Марія закрила долонями палаюче передсмертним жаром обличчя, намагаючись зібрати розбурхані думки. Що він каже? Його не вчили… Ну, звичайно, не вчили… Що ж тоді робити?.. В бібліотеці є книги… по до-гляду за дітьми… Урчик вміє читати…</w:t>
      </w:r>
    </w:p>
    <w:p>
      <w:r>
        <w:br/>
        <w:t>— Урчик…</w:t>
      </w:r>
    </w:p>
    <w:p>
      <w:r>
        <w:br/>
        <w:t>— Я слухаю, Маріє…</w:t>
      </w:r>
    </w:p>
    <w:p>
      <w:r>
        <w:br/>
        <w:t>— Ти зв’язаний з бібліотекою. Ти вмієш читати…</w:t>
      </w:r>
    </w:p>
    <w:p>
      <w:r>
        <w:br/>
        <w:t>— Наукову інформацію. Але мені це не потрібно. Все записане в моєму мозку.</w:t>
      </w:r>
    </w:p>
    <w:p>
      <w:r>
        <w:br/>
        <w:t>— Я не про те. В бібліотеці є інформація про виховання дітей… їх треба годувати… і тримати в чисто-ті…</w:t>
      </w:r>
    </w:p>
    <w:p>
      <w:r>
        <w:br/>
        <w:t>— Я зрозумів. Всяка система потребує енергії. Я спробую зробити те, що ви просите, Маріє… Тільки є одна перепона.</w:t>
      </w:r>
    </w:p>
    <w:p>
      <w:r>
        <w:br/>
        <w:t>— Яка?.. Урчик… Говори скоріше… бо я… не можу більше…</w:t>
      </w:r>
    </w:p>
    <w:p>
      <w:r>
        <w:br/>
        <w:t>— Я стою на місці. Я не можу пересуватись.</w:t>
      </w:r>
    </w:p>
    <w:p>
      <w:r>
        <w:br/>
        <w:t>— Цьому можна… зарадити, Урчик… Візьми одну з прибиральних машин. Вона пересувається… Демонтуй прибиральний механізм… все інше використай для себе… з’єднай із своїм монтажем… у тобі є інформація..</w:t>
      </w:r>
    </w:p>
    <w:p>
      <w:r>
        <w:br/>
        <w:t>— Я зрозумів, Маріє. Дякую.</w:t>
      </w:r>
    </w:p>
    <w:p>
      <w:r>
        <w:br/>
        <w:t>— Зараз… Я допоможу тобі…</w:t>
      </w:r>
    </w:p>
    <w:p>
      <w:r>
        <w:br/>
        <w:t>Марія впала з крісла, підповзла до однієї з ніш. Вона осліпла, морок оточив її суцільним океаном. Звуки згасали, поєднувалися в хаотичну симфонію і відкочувалися в бездонну прірву небуття.</w:t>
      </w:r>
    </w:p>
    <w:p>
      <w:r>
        <w:br/>
        <w:t>Вона навпомацки знайшла двері ніші, натиснула кнопку. Ледь помітно перед нею замерехтіли блискучі деталі прибиральних машин-роботів. Вона витягла одну з них і підсунула до УРа.</w:t>
      </w:r>
    </w:p>
    <w:p>
      <w:r>
        <w:br/>
        <w:t>— Тепер все гаразд, — почувся голос автомата. — Я виконаю ваше прохання, Маріє. Монтаж забере не більше трьох годин. Діти витерплять стільки?</w:t>
      </w:r>
    </w:p>
    <w:p>
      <w:r>
        <w:br/>
        <w:t>— Постарайся… скоріше, Урчик, — майже нечутно озвалася жінка. — Там біля них… в пляшках… УП.</w:t>
      </w:r>
    </w:p>
    <w:p>
      <w:r>
        <w:br/>
        <w:t>— Я знаю, — заспокоїв УР. — Я бачив. Так робив капітан.</w:t>
      </w:r>
    </w:p>
    <w:p>
      <w:r>
        <w:br/>
        <w:t>— Вірно, Урчик… Дякую тобі… Все інше… прочитай… Поспішай, друже…</w:t>
      </w:r>
    </w:p>
    <w:p>
      <w:r>
        <w:br/>
        <w:t>Марія звелася на ноги, намацала керівний пульт, ввімкнула зв’язок. Тихо скомандувала:</w:t>
      </w:r>
    </w:p>
    <w:p>
      <w:r>
        <w:br/>
        <w:t>— Ізолятор. Палату дев’ять…</w:t>
      </w:r>
    </w:p>
    <w:p>
      <w:r>
        <w:br/>
        <w:t>У каюту ввірвався пронизливий крик дітей. На екрані з’явилося зображення широкого ліжка. На ньому звивалися два маленькі тільця новонароджених, сповитих у білі пелюшки. Вони галасували, вимагаючи їжі, жалібно кривилися, не відчуваючи біля себе теплого тіла матері. Марія судорожно піднялася, впираючись ру-ками в пульт, сльози відчаю зросили її обличчя.</w:t>
      </w:r>
    </w:p>
    <w:p>
      <w:r>
        <w:br/>
        <w:t>— Зараз… я зараз, маленькі мої… я прийду… Вона ступила до дверей, забувши про все на світі. Крик ді-тей, їхній жалібний поклик владно ввірвався в материнське серце, потягнув її до синів.</w:t>
      </w:r>
    </w:p>
    <w:p>
      <w:r>
        <w:br/>
        <w:t>— Маріє! Не можна, — попередив УР.</w:t>
      </w:r>
    </w:p>
    <w:p>
      <w:r>
        <w:br/>
        <w:t>Вона не чула слів автомата. Добралася до дверей, простягла руки і впала ниць на порозі. На неї покотилася звідусіль зоряна безодня, заколисала і поглинула у своє безмежне лоно…</w:t>
      </w:r>
    </w:p>
    <w:p>
      <w:r>
        <w:br/>
        <w:t>II</w:t>
      </w:r>
    </w:p>
    <w:p>
      <w:r>
        <w:br/>
        <w:t>УР кілька хвилин дивився червоними очима на тіло жінки. Потім пролунав його дзвінкий голос:</w:t>
      </w:r>
    </w:p>
    <w:p>
      <w:r>
        <w:br/>
        <w:t>— Маріє! Чому ви не рухаєтесь?</w:t>
      </w:r>
    </w:p>
    <w:p>
      <w:r>
        <w:br/>
        <w:t>Жінка не відповідала. Вогники автомата тривожно замиготіли. Він сказав сам собі:</w:t>
      </w:r>
    </w:p>
    <w:p>
      <w:r>
        <w:br/>
        <w:t>— Марія перестала існувати.</w:t>
      </w:r>
    </w:p>
    <w:p>
      <w:r>
        <w:br/>
        <w:t>Подумавши, додав:</w:t>
      </w:r>
    </w:p>
    <w:p>
      <w:r>
        <w:br/>
        <w:t>— Треба поспішати.</w:t>
      </w:r>
    </w:p>
    <w:p>
      <w:r>
        <w:br/>
        <w:t>Він притягнув до себе руками-маніпуляторами прибиральну машину і уважно оглянув її, аналізуючи конструкцію. Потім впевнено розібрав верхню частину, яка, власне, й займалася прибиранням, залишивши під-ставку з ногами-коліщатами. УР довго розглядав рухову частину механізму, вивчав систему моторчиків, реле і живлення. Подумавши, збагнув, як можна ввімкнути підставку до своєї системи, щоб перетворювати імпульси-бажання в рух. Для цього треба було попрацювати не менше двох годин.</w:t>
      </w:r>
    </w:p>
    <w:p>
      <w:r>
        <w:br/>
        <w:t>УР згадав про маленьких людей. Він підняв руку-маніпулятор, ввімкнув систему зв’язку і попросив ке-руючого робота дати ізолятор, палату номер дев’ять.</w:t>
      </w:r>
    </w:p>
    <w:p>
      <w:r>
        <w:br/>
        <w:t>Діти знемагали від крику. УР швидко виключив зв’язок, промовив:</w:t>
      </w:r>
    </w:p>
    <w:p>
      <w:r>
        <w:br/>
        <w:t>— Їхня система потребує енергії. Маленькі люди вимагають живлення. УР зробить все, що необхідно, і прийде до них.</w:t>
      </w:r>
    </w:p>
    <w:p>
      <w:r>
        <w:br/>
        <w:t>Він підсунувся до інструментальної шафи, відчинив її, знайшов там витки проводів, інструменти, якими користувався капітан. УР подумав, розшукав у своїй пам’яті інформацію про прийом роботи, яку треба викона-ти. Згадавши все, він хутко почав перебудову підставки. Коли проводи з’єднали руховий вузол "кінцівок" з енергетичним центром автомата, він, піднявшись на руках-маніпуляторах, "сів" на підставку. Наклавши з боків кілька пластинок, УР з’єднав себе з ногами-коліщатами.</w:t>
      </w:r>
    </w:p>
    <w:p>
      <w:r>
        <w:br/>
        <w:t>— Здається, все, — сказав він, посилаючи в систему руху імпульс-бажання.</w:t>
      </w:r>
    </w:p>
    <w:p>
      <w:r>
        <w:br/>
        <w:t>Коліщата закрутились. УР швидко помчав до дверей, вдарився об поріг. Сказав:</w:t>
      </w:r>
    </w:p>
    <w:p>
      <w:r>
        <w:br/>
        <w:t>— Не треба поспішати. УР ще не звик. Необхідне тренування, накопичення досвіду.</w:t>
      </w:r>
    </w:p>
    <w:p>
      <w:r>
        <w:br/>
        <w:t>Подумавши, УР промовив:</w:t>
      </w:r>
    </w:p>
    <w:p>
      <w:r>
        <w:br/>
        <w:t>— А тепер — в ізолятор.</w:t>
      </w:r>
    </w:p>
    <w:p>
      <w:r>
        <w:br/>
        <w:t>Він підкотився до дверей, де лежала Марія. Спрямувавши на неї приймачі радіації, УР відзначив високу активність випромінювання тіла. Він обережно охопив Марію руками, відтягнув її вбік. Подивився на неї, по-думав про те, що треба дослідити її тіло, а також тіла інших космонавтів. Але це потім, після відвідин ізолятора.</w:t>
      </w:r>
    </w:p>
    <w:p>
      <w:r>
        <w:br/>
        <w:t>УР минув довгий коридор, обмацуючи шлях поперед себе невидимими променями локації. Нарешті він підкотився до круглого люка ізолятора і підняв руку, щоб натиснути кнопку. Потім згадав, що заражений радіа-цією. Він вернувся назад, зайшов у лабораторний відсік і ввімкнув аналізаторну установку. Його поверхня справді була радіоактивною. УР увімкнув дезинфенційний пристрій, прийняв потужний газовий душ. Після цього він, вже не вагаючись, увійшов до ізолятора.</w:t>
      </w:r>
    </w:p>
    <w:p>
      <w:r>
        <w:br/>
        <w:t>Ось і палата № 9. УР відчинив двері. Пронизливі крики маленьких космонавтів оглушили його. УР мит-тю зменшив потужність сприймання звуку, сказав:</w:t>
      </w:r>
    </w:p>
    <w:p>
      <w:r>
        <w:br/>
        <w:t>— Маленькі люди ще не вміють контролювати витрату своєї енергії. Я згодом навчу їх.</w:t>
      </w:r>
    </w:p>
    <w:p>
      <w:r>
        <w:br/>
        <w:t>Він підкотився до широкого ліжка, заглянув у нього. Обличчя дітей — маленькі, зморщені — були багровими від натуги. УР поглянув навколо. Рядом із ліжком стояв стілець, а на ньому — два флакони з червоними м’якими наконечниками. УР взяв один флакон, прочитав: УП.</w:t>
      </w:r>
    </w:p>
    <w:p>
      <w:r>
        <w:br/>
        <w:t>— Марія сказала, що їм треба давати УП, — згадав автомат.</w:t>
      </w:r>
    </w:p>
    <w:p>
      <w:r>
        <w:br/>
        <w:t>Він сунув м’який наконечник у рот одній дитині, потім другій. Немовлята миттю замовкли, смокчучи приємний напій. Тільки інколи, в паузах між смоктанням, вони ще жалібно схлипували, ніби жаліючись на те, що їх так довго змусили кричати.</w:t>
      </w:r>
    </w:p>
    <w:p>
      <w:r>
        <w:br/>
        <w:t>УР дивився на них, спокійно мигаючи червоними очима. Він чекав, поки маленькі люди вип’ють усю поживну рідину. Незабаром флакони спорожніли. Але немовлята продовжували смоктати м’які наконечники.</w:t>
      </w:r>
    </w:p>
    <w:p>
      <w:r>
        <w:br/>
        <w:t>— Рухи по інерції, — вирішив автомат. — Але Марія сказала, що робота буде подвійна. Забезпечувати їх енергією і прибирати.</w:t>
      </w:r>
    </w:p>
    <w:p>
      <w:r>
        <w:br/>
        <w:t>УР оглянув постіль. Вона була чиста. Але ж Марія даремно б не говорила, подумав УР. Він швиденько розв’язав пелюшку і відзначив, що маленька людина справді не зовсім чиста. Немовля закричало, відчувши дотик металевих рук. УР знайшов поряд із ліжком чисті пелюшки, закрутив у них дитину. Те ж саме він зробив і з другим маленьким космонавтом.</w:t>
      </w:r>
    </w:p>
    <w:p>
      <w:r>
        <w:br/>
        <w:t>Після цього діти швидко заснули. УР поглянув на них, сказав:</w:t>
      </w:r>
    </w:p>
    <w:p>
      <w:r>
        <w:br/>
        <w:t>— Їхня система забезпечена енергією. Тепер настав час засвоєння. УР повинен оглянути капітана і кос-монавтів.</w:t>
      </w:r>
    </w:p>
    <w:p>
      <w:r>
        <w:br/>
        <w:t>Прямуючи до керівної каюти, він зупинився над тілом Марії, згадав, що знав, про людину і її будову. Він знав дуже мало — тільки те, що стосувалося його взаємин із космонавтами. Тоді УР ввімкнувся в систему біб-ліотеки зорельота, знайшов розділ: "ЛЮДИНА". За кілька хвилин він оббіг електронним променем колосальну інформацію. УР звернув увагу на серію повідомлень про відновлення функцій життя в тілах людей, вражених радіацією. Для цього треба помістити їх, обеззаразивши перед тим, у оточені магнітним полем камери з низь-кою температурою. УР згадав, що такі камери на кораблі є. Він вирішив повторити досвід тих людей, що вже робили так.</w:t>
      </w:r>
    </w:p>
    <w:p>
      <w:r>
        <w:br/>
        <w:t>Автомат попрямував до кают-компанії, оглянув кожного космонавта. Довго стояв над тілом капітана. Йому здавалося дивним, що капітан мовчить і не рухається. Він був завжди таким рухливим. Він багато гово-рив з УРом. УР з готовністю допомагав капітанові в його розрахунках, миттю знаходячи у своїх електронних надрах все, що було необхідно. А тепер — капітан непорушний. Його система зіпсована. Отже, до роботи.</w:t>
      </w:r>
    </w:p>
    <w:p>
      <w:r>
        <w:br/>
        <w:t>Робот із допомогою прибиральних машин нейтралізував залишки радіації на предметах і стінах корабля, а потім підняв тіло капітана і покотився до ізоляційних камер…</w:t>
      </w:r>
    </w:p>
    <w:p>
      <w:r>
        <w:br/>
        <w:t>III</w:t>
      </w:r>
    </w:p>
    <w:p>
      <w:r>
        <w:br/>
        <w:t>Тіла всіх космонавтів були обеззаражені і розміщені в камери з низькою температурою. Після цього УР знову відвідав немовлят. Він знайшов праворуч від ліжка великий балон із рідиною УП. УР націдив їжі у фла-кони, знову натягнув на них м’які наконечники і дав дітям. Наситившись, немовлята заснули.</w:t>
      </w:r>
    </w:p>
    <w:p>
      <w:r>
        <w:br/>
        <w:t>УР повернувся до керівної каюти, довго стояв біля пульта управління і згадував усе, що стосувалося зо-рельота "Серце" і його завдання.</w:t>
      </w:r>
    </w:p>
    <w:p>
      <w:r>
        <w:br/>
        <w:t>— Марія казала, що треба повернутися на Землю, — промовив УР. — А. моя інформація говорить про те, що зореліт повернеться до Землі тільки тоді, коли виконає завдання: дослідження планетної системи зірки Еп-сілон Ерідана. Це завдання Космічної Ради Землі. Його треба виконати. А потім я поверну корабель назад. От-же, буде виконано два завдання — Космічної Ради і Марії.</w:t>
      </w:r>
    </w:p>
    <w:p>
      <w:r>
        <w:br/>
        <w:t>Розв’язавши, таким чином, складне завдання, УР перевірив усі контрольні автомати керування, їхні дані. Корабель летів правильним курсом.</w:t>
      </w:r>
    </w:p>
    <w:p>
      <w:r>
        <w:br/>
        <w:t>УР знову задумався про мету експедиції. Він перебрав інформацію свого мозку, але в ній не виявилося завдання досліджувати планету. Очевидно, цим повинні були займатися самі космонавти. Але вони не діють, вони непорушні. Тоді хто ж виконає завдання?</w:t>
      </w:r>
    </w:p>
    <w:p>
      <w:r>
        <w:br/>
        <w:t>УР довго не міг вирішити проблеми. Нарешті, ланцюжок співставлень привів його до думки, що немовлята, яких він годує, в майбутньому стануть дорослими космонавтами.</w:t>
      </w:r>
    </w:p>
    <w:p>
      <w:r>
        <w:br/>
        <w:t>— Маленькі люди наберуться досвіду, — сказав УР. — Вони познайомляться з інформацією і виконають завдання.</w:t>
      </w:r>
    </w:p>
    <w:p>
      <w:r>
        <w:br/>
        <w:t>Після цього УР заспокоївся. Він знав, що зробив усе, що міг.</w:t>
      </w:r>
    </w:p>
    <w:p>
      <w:r>
        <w:br/>
        <w:t>IV</w:t>
      </w:r>
    </w:p>
    <w:p>
      <w:r>
        <w:br/>
        <w:t>Минали дні. Місяці. Роки.</w:t>
      </w:r>
    </w:p>
    <w:p>
      <w:r>
        <w:br/>
        <w:t>УР повністю оволодів обов’язками няньки. Він годував дітей, купав їх і навіть прав пелюшки. Всю цю премудрість він вичитав у бібліотеці. Діти росли. Скоро вони вже виросли з пелюшок і почали бігати по палаті. Вони звикли до УРа і навіть гралися з ним. Але автомат не брав участі у їхніх іграх, він лише з подивом відзна-чав, як багато енергії витрачається маленькими людьми для неосмислених рухів.</w:t>
      </w:r>
    </w:p>
    <w:p>
      <w:r>
        <w:br/>
        <w:t>УР помітив, що вони різні, хоч і дуже схожі. Він відрізняв їх по запаху, по незначній відмінності у зафа-рбленні шкіри, очей, волосся. Того, що був трохи темніший, УР назвав Ікс. Того, що світліший, — Ігрек. Вони запам’ятали свої імена і радісно відгукувалися на них.</w:t>
      </w:r>
    </w:p>
    <w:p>
      <w:r>
        <w:br/>
        <w:t>На другому році польоту УР збагнув, що маленьких людей треба вчити, що треба вкласти в їхні системи інформацію. Але як? Адже в них інша будова, ніж в УРа, і їм потрібна своя, людська, інформація.</w:t>
      </w:r>
    </w:p>
    <w:p>
      <w:r>
        <w:br/>
        <w:t>УР згадав, що на кораблі є фільмотека. Там, на плівках, записані рухливі зображення подій із життя лю-дей. Автомат переглянув і відібрав деякі з них. На них були записані уроки навчання для дошкільнят.</w:t>
      </w:r>
    </w:p>
    <w:p>
      <w:r>
        <w:br/>
        <w:t>УР змонтував у палаті кінопроектор, запустив перший фільм. Ікс та Ігрек, побачивши на екрані постать жінки, яка дивилася на них і щось говорила, радісно кинулися до неї. Але вони зіткнулися з холодною поверх-нею екрана. Діти здивовано відступили, знову підійшли ближче. Жінка, як і раніше, не виходила до них, вона перебувала у білій рамці.</w:t>
      </w:r>
    </w:p>
    <w:p>
      <w:r>
        <w:br/>
        <w:t>Діти довго плакали від образи, а УР стояв над ними, не розуміючи, чого їм треба. Він знову ввімкнув кі-нофільм, але маленькі космонавти не хотіли дивитися на нього.</w:t>
      </w:r>
    </w:p>
    <w:p>
      <w:r>
        <w:br/>
        <w:t>Та минули дні, і дітям забажалося знову поглянути на постать, яка була такою хвилюючою і рідною. Во-ни показали УРу на кінопроектор. Автомат охоче ввімкнув апарат. На цей раз діти сиділи спокійно і дивилися на жінку. Вони уважно прислухалися до її слів, намагаючись зрозуміти, чого вона хоче…</w:t>
      </w:r>
    </w:p>
    <w:p>
      <w:r>
        <w:br/>
        <w:t>Минав час. Діти вже повторяли багато слів, які промовляла жінка. Вона називала ймення предметів, іс-тот, вона показувала маленьким учням чудові краєвиди Землі — ліси, океани, чарівні ріки і золоті моря хлібів, потужні заводи і лабораторії, сквери з веселою дітворою і світлі класи у школах.</w:t>
      </w:r>
    </w:p>
    <w:p>
      <w:r>
        <w:br/>
        <w:t>Діти почали розмовляти. УР, нарешті, впустив їх в інші приміщення, але не дозволив нічого чіпати на пультах управління. Близнята з подивом дивилися на зоряне небо за ілюмінаторами, запитували:</w:t>
      </w:r>
    </w:p>
    <w:p>
      <w:r>
        <w:br/>
        <w:t>— Урчик, а чого тьотя нам показує і воду, і ліс, а тут тільки зірочки сяють?</w:t>
      </w:r>
    </w:p>
    <w:p>
      <w:r>
        <w:br/>
        <w:t>— Вода і ліс на Землі, — пояснював УР. — Земля — це наша планета.</w:t>
      </w:r>
    </w:p>
    <w:p>
      <w:r>
        <w:br/>
        <w:t>— А де вона, Урчик?</w:t>
      </w:r>
    </w:p>
    <w:p>
      <w:r>
        <w:br/>
        <w:t>— Далеко, серед зірок.</w:t>
      </w:r>
    </w:p>
    <w:p>
      <w:r>
        <w:br/>
        <w:t>— А ми побачимо її?</w:t>
      </w:r>
    </w:p>
    <w:p>
      <w:r>
        <w:br/>
        <w:t>— Побачите. Але не скоро. Спершу треба побувати на іншій планеті.</w:t>
      </w:r>
    </w:p>
    <w:p>
      <w:r>
        <w:br/>
        <w:t>— На іншій Землі?</w:t>
      </w:r>
    </w:p>
    <w:p>
      <w:r>
        <w:br/>
        <w:t>— Так.</w:t>
      </w:r>
    </w:p>
    <w:p>
      <w:r>
        <w:br/>
        <w:t>— А для чого?</w:t>
      </w:r>
    </w:p>
    <w:p>
      <w:r>
        <w:br/>
        <w:t>— Є таке завдання. Ви потім узнаєте.</w:t>
      </w:r>
    </w:p>
    <w:p>
      <w:r>
        <w:br/>
        <w:t>— Урчик! А живої тьоті тут немає? Чого вона лише на екрані? Чому вона не показується нам?</w:t>
      </w:r>
    </w:p>
    <w:p>
      <w:r>
        <w:br/>
        <w:t>УР подумав над цим запитанням, завагався. Якесь сплетіння асоціацій не дозволяло йому сказати, що на кораблі були живі космонавти, що вони загинули. І тому автомат відповів:</w:t>
      </w:r>
    </w:p>
    <w:p>
      <w:r>
        <w:br/>
        <w:t>— Ви одні тут, Ікс і Ігрек. Вам Земля дала завдання. Незабаром я скажу вам про нього. А тьотю слухай-теся. Вона вчить вас, щоб ви зрозуміли завдання.</w:t>
      </w:r>
    </w:p>
    <w:p>
      <w:r>
        <w:br/>
        <w:t>V</w:t>
      </w:r>
    </w:p>
    <w:p>
      <w:r>
        <w:br/>
        <w:t>Пішов п’ятий рік. Зореліт "Серце" наближався до системи зірки Епсілон Ерідана — мети подорожі. Ур-чик перевірив дані всіх вузлів корабля і ввімкнув автомати гальмування. Телескопічні установки зорельота сві-дчили, що біля зірки є планета. Після розрахунків УР спрямував корабель до неї. При підході до планети він дозволив Іксу та Ігреку сидіти у кріслах пілота і штурмана. Вони дивилися на екрани перископів, захоплено вигукували:</w:t>
      </w:r>
    </w:p>
    <w:p>
      <w:r>
        <w:br/>
        <w:t>— Дивись, дивись — яка здорова куля!</w:t>
      </w:r>
    </w:p>
    <w:p>
      <w:r>
        <w:br/>
        <w:t>— Вона роздувається!</w:t>
      </w:r>
    </w:p>
    <w:p>
      <w:r>
        <w:br/>
        <w:t>— То не куля, — пояснював УР, — то планета, до якої ми летимо.</w:t>
      </w:r>
    </w:p>
    <w:p>
      <w:r>
        <w:br/>
        <w:t>— Інша Земля? — запитували діти.</w:t>
      </w:r>
    </w:p>
    <w:p>
      <w:r>
        <w:br/>
        <w:t>— Інша.</w:t>
      </w:r>
    </w:p>
    <w:p>
      <w:r>
        <w:br/>
        <w:t>— Вона така сама, як і наша?</w:t>
      </w:r>
    </w:p>
    <w:p>
      <w:r>
        <w:br/>
        <w:t>— Побачимо. Ми для цього й прибули сюди.</w:t>
      </w:r>
    </w:p>
    <w:p>
      <w:r>
        <w:br/>
        <w:t>Зореліт пробив хмари і помчав над планетою. Внизу виднілися темні простори океану, синюваті звиви рік, масиви лісів і хребти високих гір. УР увімкнув приймачі енергії всіх частот, виділив хвилю, на якій було зловлено на Землі сигнали. Прилади відзначили, що ритмічні сигнали набули величезної сили. Вони стали осо-бливо потужними тоді, коли зореліт пролітав над широким плоскогір’ям. Зробивши ще один виток навколо планети, УР дав команду вести корабель на посадку. Керівні автомати слухняно виконали наказ.</w:t>
      </w:r>
    </w:p>
    <w:p>
      <w:r>
        <w:br/>
        <w:t>Діти здивовано і злякано дивилися в перископ, тривожно запитували УРа:</w:t>
      </w:r>
    </w:p>
    <w:p>
      <w:r>
        <w:br/>
        <w:t>— Ми падаємо?</w:t>
      </w:r>
    </w:p>
    <w:p>
      <w:r>
        <w:br/>
        <w:t>— Ні, сідаємо на планету.</w:t>
      </w:r>
    </w:p>
    <w:p>
      <w:r>
        <w:br/>
        <w:t>— Ми не розіб’ємось?</w:t>
      </w:r>
    </w:p>
    <w:p>
      <w:r>
        <w:br/>
        <w:t>— Ні. Сидіть спокійно.</w:t>
      </w:r>
    </w:p>
    <w:p>
      <w:r>
        <w:br/>
        <w:t>— А що це таке — широке і синє?</w:t>
      </w:r>
    </w:p>
    <w:p>
      <w:r>
        <w:br/>
        <w:t>— То океан.</w:t>
      </w:r>
    </w:p>
    <w:p>
      <w:r>
        <w:br/>
        <w:t>— А на Землі він інакший!</w:t>
      </w:r>
    </w:p>
    <w:p>
      <w:r>
        <w:br/>
        <w:t>— Бо ви бачили його із берега.</w:t>
      </w:r>
    </w:p>
    <w:p>
      <w:r>
        <w:br/>
        <w:t>— А це що — зелене?</w:t>
      </w:r>
    </w:p>
    <w:p>
      <w:r>
        <w:br/>
        <w:t>— Ліси.</w:t>
      </w:r>
    </w:p>
    <w:p>
      <w:r>
        <w:br/>
        <w:t>— А в них є звірі, як на Землі?</w:t>
      </w:r>
    </w:p>
    <w:p>
      <w:r>
        <w:br/>
        <w:t>— Напевне, є.</w:t>
      </w:r>
    </w:p>
    <w:p>
      <w:r>
        <w:br/>
        <w:t>— Ой, як здорово! — вигукував Ігрек.</w:t>
      </w:r>
    </w:p>
    <w:p>
      <w:r>
        <w:br/>
        <w:t>— От би походить у них! — вторив йому Ікс.</w:t>
      </w:r>
    </w:p>
    <w:p>
      <w:r>
        <w:br/>
        <w:t>— Ще походите, — запевняв УР. — Не заважайте.</w:t>
      </w:r>
    </w:p>
    <w:p>
      <w:r>
        <w:br/>
        <w:t>Зореліт, здригаючись від потужних потоків повітря, повільно опускався серед плоскогір’я, недалеко від дивовижної, високої конічної споруди…</w:t>
      </w:r>
    </w:p>
    <w:p>
      <w:r>
        <w:br/>
        <w:t>VI</w:t>
      </w:r>
    </w:p>
    <w:p>
      <w:r>
        <w:br/>
        <w:t>Діти захоплено визирали в ілюмінатори, оглядали місцевість. Вони бачили зарості густих дерев, білосніжні вершини гір, золотий диск тутешнього сонця. Все це було дуже схоже на те, що вони спостерігали у фі-льмах про Землю.</w:t>
      </w:r>
    </w:p>
    <w:p>
      <w:r>
        <w:br/>
        <w:t>— Урчик, — просили вони свою няньку. — Ми погуляємо в лісі. Ми ж бачили — діти на Землі гуляють у лісах.</w:t>
      </w:r>
    </w:p>
    <w:p>
      <w:r>
        <w:br/>
        <w:t>— Підождіть, — попередив УР. — Тут може бути небезпечно. Я мушу все перевірити сам.</w:t>
      </w:r>
    </w:p>
    <w:p>
      <w:r>
        <w:br/>
        <w:t>Він спустився вниз, закривши перед тим дітей в ізоляторі. Перейшовши у вихідний шлюз, продезинфіку-вав його і вийшов назовні. Пересуватись було важко. Під ногами-коліщатами відчувалася не гладенька підлога приміщень зорельота, а нерівний скелястий грунт. Але УР не звернув на те уваги. Йому треба було будь-що оглянути дивну будівлю, звідки чулися сигнали.</w:t>
      </w:r>
    </w:p>
    <w:p>
      <w:r>
        <w:br/>
        <w:t>Конічна будівля стояла за півкілометра від зорельота. УР наблизився до неї, оглянув її поверхню у спект-рах різних променів.</w:t>
      </w:r>
    </w:p>
    <w:p>
      <w:r>
        <w:br/>
        <w:t>— Безумовно, штучного походження, — заявив він сам собі. — Це і є те, що бажала знайти експедиція.</w:t>
      </w:r>
    </w:p>
    <w:p>
      <w:r>
        <w:br/>
        <w:t>Урчик побачив угорі велетенські рефлектори. Їх було три. Вони поволі оберталися, спрямовуючи свої чаші в небо.</w:t>
      </w:r>
    </w:p>
    <w:p>
      <w:r>
        <w:br/>
        <w:t>— Антени спрямованої дії, — відзначив УР. — Можна повертатися до корабля. Розумні істоти в системі зірки Епсілон Ерідана є.</w:t>
      </w:r>
    </w:p>
    <w:p>
      <w:r>
        <w:br/>
        <w:t>Автомат рішуче попрямував назад. По дорозі він заглянув у невеликий лісок, дослідив кілька дерев. Зне-нацька з-за скелі на нього кинулася якась істота. Вона була разів у п’ять більшою за УРа. Автомат під її вагою впав додолу, промовивши при цьому:</w:t>
      </w:r>
    </w:p>
    <w:p>
      <w:r>
        <w:br/>
        <w:t>— Це жива істота. Вона хижа.</w:t>
      </w:r>
    </w:p>
    <w:p>
      <w:r>
        <w:br/>
        <w:t>УР відчув, як могутні кінцівки істоти обплутують його, як до металу коробки присмоктуються якісь неприємні щупальця. Він дав наказ своєму захисному центру — включити струм високої напруги на зовнішній покрив. Істота з ревом відскочила, закрутилася на місці, розкидаючи кругом себе каміння, і сконала. УР підійшов до трупа, оглянув його, сказав:</w:t>
      </w:r>
    </w:p>
    <w:p>
      <w:r>
        <w:br/>
        <w:t>— Її система зіпсувалася. Вона сама винна. УР не хотів поганого.</w:t>
      </w:r>
    </w:p>
    <w:p>
      <w:r>
        <w:br/>
        <w:t>Входячи до шлюзу корабля, УР рішуче заявив сам собі:</w:t>
      </w:r>
    </w:p>
    <w:p>
      <w:r>
        <w:br/>
        <w:t>— Дітей поки що випускати не можна. Це небезпечно для них. Тіла малих космонавтів не захищені. Хай трохи підростуть.</w:t>
      </w:r>
    </w:p>
    <w:p>
      <w:r>
        <w:br/>
        <w:t>VII</w:t>
      </w:r>
    </w:p>
    <w:p>
      <w:r>
        <w:br/>
        <w:t>Минуло ще десять років. УР терпляче ждав і виховував дітей. Вони стали вже високими, сильними, май-же такими, як і дорослі космонавти, що колись повели зореліт із Землі. УР із подивом відзначив, що Ікс похо-жий на капітана, а Ігрек — на Марію. Він сказав:</w:t>
      </w:r>
    </w:p>
    <w:p>
      <w:r>
        <w:br/>
        <w:t>— Очевидно, тут діяв принцип стандарту. Ікс похожий на капітана, а Ігрек — на Марію.</w:t>
      </w:r>
    </w:p>
    <w:p>
      <w:r>
        <w:br/>
        <w:t>Юні космонавти вже самі орієнтувалися у складних системах корабля, вивчали науку Землі. Вони жадібно поглинали могутній потік неосяжного знання, засвоювали його. Вони з тривогою і хвилюванням спостерігали за життям Землі, яке виникало перед ними в численних фільмах, узятих космонавтами з рідної плане-ти. Ікс та Ігрек нарешті зрозуміли, що не вони і не УР одержали завдання летіти в іншу зоряну систему, що на кораблі мусять бути інші істоти — люди. І тоді юнаки рішуче приступили до УРа, який уникав розмови на цю тему.</w:t>
      </w:r>
    </w:p>
    <w:p>
      <w:r>
        <w:br/>
        <w:t>— УР, ми вже не маленькі, — сказав Ікс. — Ми вирахували. Зореліт вилетів із Землі раніше, ніж ми на-родилися. Значить, ми виникли на зорельоті. Де наші батьки?</w:t>
      </w:r>
    </w:p>
    <w:p>
      <w:r>
        <w:br/>
        <w:t>УР довго не відповідав. Нарешті він сказав:</w:t>
      </w:r>
    </w:p>
    <w:p>
      <w:r>
        <w:br/>
        <w:t>— Так. Ви вже дорослі люди. Я скажу. Ви виникли на зорельоті. Корабель вели ваші батьки та інші лю-ди. Зореліт потрапив у потужний потік радіації. Всі вони загинули. Залишилися тільки ви в ізоляторі. Все інше ви знаєте. Я вирішив вести корабель далі і виконувати завдання Землі.</w:t>
      </w:r>
    </w:p>
    <w:p>
      <w:r>
        <w:br/>
        <w:t>— І виховав нас? — прошепотів Ігрек. — Який же ти молодець, УР.</w:t>
      </w:r>
    </w:p>
    <w:p>
      <w:r>
        <w:br/>
        <w:t>— Чому молодець? — здивувався УР. — Я лише виконав завдання Марії.</w:t>
      </w:r>
    </w:p>
    <w:p>
      <w:r>
        <w:br/>
        <w:t>— Хто така Марія?</w:t>
      </w:r>
    </w:p>
    <w:p>
      <w:r>
        <w:br/>
        <w:t>— Ваша мати. Це її воля виховала вас. її воля, втілена у мене. І розум людей, які створили мене.</w:t>
      </w:r>
    </w:p>
    <w:p>
      <w:r>
        <w:br/>
        <w:t>— Ти просто дуже скромний, УР, — озвався Ікс. — Ти міг би бути хорошою людиною.</w:t>
      </w:r>
    </w:p>
    <w:p>
      <w:r>
        <w:br/>
        <w:t>УР промовчав. Він не знав, що значить бути людиною. Він подумав, заявив:</w:t>
      </w:r>
    </w:p>
    <w:p>
      <w:r>
        <w:br/>
        <w:t>— Коли вернемося на Землю, я ще дещо відкрию вам. А поки що — закінчимо цю розмову. Пора виконувати завдання Землі.</w:t>
      </w:r>
    </w:p>
    <w:p>
      <w:r>
        <w:br/>
        <w:t>VIII</w:t>
      </w:r>
    </w:p>
    <w:p>
      <w:r>
        <w:br/>
        <w:t>Одягнувшись у скафандри і захопивши ядерні випромінювачі, юнаки попрямували до конічної будівлі. Кілька місяців, день за днем, вони досліджували її, намагаючись проникнути за товсті металічні стіни. Нарешті це їм удалося. У глибині споруди, серед сферичної зали, вони знайшли багато різних автоматів, приладів, зраз-ків виробів і коробок із плівками та барабанами. Після консультації з УРом юнаки вирішили, що цей склад за-лишили на планеті розумні істоти з іншої зоряної системи, бо в системі зірки Епсілон Ерідана розумного життя не виявилося. Напевне, колись тут була експедиція з іншого світу і вона залишила будівлю та склад для тих, хто коли-небудь прибуде сюди, або для майбутніх розумних істот цієї системи. Юнаки захопили всі експонати складу, повантажили їх у зореліт. Крім того, вони зібрали велику колекцію мінералів, рослин та деяких тварин. Завдання Землі було виконано. Тепер можна було вирушати назад. Так заявив УР.</w:t>
      </w:r>
    </w:p>
    <w:p>
      <w:r>
        <w:br/>
        <w:t>Юнаки зайняли місця штурмана та пілота і схвильовано переглянулись. Очі космонавтів були наповнені сльозами. Ікс прошепотів:</w:t>
      </w:r>
    </w:p>
    <w:p>
      <w:r>
        <w:br/>
        <w:t>— Невже ми побачимо Землю… рідну планету?</w:t>
      </w:r>
    </w:p>
    <w:p>
      <w:r>
        <w:br/>
        <w:t>— Що значить невже? — озвався дзвінким голосом УР. — У нас є корабель. Є паливо. Є розрахунки ма-ршруту. Згідно теорії ймовірності…</w:t>
      </w:r>
    </w:p>
    <w:p>
      <w:r>
        <w:br/>
        <w:t>Юнаки щасливо засміялися, вдячно поглянули на УРа і, не дослухавши його до кінця, ввімкнули систему старту корабля…</w:t>
      </w:r>
    </w:p>
    <w:p>
      <w:r>
        <w:br/>
        <w:t>IX</w:t>
      </w:r>
    </w:p>
    <w:p>
      <w:r>
        <w:br/>
        <w:t>Всесвітній зв’язок передавав по всій Землі:</w:t>
      </w:r>
    </w:p>
    <w:p>
      <w:r>
        <w:br/>
        <w:t>— Люди Землі! Велике щастя! Зореліт "Серце", який ми вважали загиблим, повертається із запізненням на десять років. Він опускається на космодром у Памірі, звідки й стартував двадцять чотири роки тому. Отже, космонавти живі. Готуйтеся зустрічати героїчних синів і дочок планети, люди Землі!..</w:t>
      </w:r>
    </w:p>
    <w:p>
      <w:r>
        <w:br/>
        <w:t>Голова Космічної Ради і десятки вчених вилетіли швидкісними повітряними лімузинами до Паміру. Коли вони прибули на космодром, зореліт "Серце" — потемнілий, із вм’ятинами на корпусі — вже приземлився по-середині гігантського майдану.</w:t>
      </w:r>
    </w:p>
    <w:p>
      <w:r>
        <w:br/>
        <w:t>Схвильовані вчені ждали. В основі корабля відчинився люк. Звідти вийшло двоє людей. Потім з’явилася якась невисока, чотирикутна постать. Вчені здивовано перезирнулися.</w:t>
      </w:r>
    </w:p>
    <w:p>
      <w:r>
        <w:br/>
        <w:t>— Що таке? — запитав Голова Ради. — Їх лише два. І ще якась дивна істота. Може, це — представник іншої планети?</w:t>
      </w:r>
    </w:p>
    <w:p>
      <w:r>
        <w:br/>
        <w:t>— То не істота! — раптом скрикнув один з інженерів космодрому. — То Універсальний Робот — УР. Тільки раніше він був непорушний, а тепер пересувається сам.</w:t>
      </w:r>
    </w:p>
    <w:p>
      <w:r>
        <w:br/>
        <w:t>Вражені вчені кинулися назустріч космонавтам. Наблизившись до них, вони зупинилися, зовсім спантеличені. Перед ними стояли, ніяково і привітно посміхаючись, два незнайомі юнаки.</w:t>
      </w:r>
    </w:p>
    <w:p>
      <w:r>
        <w:br/>
        <w:t>— Хто ви? Де командир корабля Полум’яний? — запитав Голова.</w:t>
      </w:r>
    </w:p>
    <w:p>
      <w:r>
        <w:br/>
        <w:t>— Екіпаж помер, — озвався УР. — Це — діти капітана і Марії.</w:t>
      </w:r>
    </w:p>
    <w:p>
      <w:r>
        <w:br/>
        <w:t>— Я Ікс, — промовив один юнак.</w:t>
      </w:r>
    </w:p>
    <w:p>
      <w:r>
        <w:br/>
        <w:t>— Я Ігрек, — озвався другий. І скромно додав: — Завдання Космічної Ради планети Земля виконано…</w:t>
      </w:r>
    </w:p>
    <w:p>
      <w:r>
        <w:br/>
        <w:t>X</w:t>
      </w:r>
    </w:p>
    <w:p>
      <w:r>
        <w:br/>
        <w:t>Ікс та Ігрек стрімголов бігли по коридору інституту біології. Вони забули про все. Краса Землі, велич океанів, чудеса людського генія, урочисті зустрічі з людьми— все це блідло перед наступною зустріччю з бать-ками. Після багатомісячної боротьби з наслідками радіації вченим з інституту біології удалося воскресити всіх космонавтів. І тепер, сьогодні, юнаки побачать Сергія Полум’яного — свого батька, і Марію — матір, чиє серце незримо супроводжувало їх у титанічному польоті серед зірок.</w:t>
      </w:r>
    </w:p>
    <w:p>
      <w:r>
        <w:br/>
        <w:t>УР хутко котився по коридору слідом за юнаками, бурмотів:</w:t>
      </w:r>
    </w:p>
    <w:p>
      <w:r>
        <w:br/>
        <w:t>— Як завжди, вони не вміють доцільно витрачати свою енергію.</w:t>
      </w:r>
    </w:p>
    <w:p>
      <w:r>
        <w:br/>
        <w:t>Та Ікс і Ігрек не звертали уваги на його слова. Вони рвучко відчинили двері в палату. Там, на ліжках, ле-жало двоє — жінка і чоловік. Біля них стояв і хитро посміхався молодий кароокий лікар. Він поглянув на хво-рих, сказав:</w:t>
      </w:r>
    </w:p>
    <w:p>
      <w:r>
        <w:br/>
        <w:t>— Ну, приймайте гостей, розбирайтеся самі…</w:t>
      </w:r>
    </w:p>
    <w:p>
      <w:r>
        <w:br/>
        <w:t>І вийшов.</w:t>
      </w:r>
    </w:p>
    <w:p>
      <w:r>
        <w:br/>
        <w:t>Марія затремтіла, поблідла, підвелася з ліжка. Вона з мукою і надією дивилася на незнайомі і рідні до болю обличчя юнаків і нічого не могла збагнути.</w:t>
      </w:r>
    </w:p>
    <w:p>
      <w:r>
        <w:br/>
        <w:t>— Що це? Хто ви?.. — прошепотів Сергій Полум’яний.</w:t>
      </w:r>
    </w:p>
    <w:p>
      <w:r>
        <w:br/>
        <w:t>— Ми — ваші сини, — несміливо промовив Ікс, а Ігрек прошепотів:</w:t>
      </w:r>
    </w:p>
    <w:p>
      <w:r>
        <w:br/>
        <w:t>— Мамочко… Татку…</w:t>
      </w:r>
    </w:p>
    <w:p>
      <w:r>
        <w:br/>
        <w:t>Четверо кинулися один до одного, завмерли в обіймах. Смерть не могла роз’єднати їх. Через провалля космосу, через зоряні хащі, через мільйони перепон, через темряву небуття гаряча любов сердець знову з’єднала їх у пориві великого щастя.</w:t>
      </w:r>
    </w:p>
    <w:p>
      <w:r>
        <w:br/>
        <w:t>Марія дивилася на сяючі очі синів, цілувала їх, плакала і без упину запитувала:</w:t>
      </w:r>
    </w:p>
    <w:p>
      <w:r>
        <w:br/>
        <w:t>— Як же так? Чому ми живі? А хто вас урятував?</w:t>
      </w:r>
    </w:p>
    <w:p>
      <w:r>
        <w:br/>
        <w:t>І сини відповіли їй:</w:t>
      </w:r>
    </w:p>
    <w:p>
      <w:r>
        <w:br/>
        <w:t>— Ось поглянь. Він теж прийшов. Це — наша нянька. Якби не він — ми б не зустрілися ніколи…</w:t>
      </w:r>
    </w:p>
    <w:p>
      <w:r>
        <w:br/>
        <w:t>Марія поглянула і щасливо засміялася. Біля дверей стояв УР. Він автоматично заявив:</w:t>
      </w:r>
    </w:p>
    <w:p>
      <w:r>
        <w:br/>
        <w:t>— Капітан рухається. Марія також. Їхня система відновлена. Можна знову летіти в космос. УР готовий.</w:t>
      </w:r>
    </w:p>
    <w:p>
      <w:r>
        <w:br/>
        <w:t>— Друже мій, — ніжно сказала Марія. — Значить, ти все зробив. Ти виконав моє прохання. Від усього серця дякую тобі, чудесний, любий Урчику…</w:t>
      </w:r>
    </w:p>
    <w:p>
      <w:r>
        <w:br/>
        <w:t>УР задоволено мовчав, блимаючи червоними вогниками очей.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Міжзоряна нянька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