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Мізантроп</w:t>
      </w:r>
    </w:p>
    <w:p>
      <w:r>
        <w:br/>
        <w:t xml:space="preserve"> МІЗАНТРОП&lt;br /&gt;</w:t>
        <w:br/>
        <w:t>Комедія на п'ять дій</w:t>
      </w:r>
    </w:p>
    <w:p>
      <w:r>
        <w:br/>
        <w:t>Переклав Максим Рильський</w:t>
      </w:r>
    </w:p>
    <w:p>
      <w:r>
        <w:br/>
        <w:t>ДІЙОВІ ОСОБИ</w:t>
      </w:r>
    </w:p>
    <w:p>
      <w:r>
        <w:br/>
        <w:t>Альсест — закоханий у Селімену.&lt;br /&gt;</w:t>
        <w:br/>
        <w:t>Філінт — друг Альсестів.&lt;br /&gt;</w:t>
        <w:br/>
        <w:t>Оронт — закоханий у Селімену,&lt;br /&gt;</w:t>
        <w:br/>
        <w:t>Селімена — мила Альсеста,&lt;br /&gt;</w:t>
        <w:br/>
        <w:t>Еліанта — Селіменина кузина.&lt;br /&gt;</w:t>
        <w:br/>
        <w:t>Арсіноя — подруга Селімени.</w:t>
      </w:r>
    </w:p>
    <w:p>
      <w:r>
        <w:br/>
        <w:t>Акаст&lt;br /&gt;</w:t>
        <w:br/>
        <w:t>Клітандр&lt;br /&gt;</w:t>
        <w:br/>
        <w:t>— маркізи.</w:t>
      </w:r>
    </w:p>
    <w:p>
      <w:r>
        <w:br/>
        <w:t>Баск — слуга Селімени.&lt;br /&gt;</w:t>
        <w:br/>
        <w:t>Гвардієць із Маршальства Франції.&lt;br /&gt;</w:t>
        <w:br/>
        <w:t>Дюбуа — слуга Альсеста.</w:t>
      </w:r>
    </w:p>
    <w:p>
      <w:r>
        <w:br/>
        <w:t>Дія діється в Парижі, в Селіменинім домі.</w:t>
      </w:r>
    </w:p>
    <w:p>
      <w:r>
        <w:br/>
        <w:t>ДІЯ ПЕРША</w:t>
      </w:r>
    </w:p>
    <w:p>
      <w:r>
        <w:br/>
        <w:t>ЯВА 1</w:t>
      </w:r>
    </w:p>
    <w:p>
      <w:r>
        <w:br/>
        <w:t>Філінт, Альсест.</w:t>
      </w:r>
    </w:p>
    <w:p>
      <w:r>
        <w:br/>
        <w:t>Філінт&lt;br /&gt;</w:t>
        <w:br/>
        <w:t>Та що вам, друже мій?</w:t>
      </w:r>
    </w:p>
    <w:p>
      <w:r>
        <w:br/>
        <w:t>Альсест&lt;br /&gt;</w:t>
        <w:br/>
        <w:t>(сидячи)&lt;br /&gt;</w:t>
        <w:br/>
        <w:t>Лишіть мене в спокої!</w:t>
      </w:r>
    </w:p>
    <w:p>
      <w:r>
        <w:br/>
        <w:t>Філінт&lt;br /&gt;</w:t>
        <w:br/>
        <w:t>Чому химерною неласкою такою…</w:t>
      </w:r>
    </w:p>
    <w:p>
      <w:r>
        <w:br/>
        <w:t>Альсест&lt;br /&gt;</w:t>
        <w:br/>
        <w:t>Ідіть собі, прошу, не тратьте зайвих слів.</w:t>
      </w:r>
    </w:p>
    <w:p>
      <w:r>
        <w:br/>
        <w:t>Філінт&lt;br /&gt;</w:t>
        <w:br/>
        <w:t>Раніш би вислухать, ніж удаваться в гнів.</w:t>
      </w:r>
    </w:p>
    <w:p>
      <w:r>
        <w:br/>
        <w:t>Альсест&lt;br /&gt;</w:t>
        <w:br/>
        <w:t>Ні, хочу гніватись, а слухать не бажаю.</w:t>
      </w:r>
    </w:p>
    <w:p>
      <w:r>
        <w:br/>
        <w:t>Філінт&lt;br /&gt;</w:t>
        <w:br/>
        <w:t>Як розуміти вас — я, далебі, не знаю,&lt;br /&gt;</w:t>
        <w:br/>
        <w:t>І хоч ми друзями віддавна нареклись…</w:t>
      </w:r>
    </w:p>
    <w:p>
      <w:r>
        <w:br/>
        <w:t>Альсест&lt;br /&gt;</w:t>
        <w:br/>
        <w:t>Я — друг вам? Запишіть, що то було колись!&lt;br /&gt;</w:t>
        <w:br/>
        <w:t>Так, досі в злагоді жили ми і в любові, —&lt;br /&gt;</w:t>
        <w:br/>
        <w:t>А як побачив я, на що есте готові,&lt;br /&gt;</w:t>
        <w:br/>
        <w:t>То приязнь унівець розбилася моя:&lt;br /&gt;</w:t>
        <w:br/>
        <w:t>В серцях зіпсованих не хочу місця я.</w:t>
      </w:r>
    </w:p>
    <w:p>
      <w:r>
        <w:br/>
        <w:t>Філінт&lt;br /&gt;</w:t>
        <w:br/>
        <w:t>Та чим же міг я так, Альсесте, завинити?</w:t>
      </w:r>
    </w:p>
    <w:p>
      <w:r>
        <w:br/>
        <w:t>Альсест&lt;br /&gt;</w:t>
        <w:br/>
        <w:t>На місці вашому волів би я не жити!&lt;br /&gt;</w:t>
        <w:br/>
        <w:t>Хто чинить так, як ви, — пошани хай не жде&lt;br /&gt;</w:t>
        <w:br/>
        <w:t>У чесних він людей презирство лиш найде,&lt;br /&gt;</w:t>
        <w:br/>
        <w:t>Я ж бачив, як того ви стріли чоловіка.&lt;br /&gt;</w:t>
        <w:br/>
        <w:t>Шаноба тут яка, любов яка велика&lt;br /&gt;</w:t>
        <w:br/>
        <w:t>Була проявлена! А скільки присягань,&lt;br /&gt;</w:t>
        <w:br/>
        <w:t>Обітниць голосних і приязних зізнань,&lt;br /&gt;</w:t>
        <w:br/>
        <w:t>Що ви з обіймами палкими їх мішали!&lt;br /&gt;</w:t>
        <w:br/>
        <w:t>А скоро вийшов він, — ви ледве пригадали,&lt;br /&gt;</w:t>
        <w:br/>
        <w:t>Як на ім’я йому і що то за один, —&lt;br /&gt;</w:t>
        <w:br/>
        <w:t>І вже нітрошечки вас не обходить він.&lt;br /&gt;</w:t>
        <w:br/>
        <w:t>До лиха! Соромно, ганебно, підло навіть&lt;br /&gt;</w:t>
        <w:br/>
        <w:t>Так душу лестками фальшивими неславить.&lt;br /&gt;</w:t>
        <w:br/>
        <w:t>Коли б судилося таке мені вчинить,&lt;br /&gt;</w:t>
        <w:br/>
        <w:t>То я повісився б із того горя вмить!</w:t>
      </w:r>
    </w:p>
    <w:p>
      <w:r>
        <w:br/>
        <w:t>Філінт&lt;br /&gt;</w:t>
        <w:br/>
        <w:t>Причин не бачу я до вироку такого&lt;br /&gt;</w:t>
        <w:br/>
        <w:t>І пом’якшить його благаю вас, на бога;&lt;br /&gt;</w:t>
        <w:br/>
        <w:t>Прошу: зласкавтеся, хоч огріхи й страшні,&lt;br /&gt;</w:t>
        <w:br/>
        <w:t>І ще не вішаться дозвольте ви мені.</w:t>
      </w:r>
    </w:p>
    <w:p>
      <w:r>
        <w:br/>
        <w:t>Альсест&lt;br /&gt;</w:t>
        <w:br/>
        <w:t>Невчасно спала вам охота жартувати!</w:t>
      </w:r>
    </w:p>
    <w:p>
      <w:r>
        <w:br/>
        <w:t>Філінт&lt;br /&gt;</w:t>
        <w:br/>
        <w:t>Чого ж вам хочеться, цікавий би я знати?</w:t>
      </w:r>
    </w:p>
    <w:p>
      <w:r>
        <w:br/>
        <w:t>Альсест&lt;br /&gt;</w:t>
        <w:br/>
        <w:t>Я хочу щирості, щоб слово ні одно&lt;br /&gt;</w:t>
        <w:br/>
        <w:t>Не вилітало з уст, як не з душі воно.</w:t>
      </w:r>
    </w:p>
    <w:p>
      <w:r>
        <w:br/>
        <w:t>Філінт&lt;br /&gt;</w:t>
        <w:br/>
        <w:t>Коли обійме нас, вітаючи, знайомий,&lt;br /&gt;</w:t>
        <w:br/>
        <w:t>Так само обійнять повинні і його ми;&lt;br /&gt;</w:t>
        <w:br/>
        <w:t>Зізнання сипле він, обіцянки склада —&lt;br /&gt;</w:t>
        <w:br/>
        <w:t>Те саме й нам робить, звичайно, випада,</w:t>
      </w:r>
    </w:p>
    <w:p>
      <w:r>
        <w:br/>
        <w:t>Альсест&lt;br /&gt;</w:t>
        <w:br/>
        <w:t>Ні! Ворог тої я ганебної методи,&lt;br /&gt;</w:t>
        <w:br/>
        <w:t>Що в ній кохаються нікчемні слуги моди;&lt;br /&gt;</w:t>
        <w:br/>
        <w:t>У світі над усе найгірш я не злюбив&lt;br /&gt;</w:t>
        <w:br/>
        <w:t>Манірні витівки отих балакунів,&lt;br /&gt;</w:t>
        <w:br/>
        <w:t>Лепетунів гидких, которі в марній мові&lt;br /&gt;</w:t>
        <w:br/>
        <w:t>Усе на світі нам пообіцять готові&lt;br /&gt;</w:t>
        <w:br/>
        <w:t>І компліментами ладні стрічати всіх,&lt;br /&gt;</w:t>
        <w:br/>
        <w:t>А що ти, хто ти е — однаково для них!&lt;br /&gt;</w:t>
        <w:br/>
        <w:t>Ну, що потому нам, коли нас хто вітає&lt;br /&gt;</w:t>
        <w:br/>
        <w:t>І приязнь, і любов, і шану виявляє,&lt;br /&gt;</w:t>
        <w:br/>
        <w:t>І слів не добере до пишної хвали, —&lt;br /&gt;</w:t>
        <w:br/>
        <w:t>А тільки ми на крок од його відійшли,&lt;br /&gt;</w:t>
        <w:br/>
        <w:t>І він негідника улещує так само!&lt;br /&gt;</w:t>
        <w:br/>
        <w:t>Це ж сором! Це ганьба! Як тішиться словами&lt;br /&gt;</w:t>
        <w:br/>
        <w:t>Гучними й красними, коли, на глум і сміх,&lt;br /&gt;</w:t>
        <w:br/>
        <w:t>Усьому світові почути можна їх?&lt;br /&gt;</w:t>
        <w:br/>
        <w:t>Шаноби на землі нема без переваги,&lt;br /&gt;</w:t>
        <w:br/>
        <w:t>Хто поважає всіх, не знає той поваги.&lt;br /&gt;</w:t>
        <w:br/>
        <w:t>Коли вдаєтесь ви у моду цю лиху,&lt;br /&gt;</w:t>
        <w:br/>
        <w:t>До біса! Спільного не знати нам шляху!&lt;br /&gt;</w:t>
        <w:br/>
        <w:t>У вас прислужливість — неначе крам роздрібний&lt;br /&gt;</w:t>
        <w:br/>
        <w:t>Мені ж загальний друг у друзі непотрібний.&lt;br /&gt;</w:t>
        <w:br/>
        <w:t>Якщо вам рівні всі, то мовлю навпростець:&lt;br /&gt;</w:t>
        <w:br/>
        <w:t>Дружінню нашому і злагоді кінець!</w:t>
      </w:r>
    </w:p>
    <w:p>
      <w:r>
        <w:br/>
        <w:t>Філінт&lt;br /&gt;</w:t>
        <w:br/>
        <w:t>У колі вищому ми місце посідаєм —&lt;br /&gt;</w:t>
        <w:br/>
        <w:t>І, певне ж, мусимо коритися звичаям.</w:t>
      </w:r>
    </w:p>
    <w:p>
      <w:r>
        <w:br/>
        <w:t>Альсест&lt;br /&gt;</w:t>
        <w:br/>
        <w:t>Ні, ні! Карати ми повинні без вагань&lt;br /&gt;</w:t>
        <w:br/>
        <w:t>Ганебний вимін цей олживих вихвалянь,&lt;br /&gt;</w:t>
        <w:br/>
        <w:t>Людьми буть чесними, неправді не служити&lt;br /&gt;</w:t>
        <w:br/>
        <w:t>І скрізь по щирості, по правді говорити,&lt;br /&gt;</w:t>
        <w:br/>
        <w:t>Що з серця не іде — ніколи не казать&lt;br /&gt;</w:t>
        <w:br/>
        <w:t>І почуттів своїх під маску не ховать.</w:t>
      </w:r>
    </w:p>
    <w:p>
      <w:r>
        <w:br/>
        <w:t>Філінт&lt;br /&gt;</w:t>
        <w:br/>
        <w:t>А єсть же випадки, як мова та сердечна&lt;br /&gt;</w:t>
        <w:br/>
        <w:t>Виходить і смішна, і зовсім недоречна.&lt;br /&gt;</w:t>
        <w:br/>
        <w:t>Буває — я прошу не брати цього в гнів, —&lt;br /&gt;</w:t>
        <w:br/>
        <w:t>Коли розумний той, хто думку потаїв.&lt;br /&gt;</w:t>
        <w:br/>
        <w:t>Ну, чи ж годилось би, зміркуйте пак самі ви,&lt;br /&gt;</w:t>
        <w:br/>
        <w:t>Щоб завжди ми були одверті та правдиві?&lt;br /&gt;</w:t>
        <w:br/>
        <w:t>Невже коли нам хто нелюбий між людьми,&lt;br /&gt;</w:t>
        <w:br/>
        <w:t>То це й освідчити йому повинні ви?</w:t>
      </w:r>
    </w:p>
    <w:p>
      <w:r>
        <w:br/>
        <w:t>Альсест&lt;br /&gt;</w:t>
        <w:br/>
        <w:t>Так.</w:t>
      </w:r>
    </w:p>
    <w:p>
      <w:r>
        <w:br/>
        <w:t>Філінт&lt;br /&gt;</w:t>
        <w:br/>
        <w:t>Що? Емілії старій би ви сказали,&lt;br /&gt;</w:t>
        <w:br/>
        <w:t>Що кокетерія уже їй не пристала&lt;br /&gt;</w:t>
        <w:br/>
        <w:t>І що фарбується вона собі на стид?</w:t>
      </w:r>
    </w:p>
    <w:p>
      <w:r>
        <w:br/>
        <w:t>Альсест&lt;br /&gt;</w:t>
        <w:br/>
        <w:t>Авжеж.</w:t>
      </w:r>
    </w:p>
    <w:p>
      <w:r>
        <w:br/>
        <w:t>Філінт&lt;br /&gt;</w:t>
        <w:br/>
        <w:t>Що Дорілас давно усім набрид,&lt;br /&gt;</w:t>
        <w:br/>
        <w:t>Що варить при дворі із кожного він воду,&lt;br /&gt;</w:t>
        <w:br/>
        <w:t>З одваги чванячись та з діл свойого роду?</w:t>
      </w:r>
    </w:p>
    <w:p>
      <w:r>
        <w:br/>
        <w:t>Альсест&lt;br /&gt;</w:t>
        <w:br/>
        <w:t>Сказав би.</w:t>
      </w:r>
    </w:p>
    <w:p>
      <w:r>
        <w:br/>
        <w:t>Філінт&lt;br /&gt;</w:t>
        <w:br/>
        <w:t>Жарти це!</w:t>
      </w:r>
    </w:p>
    <w:p>
      <w:r>
        <w:br/>
        <w:t>Альсест&lt;br /&gt;</w:t>
        <w:br/>
        <w:t>До жартів не мастак;&lt;br /&gt;</w:t>
        <w:br/>
        <w:t>Нікого жалувать не хочу аніяк.&lt;br /&gt;</w:t>
        <w:br/>
        <w:t>Зболіли очі вже і при дворі, і в місті,&lt;br /&gt;</w:t>
        <w:br/>
        <w:t>Звичаї бачивши гидотні та нечисті!&lt;br /&gt;</w:t>
        <w:br/>
        <w:t>Бере нудьга мене, пече мене одчай,&lt;br /&gt;</w:t>
        <w:br/>
        <w:t>Що наоколо люд зіпсований украй,&lt;br /&gt;</w:t>
        <w:br/>
        <w:t>Що всюди, де поткнусь, — брехня, лукавство, зрада.&lt;br /&gt;</w:t>
        <w:br/>
        <w:t>Та підступи бридкі, та лестощів принада.&lt;br /&gt;</w:t>
        <w:br/>
        <w:t>Несила! Гнів кипить! Я весь немов горю&lt;br /&gt;</w:t>
        <w:br/>
        <w:t>І цілий світ ладен покликати на прю.</w:t>
      </w:r>
    </w:p>
    <w:p>
      <w:r>
        <w:br/>
        <w:t>Філінт&lt;br /&gt;</w:t>
        <w:br/>
        <w:t>Занадто ви вдались, філософе, в досаду,&lt;br /&gt;</w:t>
        <w:br/>
        <w:t>На все озлившися і смішно, і без ладу.&lt;br /&gt;</w:t>
        <w:br/>
        <w:t>Братів ми з вами тих нагадуєм тепер,&lt;br /&gt;</w:t>
        <w:br/>
        <w:t>Що в "Школі для мужів" намалював Мольєр…&lt;br /&gt;</w:t>
        <w:br/>
        <w:t>Там…</w:t>
      </w:r>
    </w:p>
    <w:p>
      <w:r>
        <w:br/>
        <w:t>Альсест&lt;br /&gt;</w:t>
        <w:br/>
        <w:t>А, лишіть свої безглузді порівняння!</w:t>
      </w:r>
    </w:p>
    <w:p>
      <w:r>
        <w:br/>
        <w:t>Філінт&lt;br /&gt;</w:t>
        <w:br/>
        <w:t>Та ні-бо, — ви свої покиньте нарікання.&lt;br /&gt;</w:t>
        <w:br/>
        <w:t>Чи ж переробите натуру ви людську?&lt;br /&gt;</w:t>
        <w:br/>
        <w:t>А як одвертість вам припала до смаку, —&lt;br /&gt;</w:t>
        <w:br/>
        <w:t>Скажу не криючись: з химери цеї всюди&lt;br /&gt;</w:t>
        <w:br/>
        <w:t>Плечима знизувать і кпити будуть люди,&lt;br /&gt;</w:t>
        <w:br/>
        <w:t>А хіть до осудів нестримана така&lt;br /&gt;</w:t>
        <w:br/>
        <w:t>Вам тільки дасть ім’я смішного дивака.</w:t>
      </w:r>
    </w:p>
    <w:p>
      <w:r>
        <w:br/>
        <w:t>Альсест&lt;br /&gt;</w:t>
        <w:br/>
        <w:t>То й добре, лихома! Я радий цьому, радий!&lt;br /&gt;</w:t>
        <w:br/>
        <w:t>Чого ж хотіти ще з мерзенної громади?&lt;br /&gt;</w:t>
        <w:br/>
        <w:t>Та тільки гнів мене несвітський би схопив,&lt;br /&gt;</w:t>
        <w:br/>
        <w:t>Коли б розумного я слави в них зажив.</w:t>
      </w:r>
    </w:p>
    <w:p>
      <w:r>
        <w:br/>
        <w:t>Філінт&lt;br /&gt;</w:t>
        <w:br/>
        <w:t>Виходить, ворог ви всьому земному роду?</w:t>
      </w:r>
    </w:p>
    <w:p>
      <w:r>
        <w:br/>
        <w:t>Альсест&lt;br /&gt;</w:t>
        <w:br/>
        <w:t>Так, я ненавиджу безмірно цю породу!</w:t>
      </w:r>
    </w:p>
    <w:p>
      <w:r>
        <w:br/>
        <w:t>Філінт&lt;br /&gt;</w:t>
        <w:br/>
        <w:t>Скажіть: невже-таки між смертними всіма&lt;br /&gt;</w:t>
        <w:br/>
        <w:t>На жадні винятки і місця вже нема?&lt;br /&gt;</w:t>
        <w:br/>
        <w:t>Запевне, є й тепер особи, гідні шани…</w:t>
      </w:r>
    </w:p>
    <w:p>
      <w:r>
        <w:br/>
        <w:t>Альсест&lt;br /&gt;</w:t>
        <w:br/>
        <w:t>Ні! Осоружні всі, на кого око гляне:&lt;br /&gt;</w:t>
        <w:br/>
        <w:t>Одні — що у гріхах купаються бридких,&lt;br /&gt;</w:t>
        <w:br/>
        <w:t>А ті — що ставляться поблажливо до них,&lt;br /&gt;</w:t>
        <w:br/>
        <w:t>Того шляхетного обурення не мавши,&lt;br /&gt;</w:t>
        <w:br/>
        <w:t>Що вчинки нам лихі будити мають завше.&lt;br /&gt;</w:t>
        <w:br/>
        <w:t>Ну, от негідник той, що я суджуся з ним!&lt;br /&gt;</w:t>
        <w:br/>
        <w:t>Таже діла його відомі добре всім.&lt;br /&gt;</w:t>
        <w:br/>
        <w:t>Хоч маска на виду, але й з-під маски знати,&lt;br /&gt;</w:t>
        <w:br/>
        <w:t>Що може кожного він зрадити, продати.&lt;br /&gt;</w:t>
        <w:br/>
        <w:t>Вимовні погляди і солодощі слів.&lt;br /&gt;</w:t>
        <w:br/>
        <w:t>Хіба наївних лиш одурять новаків.&lt;br /&gt;</w:t>
        <w:br/>
        <w:t>Всім знаний вискочень, шахрай над шахраями.&lt;br /&gt;</w:t>
        <w:br/>
        <w:t>У панство брудними пропхався він шляхами, —&lt;br /&gt;</w:t>
        <w:br/>
        <w:t>І знавши, за яку придбав собі ціну&lt;br /&gt;</w:t>
        <w:br/>
        <w:t>Тепленьке місце він і розкіш голосну,&lt;br /&gt;</w:t>
        <w:br/>
        <w:t>Честь ображається, сумління червоніє.&lt;br /&gt;</w:t>
        <w:br/>
        <w:t>Складіть позаочі, які лиш на землі є,&lt;br /&gt;</w:t>
        <w:br/>
        <w:t>На нього прикладки, поганцем назовіть,&lt;br /&gt;</w:t>
        <w:br/>
        <w:t>Назвіть дурисвітом, — ніхто не захистить,&lt;br /&gt;</w:t>
        <w:br/>
        <w:t>Бо шану має він облудну і нікчемну.&lt;br /&gt;</w:t>
        <w:br/>
        <w:t>А гляньте, як усі його вітають чемно,&lt;br /&gt;</w:t>
        <w:br/>
        <w:t>Як усміхаються, розточують слова!&lt;br /&gt;</w:t>
        <w:br/>
        <w:t>Як чесним людям він посади вирива!&lt;br /&gt;</w:t>
        <w:br/>
        <w:t>А! Серце крається од муки і страждання&lt;br /&gt;</w:t>
        <w:br/>
        <w:t>З того ганебного підлоті потурання, —&lt;br /&gt;</w:t>
        <w:br/>
        <w:t>І часом я ладен в пустиню утекти&lt;br /&gt;</w:t>
        <w:br/>
        <w:t>Від галасливої людської суєти.</w:t>
      </w:r>
    </w:p>
    <w:p>
      <w:r>
        <w:br/>
        <w:t>Філінт&lt;br /&gt;</w:t>
        <w:br/>
        <w:t>Ох, боже! Не страшіть неласкою такою&lt;br /&gt;</w:t>
        <w:br/>
        <w:t>І над натурою ви згляньтеся людською.&lt;br /&gt;</w:t>
        <w:br/>
        <w:t>Хоч вади і гріхи у ній знайдемо ми,&lt;br /&gt;</w:t>
        <w:br/>
        <w:t>Та як доводиться нам жити між людьми,&lt;br /&gt;</w:t>
        <w:br/>
        <w:t>То треба у всьому додержувати міри&lt;br /&gt;</w:t>
        <w:br/>
        <w:t>І до моральності не братись надто щиро.&lt;br /&gt;</w:t>
        <w:br/>
        <w:t>Правдивий розум нам обачність каже мать —&lt;br /&gt;</w:t>
        <w:br/>
        <w:t>Ба навіть мудрістю не слід надуживать.&lt;br /&gt;</w:t>
        <w:br/>
        <w:t>Колишніх поколінь чеснота непохитна&lt;br /&gt;</w:t>
        <w:br/>
        <w:t>За наших з вами днів, мій друже, не розквітне!&lt;br /&gt;</w:t>
        <w:br/>
        <w:t>Нам бездоганності уже не осягти;&lt;br /&gt;</w:t>
        <w:br/>
        <w:t>Покірно мусимо за часом ми іти.&lt;br /&gt;</w:t>
        <w:br/>
        <w:t>Це ж безум: повставать на тисячі — одному!&lt;br /&gt;</w:t>
        <w:br/>
        <w:t>Переробити світ не до снаги нікому.&lt;br /&gt;</w:t>
        <w:br/>
        <w:t>Багато, як і ви, я налічити б міг&lt;br /&gt;</w:t>
        <w:br/>
        <w:t>Речей, що кращими волів би бачить їх,&lt;br /&gt;</w:t>
        <w:br/>
        <w:t>Але без осуду гучливого дивлюся&lt;br /&gt;</w:t>
        <w:br/>
        <w:t>І гніву марному, як ви, не піддаюся.&lt;br /&gt;</w:t>
        <w:br/>
        <w:t>Людей беру таких, які вдались вони:&lt;br /&gt;</w:t>
        <w:br/>
        <w:t>Що чиниш ти, мовляв, і далі те чини, —&lt;br /&gt;</w:t>
        <w:br/>
        <w:t>І рівний мудрістю із вашою злобою&lt;br /&gt;</w:t>
        <w:br/>
        <w:t>Мій шлях, позначений девізом супокою.</w:t>
      </w:r>
    </w:p>
    <w:p>
      <w:r>
        <w:br/>
        <w:t>Альсест&lt;br /&gt;</w:t>
        <w:br/>
        <w:t>Скажіть, добродію: невже ж таки нічим&lt;br /&gt;</w:t>
        <w:br/>
        <w:t>Не похитнути вас у супокої тім?&lt;br /&gt;</w:t>
        <w:br/>
        <w:t>Якби вас той продав, кого ви другом звали,&lt;br /&gt;</w:t>
        <w:br/>
        <w:t>Якби добро од вас шахрайством виривали,&lt;br /&gt;</w:t>
        <w:br/>
        <w:t>Якби хто поговір на вас лихий пустив, —&lt;br /&gt;</w:t>
        <w:br/>
        <w:t>Чи справді ви й тоді не удались би в гнів?</w:t>
      </w:r>
    </w:p>
    <w:p>
      <w:r>
        <w:br/>
        <w:t>Філінт&lt;br /&gt;</w:t>
        <w:br/>
        <w:t>Ні! Всі оті-гріхи, мені і вам відомі,&lt;br /&gt;</w:t>
        <w:br/>
        <w:t>Людському родові властиві і питомі,&lt;br /&gt;</w:t>
        <w:br/>
        <w:t>І ображатися чи сердитись мені,&lt;br /&gt;</w:t>
        <w:br/>
        <w:t>Що вколо стільки зла, підступності, брехні, —&lt;br /&gt;</w:t>
        <w:br/>
        <w:t>Це дивувать, чому жадна шуліка м’яса,&lt;br /&gt;</w:t>
        <w:br/>
        <w:t>Чому жорстокий вовк, а мавпа хитра й ласа.</w:t>
      </w:r>
    </w:p>
    <w:p>
      <w:r>
        <w:br/>
        <w:t>Альсест&lt;br /&gt;</w:t>
        <w:br/>
        <w:t>Як! Дав би я себе ганьбити, окрадать&lt;br /&gt;</w:t>
        <w:br/>
        <w:t>І не… А, сто чортів! Волію замовчать,&lt;br /&gt;</w:t>
        <w:br/>
        <w:t>Щоб неподобні ці спинити міркування.</w:t>
      </w:r>
    </w:p>
    <w:p>
      <w:r>
        <w:br/>
        <w:t>Філінт&lt;br /&gt;</w:t>
        <w:br/>
        <w:t>І справді, тут було б на часі вже мовчання.&lt;br /&gt;</w:t>
        <w:br/>
        <w:t>Вам краще об суді подумати своїм,&lt;br /&gt;</w:t>
        <w:br/>
        <w:t>Аніж на ворога метать словесний грім.</w:t>
      </w:r>
    </w:p>
    <w:p>
      <w:r>
        <w:br/>
        <w:t>Альсест&lt;br /&gt;</w:t>
        <w:br/>
        <w:t>Не хочу я того, і край усій розмові.</w:t>
      </w:r>
    </w:p>
    <w:p>
      <w:r>
        <w:br/>
        <w:t>Філінт&lt;br /&gt;</w:t>
        <w:br/>
        <w:t>Хто ж помагатиме у справі вам судовій?</w:t>
      </w:r>
    </w:p>
    <w:p>
      <w:r>
        <w:br/>
        <w:t>Альсест&lt;br /&gt;</w:t>
        <w:br/>
        <w:t>Хто? Правда і закон — помічники мої.</w:t>
      </w:r>
    </w:p>
    <w:p>
      <w:r>
        <w:br/>
        <w:t>Філінт&lt;br /&gt;</w:t>
        <w:br/>
        <w:t>А завітаєте ж, проте, до судії?</w:t>
      </w:r>
    </w:p>
    <w:p>
      <w:r>
        <w:br/>
        <w:t>Альсест&lt;br /&gt;</w:t>
        <w:br/>
        <w:t>Нащо? Хіба ступив я на криву дорогу?</w:t>
      </w:r>
    </w:p>
    <w:p>
      <w:r>
        <w:br/>
        <w:t>Філінт&lt;br /&gt;</w:t>
        <w:br/>
        <w:t>Ні, але ворог ваш для діла для свойого&lt;br /&gt;</w:t>
        <w:br/>
        <w:t>Пролізе…</w:t>
      </w:r>
    </w:p>
    <w:p>
      <w:r>
        <w:br/>
        <w:t>Альсест&lt;br /&gt;</w:t>
        <w:br/>
        <w:t>Байдуже! Я зважився чекать&lt;br /&gt;</w:t>
        <w:br/>
        <w:t>На вирок совісний.</w:t>
      </w:r>
    </w:p>
    <w:p>
      <w:r>
        <w:br/>
        <w:t>Філінт&lt;br /&gt;</w:t>
        <w:br/>
        <w:t>Ой, можете програть!</w:t>
      </w:r>
    </w:p>
    <w:p>
      <w:r>
        <w:br/>
        <w:t>Альсест&lt;br /&gt;</w:t>
        <w:br/>
        <w:t>Я й кроку не ступлю: хай станеться, що має.</w:t>
      </w:r>
    </w:p>
    <w:p>
      <w:r>
        <w:br/>
        <w:t>Філінт&lt;br /&gt;</w:t>
        <w:br/>
        <w:t>А той підлеститься…</w:t>
      </w:r>
    </w:p>
    <w:p>
      <w:r>
        <w:br/>
        <w:t>Альсест&lt;br /&gt;</w:t>
        <w:br/>
        <w:t>Мене це не доймає.</w:t>
      </w:r>
    </w:p>
    <w:p>
      <w:r>
        <w:br/>
        <w:t>Філінт&lt;br /&gt;</w:t>
        <w:br/>
        <w:t>Глядіть, проскочите.</w:t>
      </w:r>
    </w:p>
    <w:p>
      <w:r>
        <w:br/>
        <w:t>Альсест&lt;br /&gt;</w:t>
        <w:br/>
        <w:t>Та й не від того я.&lt;br /&gt;</w:t>
        <w:br/>
        <w:t>Філінт.&lt;br /&gt;</w:t>
        <w:br/>
        <w:t>Але ж…</w:t>
      </w:r>
    </w:p>
    <w:p>
      <w:r>
        <w:br/>
        <w:t>Альсест&lt;br /&gt;</w:t>
        <w:br/>
        <w:t>Ото душа потішиться моя!</w:t>
      </w:r>
    </w:p>
    <w:p>
      <w:r>
        <w:br/>
        <w:t>Філінт&lt;br /&gt;</w:t>
        <w:br/>
        <w:t>Чому ж нарешті ви…</w:t>
      </w:r>
    </w:p>
    <w:p>
      <w:r>
        <w:br/>
        <w:t>Альсест&lt;br /&gt;</w:t>
        <w:br/>
        <w:t>Тоді до дна побачу&lt;br /&gt;</w:t>
        <w:br/>
        <w:t>Я роду ницого мерзенну, підлу вдачу,&lt;br /&gt;</w:t>
        <w:br/>
        <w:t>Тоді в лукавстві я упевнюся людськім,&lt;br /&gt;</w:t>
        <w:br/>
        <w:t>Коли програю суд на чудо й диво всім.</w:t>
      </w:r>
    </w:p>
    <w:p>
      <w:r>
        <w:br/>
        <w:t>Філінт&lt;br /&gt;</w:t>
        <w:br/>
        <w:t>Що за людина з вас!</w:t>
      </w:r>
    </w:p>
    <w:p>
      <w:r>
        <w:br/>
        <w:t>Альсест&lt;br /&gt;</w:t>
        <w:br/>
        <w:t>Не шкода і заплати,&lt;br /&gt;</w:t>
        <w:br/>
        <w:t>Щоб це побачити.&lt;br /&gt;</w:t>
        <w:br/>
        <w:t>Так, хочу я програти!</w:t>
      </w:r>
    </w:p>
    <w:p>
      <w:r>
        <w:br/>
        <w:t>Філінт&lt;br /&gt;</w:t>
        <w:br/>
        <w:t>Альсесте, що це ви!&lt;br /&gt;</w:t>
        <w:br/>
        <w:t>Та кожен з ваших слів&lt;br /&gt;</w:t>
        <w:br/>
        <w:t>Сміявся б, далебі, якби на їх наспів!</w:t>
      </w:r>
    </w:p>
    <w:p>
      <w:r>
        <w:br/>
        <w:t>Альсест&lt;br /&gt;</w:t>
        <w:br/>
        <w:t>Ну й на здоров’ячко!</w:t>
      </w:r>
    </w:p>
    <w:p>
      <w:r>
        <w:br/>
        <w:t>Філінт&lt;br /&gt;</w:t>
        <w:br/>
        <w:t>Тепер одно скажіте:&lt;br /&gt;</w:t>
        <w:br/>
        <w:t>Коли ви щирості надумали служити,&lt;br /&gt;</w:t>
        <w:br/>
        <w:t>Коли правдивість вам — і щастя, і мета, —&lt;br /&gt;</w:t>
        <w:br/>
        <w:t>Чи щира, друже мій, і чи правдива та,&lt;br /&gt;</w:t>
        <w:br/>
        <w:t>Кого ви любите? Дивуюсь я, їй-богу,&lt;br /&gt;</w:t>
        <w:br/>
        <w:t>Як, бувши ворогом земного роду всього,&lt;br /&gt;</w:t>
        <w:br/>
        <w:t>Усе позбавивши і ласки, і хвали,&lt;br /&gt;</w:t>
        <w:br/>
        <w:t>Ви любу серцеві найти, проте, могли!&lt;br /&gt;</w:t>
        <w:br/>
        <w:t>А ще чудніш мені, де в світі цім широкім&lt;br /&gt;</w:t>
        <w:br/>
        <w:t>Для ніжних почуттів ви зупинились оком!&lt;br /&gt;</w:t>
        <w:br/>
        <w:t>Якби ви радились, кому любов оддать,&lt;br /&gt;</w:t>
        <w:br/>
        <w:t>То мусив би я вам по-дружньому сказать:&lt;br /&gt;</w:t>
        <w:br/>
        <w:t>Погляньте, з ніжністю безмежною якою&lt;br /&gt;</w:t>
        <w:br/>
        <w:t>Стрічає тиха вас і скромна Арсіноя!&lt;br /&gt;</w:t>
        <w:br/>
        <w:t>А Еліанта як, правдива над усіх,&lt;br /&gt;</w:t>
        <w:br/>
        <w:t>Вас гріє полум’ям очей своїх палких!&lt;br /&gt;</w:t>
        <w:br/>
        <w:t>А ви мов кажете: "Нехай собі! Про мене!"&lt;br /&gt;</w:t>
        <w:br/>
        <w:t>Бо зчарувала вас кокетка Селімена,&lt;br /&gt;</w:t>
        <w:br/>
        <w:t>Котрої витівки та язичок лихий&lt;br /&gt;</w:t>
        <w:br/>
        <w:t>Якраз би до лиця сучасності отій,&lt;br /&gt;</w:t>
        <w:br/>
        <w:t>Що гостро ви її картаєте словами.&lt;br /&gt;</w:t>
        <w:br/>
        <w:t>Невже не. бачите ви вад своєї дами?&lt;br /&gt;</w:t>
        <w:br/>
        <w:t>Чи, може, серце вам закохане велить&lt;br /&gt;</w:t>
        <w:br/>
        <w:t>Усе їй вибачить, усі гріхи простить?</w:t>
      </w:r>
    </w:p>
    <w:p>
      <w:r>
        <w:br/>
        <w:t>Альсест&lt;br /&gt;</w:t>
        <w:br/>
        <w:t>Ні. Я ще не осліп. Я цю вдову кохаю,&lt;br /&gt;</w:t>
        <w:br/>
        <w:t>Та хиби всі її за вас незгірше знаю.&lt;br /&gt;</w:t>
        <w:br/>
        <w:t>Пойнятий полум’ям, проте, я б перший міг&lt;br /&gt;</w:t>
        <w:br/>
        <w:t>Їх запримітити і осудити їх.&lt;br /&gt;</w:t>
        <w:br/>
        <w:t>Але — що ж діяти! — Змагатися несила…&lt;br /&gt;</w:t>
        <w:br/>
        <w:t>Вона й така, як є, мені без краю мила.&lt;br /&gt;</w:t>
        <w:br/>
        <w:t>Дарма, що сотню в ній я огріхів найшов —&lt;br /&gt;</w:t>
        <w:br/>
        <w:t>Переборола все звитяжниця любов.&lt;br /&gt;</w:t>
        <w:br/>
        <w:t>І з певністю кажу: огонь чуття мойого&lt;br /&gt;</w:t>
        <w:br/>
        <w:t>Очистить душу їй од намулу брудного.</w:t>
      </w:r>
    </w:p>
    <w:p>
      <w:r>
        <w:br/>
        <w:t>Філінт&lt;br /&gt;</w:t>
        <w:br/>
        <w:t>Чималу ви собі роботу завдали!&lt;br /&gt;</w:t>
        <w:br/>
        <w:t>А ви ж до серця їй?</w:t>
      </w:r>
    </w:p>
    <w:p>
      <w:r>
        <w:br/>
        <w:t>Альсест&lt;br /&gt;</w:t>
        <w:br/>
        <w:t>О боже! Та коли&lt;br /&gt;</w:t>
        <w:br/>
        <w:t>Не вірив би я в це, то що й по тім коханні!</w:t>
      </w:r>
    </w:p>
    <w:p>
      <w:r>
        <w:br/>
        <w:t>Філінт&lt;br /&gt;</w:t>
        <w:br/>
        <w:t>Чому ж туманить вид глибоке вам страждання,&lt;br /&gt;</w:t>
        <w:br/>
        <w:t>Як ви з суперником зійдетесь хоч на мить?</w:t>
      </w:r>
    </w:p>
    <w:p>
      <w:r>
        <w:br/>
        <w:t>Альсест&lt;br /&gt;</w:t>
        <w:br/>
        <w:t>Кохання справжнього частками не ділить, —&lt;br /&gt;</w:t>
        <w:br/>
        <w:t>І я сюди прийшов освідчитися сміло&lt;br /&gt;</w:t>
        <w:br/>
        <w:t>І все їй висловить, чим серце наболіло.</w:t>
      </w:r>
    </w:p>
    <w:p>
      <w:r>
        <w:br/>
        <w:t>Філінт&lt;br /&gt;</w:t>
        <w:br/>
        <w:t>А от якби мені до вибору прийшло,&lt;br /&gt;</w:t>
        <w:br/>
        <w:t>То Еліаиті б я, склоняючи чоло,&lt;br /&gt;</w:t>
        <w:br/>
        <w:t>Віддав чуття свої. Правдива, скромна, стала,&lt;br /&gt;</w:t>
        <w:br/>
        <w:t>І вам би до душі найбільш вона пристала.</w:t>
      </w:r>
    </w:p>
    <w:p>
      <w:r>
        <w:br/>
        <w:t>Альсест&lt;br /&gt;</w:t>
        <w:br/>
        <w:t>До того самого я розумом дійшов,&lt;br /&gt;</w:t>
        <w:br/>
        <w:t>Та ба! Не розумом керується любов.</w:t>
      </w:r>
    </w:p>
    <w:p>
      <w:r>
        <w:br/>
        <w:t>Філінт&lt;br /&gt;</w:t>
        <w:br/>
        <w:t>Боюся: пристрастю охоплені палкою,&lt;br /&gt;</w:t>
        <w:br/>
        <w:t>Ви, може…</w:t>
      </w:r>
    </w:p>
    <w:p>
      <w:r>
        <w:br/>
        <w:t>ЯВА 2</w:t>
      </w:r>
    </w:p>
    <w:p>
      <w:r>
        <w:br/>
        <w:t>Оронт, Альсест, Філінт.</w:t>
      </w:r>
    </w:p>
    <w:p>
      <w:r>
        <w:br/>
        <w:t>Оронт&lt;br /&gt;</w:t>
        <w:br/>
        <w:t>(до Альсеста)&lt;br /&gt;</w:t>
        <w:br/>
        <w:t>Сказано мені в передпокої,&lt;br /&gt;</w:t>
        <w:br/>
        <w:t>Що не застану я прекрасних наших дам:&lt;br /&gt;</w:t>
        <w:br/>
        <w:t>Щось купувать пішли. Але я радий вам&lt;br /&gt;</w:t>
        <w:br/>
        <w:t>Пошану висловить глибоку і правдиву,&lt;br /&gt;</w:t>
        <w:br/>
        <w:t>Віддавна марю я про хвилю ту щасливу,&lt;br /&gt;</w:t>
        <w:br/>
        <w:t>Щоб до сердечної розмови з вами стать&lt;br /&gt;</w:t>
        <w:br/>
        <w:t>І приязні од вас високий дар прийнять.&lt;br /&gt;</w:t>
        <w:br/>
        <w:t>Належне раз у раз я віддаю заслугам&lt;br /&gt;</w:t>
        <w:br/>
        <w:t>І прагну, щоб мене ви йменували другом.&lt;br /&gt;</w:t>
        <w:br/>
        <w:t>А хто відомий так поміж людьми, як я,&lt;br /&gt;</w:t>
        <w:br/>
        <w:t>Той, певне, на таке заслужує ім’я.</w:t>
      </w:r>
    </w:p>
    <w:p>
      <w:r>
        <w:br/>
        <w:t>Альсест замислився і ніби зовсім не зважає на Оронтову мову.</w:t>
      </w:r>
    </w:p>
    <w:p>
      <w:r>
        <w:br/>
        <w:t>До вас повів я річ, вельмишановний пане.</w:t>
      </w:r>
    </w:p>
    <w:p>
      <w:r>
        <w:br/>
        <w:t>Альсест&lt;br /&gt;</w:t>
        <w:br/>
        <w:t>До мене, пане мій?</w:t>
      </w:r>
    </w:p>
    <w:p>
      <w:r>
        <w:br/>
        <w:t>Оронт&lt;br /&gt;</w:t>
        <w:br/>
        <w:t>Чи вам це не бажане?</w:t>
      </w:r>
    </w:p>
    <w:p>
      <w:r>
        <w:br/>
        <w:t>Альсест&lt;br /&gt;</w:t>
        <w:br/>
        <w:t>Та ні, — а тільки я… Почесні ті слова —&lt;br /&gt;</w:t>
        <w:br/>
        <w:t>Річ несподівана для мене і нова.</w:t>
      </w:r>
    </w:p>
    <w:p>
      <w:r>
        <w:br/>
        <w:t>Оронт&lt;br /&gt;</w:t>
        <w:br/>
        <w:t>Шаноба хай моя вас, пане, не дивує:&lt;br /&gt;</w:t>
        <w:br/>
        <w:t>З усіх вона людей найбільше вам пасує.</w:t>
      </w:r>
    </w:p>
    <w:p>
      <w:r>
        <w:br/>
        <w:t>Альсест&lt;br /&gt;</w:t>
        <w:br/>
        <w:t>Мій пане…</w:t>
      </w:r>
    </w:p>
    <w:p>
      <w:r>
        <w:br/>
        <w:t>Оронт&lt;br /&gt;</w:t>
        <w:br/>
        <w:t>Хай би хто всю Францію зійшов&lt;br /&gt;</w:t>
        <w:br/>
        <w:t>Вартнішої за вас людини б не найшов.</w:t>
      </w:r>
    </w:p>
    <w:p>
      <w:r>
        <w:br/>
        <w:t>Альсест&lt;br /&gt;</w:t>
        <w:br/>
        <w:t>Мій пане…</w:t>
      </w:r>
    </w:p>
    <w:p>
      <w:r>
        <w:br/>
        <w:t>Оронт&lt;br /&gt;</w:t>
        <w:br/>
        <w:t>Хай мене поб’є небесний грім,&lt;br /&gt;</w:t>
        <w:br/>
        <w:t>Коли злукавив я у слові хоч однім.&lt;br /&gt;</w:t>
        <w:br/>
        <w:t>Дозвольте ж вас обнять і приязнь освятити&lt;br /&gt;</w:t>
        <w:br/>
        <w:t>Щоб пишно розцвіли її незрадні квіти.&lt;br /&gt;</w:t>
        <w:br/>
        <w:t>От вам рука моя — міцний і певний знак&lt;br /&gt;</w:t>
        <w:br/>
        <w:t>Любові…</w:t>
      </w:r>
    </w:p>
    <w:p>
      <w:r>
        <w:br/>
        <w:t>Альсест&lt;br /&gt;</w:t>
        <w:br/>
        <w:t>Пане мій…</w:t>
      </w:r>
    </w:p>
    <w:p>
      <w:r>
        <w:br/>
        <w:t>Оронт&lt;br /&gt;</w:t>
        <w:br/>
        <w:t>Що ви сказали? Як?&lt;br /&gt;</w:t>
        <w:br/>
        <w:t>Зрікаєтеся ви?</w:t>
      </w:r>
    </w:p>
    <w:p>
      <w:r>
        <w:br/>
        <w:t>Альсест&lt;br /&gt;</w:t>
        <w:br/>
        <w:t>Та зважте — чи ж годиться&lt;br /&gt;</w:t>
        <w:br/>
        <w:t>Так оголошувать на людях таємниці,&lt;br /&gt;</w:t>
        <w:br/>
        <w:t>Словами гратися, на вітер кидать їх?&lt;br /&gt;</w:t>
        <w:br/>
        <w:t>Щоб до визнань дійти і до похвал таких,&lt;br /&gt;</w:t>
        <w:br/>
        <w:t>Раніш не вадило б спізнать один одного І тим для приязні уторувать дорогу.&lt;br /&gt;</w:t>
        <w:br/>
        <w:t>А так — не відавши, які ми удались, — Глядімо, щоб, бува, не каяться колись!</w:t>
      </w:r>
    </w:p>
    <w:p>
      <w:r>
        <w:br/>
        <w:t>Оронт&lt;br /&gt;</w:t>
        <w:br/>
        <w:t>До діла сказано. Та я за річ такую&lt;br /&gt;</w:t>
        <w:br/>
        <w:t>І за такі думки ще глибше вас шаную!&lt;br /&gt;</w:t>
        <w:br/>
        <w:t>А поки прийде той дружіння світлий час,&lt;br /&gt;</w:t>
        <w:br/>
        <w:t>Слуга й тепер уже найнижчий перед вас.&lt;br /&gt;</w:t>
        <w:br/>
        <w:t>Коли улаштувати щось треба при дворі вам,&lt;br /&gt;</w:t>
        <w:br/>
        <w:t>То я й порадою допоможу, і впливом:&lt;br /&gt;</w:t>
        <w:br/>
        <w:t>Чималу, далебі, відограю там роль,&lt;br /&gt;</w:t>
        <w:br/>
        <w:t>І над усіх мене шанує сам король.&lt;br /&gt;</w:t>
        <w:br/>
        <w:t>Я радий повсякчас вам стати у пригоді,&lt;br /&gt;</w:t>
        <w:br/>
        <w:t>А що цінителів таких шукати годі,&lt;br /&gt;</w:t>
        <w:br/>
        <w:t>Що всім відомий смак і розум ваш тонкий, —&lt;br /&gt;</w:t>
        <w:br/>
        <w:t>Насмілюся сонет вам прочитати свій&lt;br /&gt;</w:t>
        <w:br/>
        <w:t>І тим до приязні підвалини зміцнити.</w:t>
      </w:r>
    </w:p>
    <w:p>
      <w:r>
        <w:br/>
        <w:t>Альсест&lt;br /&gt;</w:t>
        <w:br/>
        <w:t>Мій пане, в тих речах не годен я судити,&lt;br /&gt;</w:t>
        <w:br/>
        <w:t>Даруйте…&lt;br /&gt;</w:t>
        <w:br/>
        <w:t>Філінт Та чому ж…</w:t>
      </w:r>
    </w:p>
    <w:p>
      <w:r>
        <w:br/>
        <w:t>Альсест&lt;br /&gt;</w:t>
        <w:br/>
        <w:t>Великий маю гріх:&lt;br /&gt;</w:t>
        <w:br/>
        <w:t>Занадто щирий я у присудах своїх.</w:t>
      </w:r>
    </w:p>
    <w:p>
      <w:r>
        <w:br/>
        <w:t>Оронт&lt;br /&gt;</w:t>
        <w:br/>
        <w:t>Я й прагну щирості. Мене б ви засмутили,&lt;br /&gt;</w:t>
        <w:br/>
        <w:t>Якби од мене щось лукаво потаїли.&lt;br /&gt;</w:t>
        <w:br/>
        <w:t>Лиш на одвертого я важу судію.</w:t>
      </w:r>
    </w:p>
    <w:p>
      <w:r>
        <w:br/>
        <w:t>Альсест&lt;br /&gt;</w:t>
        <w:br/>
        <w:t>Як так, добродію, то що ж — я пристаю.</w:t>
      </w:r>
    </w:p>
    <w:p>
      <w:r>
        <w:br/>
        <w:t>Оронт&lt;br /&gt;</w:t>
        <w:br/>
        <w:t>Сонет… Бо це сонет… Надія… Це до пані,&lt;br /&gt;</w:t>
        <w:br/>
        <w:t>Що в серці деякі збудила сподівання…&lt;br /&gt;</w:t>
        <w:br/>
        <w:t>Надія… — пишних слів, проречисто-гучних,&lt;br /&gt;</w:t>
        <w:br/>
        <w:t>Нема в цих віршиках і ніжних, і сумних…</w:t>
      </w:r>
    </w:p>
    <w:p>
      <w:r>
        <w:br/>
        <w:t>Альсест&lt;br /&gt;</w:t>
        <w:br/>
        <w:t>Ми те побачимо.</w:t>
      </w:r>
    </w:p>
    <w:p>
      <w:r>
        <w:br/>
        <w:t>Оронт&lt;br /&gt;</w:t>
        <w:br/>
        <w:t>Надія… Чи ж несмілим&lt;br /&gt;</w:t>
        <w:br/>
        <w:t>Потраплю слухачам я догодити стилем&lt;br /&gt;</w:t>
        <w:br/>
        <w:t>І чи вдалось мені належних слів добрать?..</w:t>
      </w:r>
    </w:p>
    <w:p>
      <w:r>
        <w:br/>
        <w:t>Альсест&lt;br /&gt;</w:t>
        <w:br/>
        <w:t>Побачимо.</w:t>
      </w:r>
    </w:p>
    <w:p>
      <w:r>
        <w:br/>
        <w:t>Оронт&lt;br /&gt;</w:t>
        <w:br/>
        <w:t>Іще насмілюся додать:&lt;br /&gt;</w:t>
        <w:br/>
        <w:t>За чверть години це я встиг скомпонувати.</w:t>
      </w:r>
    </w:p>
    <w:p>
      <w:r>
        <w:br/>
        <w:t>Альсест&lt;br /&gt;</w:t>
        <w:br/>
        <w:t>Не в часі сила там, де йде про результати.</w:t>
      </w:r>
    </w:p>
    <w:p>
      <w:r>
        <w:br/>
        <w:t>Оронт&lt;br /&gt;</w:t>
        <w:br/>
        <w:t>(читає)&lt;br /&gt;</w:t>
        <w:br/>
        <w:t>Надія серце людське веселить&lt;br /&gt;</w:t>
        <w:br/>
        <w:t>І душу розважає у печалі,&lt;br /&gt;</w:t>
        <w:br/>
        <w:t>Та сумно нам, Філідо, зрозуміть,&lt;br /&gt;</w:t>
        <w:br/>
        <w:t>Що не прийде по ній нічого далі.</w:t>
      </w:r>
    </w:p>
    <w:p>
      <w:r>
        <w:br/>
        <w:t>Філінт&lt;br /&gt;</w:t>
        <w:br/>
        <w:t>Я зачарований уже від перших слів!</w:t>
      </w:r>
    </w:p>
    <w:p>
      <w:r>
        <w:br/>
        <w:t>Альсест&lt;br /&gt;</w:t>
        <w:br/>
        <w:t>(тихо)&lt;br /&gt;</w:t>
        <w:br/>
        <w:t>Ви зачаровані! І грім вас не убив!</w:t>
      </w:r>
    </w:p>
    <w:p>
      <w:r>
        <w:br/>
        <w:t>Оронт&lt;br /&gt;</w:t>
        <w:br/>
        <w:t>Прихильність появили ви в речах,&lt;br /&gt;</w:t>
        <w:br/>
        <w:t>Та нині з того я вже не радію:&lt;br /&gt;</w:t>
        <w:br/>
        <w:t>Ах, краще б ви скупі були в дарах,&lt;br /&gt;</w:t>
        <w:br/>
        <w:t>Ніж мали тільки дарувать надію.</w:t>
      </w:r>
    </w:p>
    <w:p>
      <w:r>
        <w:br/>
        <w:t>Філінт&lt;br /&gt;</w:t>
        <w:br/>
        <w:t>В яку гармонію укладено рядки ці!</w:t>
      </w:r>
    </w:p>
    <w:p>
      <w:r>
        <w:br/>
        <w:t>Альсест&lt;br /&gt;</w:t>
        <w:br/>
        <w:t>(тихо)&lt;br /&gt;</w:t>
        <w:br/>
        <w:t>До лиха! Хвалите нечувані дурниці!</w:t>
      </w:r>
    </w:p>
    <w:p>
      <w:r>
        <w:br/>
        <w:t>Оронт&lt;br /&gt;</w:t>
        <w:br/>
        <w:t>Коли в чеканні невеселі дні&lt;br /&gt;</w:t>
        <w:br/>
        <w:t>Судила доля зводити мені,&lt;br /&gt;</w:t>
        <w:br/>
        <w:t>То краще з білим світом розлучитись.&lt;br /&gt;</w:t>
        <w:br/>
        <w:t>Дарма ласкаві тратите слова,&lt;br /&gt;</w:t>
        <w:br/>
        <w:t>Бо безнадія того повива,&lt;br /&gt;</w:t>
        <w:br/>
        <w:t>Хто мусить лиш надією живитись.</w:t>
      </w:r>
    </w:p>
    <w:p>
      <w:r>
        <w:br/>
        <w:t>Філінт&lt;br /&gt;</w:t>
        <w:br/>
        <w:t>Яке закінчення виборне!&lt;br /&gt;</w:t>
        <w:br/>
        <w:t>Знаменито!</w:t>
      </w:r>
    </w:p>
    <w:p>
      <w:r>
        <w:br/>
        <w:t>Альсест&lt;br /&gt;</w:t>
        <w:br/>
        <w:t>(тихо)&lt;br /&gt;</w:t>
        <w:br/>
        <w:t>А, враг би взяв тебе! Найкраще б закінчити,&lt;br /&gt;</w:t>
        <w:br/>
        <w:t>Зламавши дурневі його виборний ніс!</w:t>
      </w:r>
    </w:p>
    <w:p>
      <w:r>
        <w:br/>
        <w:t>Філінт&lt;br /&gt;</w:t>
        <w:br/>
        <w:t>А скільки грації!</w:t>
      </w:r>
    </w:p>
    <w:p>
      <w:r>
        <w:br/>
        <w:t>Альсест&lt;br /&gt;</w:t>
        <w:br/>
        <w:t>(тихо)&lt;br /&gt;</w:t>
        <w:br/>
        <w:t>Бодай на неї біс!</w:t>
      </w:r>
    </w:p>
    <w:p>
      <w:r>
        <w:br/>
        <w:t>Оронт&lt;br /&gt;</w:t>
        <w:br/>
        <w:t>(до Філінта)&lt;br /&gt;</w:t>
        <w:br/>
        <w:t>Поблажливості ви явили забагато.</w:t>
      </w:r>
    </w:p>
    <w:p>
      <w:r>
        <w:br/>
        <w:t>Філінт&lt;br /&gt;</w:t>
        <w:br/>
        <w:t>Ні, щиро я казав.</w:t>
      </w:r>
    </w:p>
    <w:p>
      <w:r>
        <w:br/>
        <w:t>Альсест&lt;br /&gt;</w:t>
        <w:br/>
        <w:t>(тихо)&lt;br /&gt;</w:t>
        <w:br/>
        <w:t>Зарізав без ножа ти!</w:t>
      </w:r>
    </w:p>
    <w:p>
      <w:r>
        <w:br/>
        <w:t>Оронт&lt;br /&gt;</w:t>
        <w:br/>
        <w:t>(до Альсеста)&lt;br /&gt;</w:t>
        <w:br/>
        <w:t>А з вами, пане мій, умова в нас була:&lt;br /&gt;</w:t>
        <w:br/>
        <w:t>Одверта, сказано, огуда чи хвала.</w:t>
      </w:r>
    </w:p>
    <w:p>
      <w:r>
        <w:br/>
        <w:t>Альсест&lt;br /&gt;</w:t>
        <w:br/>
        <w:t>Тут справа нелегка і делікатна, пане.&lt;br /&gt;</w:t>
        <w:br/>
        <w:t>Поетам раз у раз поблажливість бажана,&lt;br /&gt;</w:t>
        <w:br/>
        <w:t>А правда інколи не до вподоби їм.&lt;br /&gt;</w:t>
        <w:br/>
        <w:t>Розмову мав колись я з віршником одним&lt;br /&gt;</w:t>
        <w:br/>
        <w:t>(Не назову його). Сказав я без вагання,&lt;br /&gt;</w:t>
        <w:br/>
        <w:t>Що треба гамувать охоту до писання,&lt;br /&gt;</w:t>
        <w:br/>
        <w:t>Що рими, зліплені при нагоді дрібній,&lt;br /&gt;</w:t>
        <w:br/>
        <w:t>Не слід поквапливо нести на суд людський,&lt;br /&gt;</w:t>
        <w:br/>
        <w:t>Що той, хто вірші всім і кожному читає,&lt;br /&gt;</w:t>
        <w:br/>
        <w:t>В смішне становище частенько потрапляє.</w:t>
      </w:r>
    </w:p>
    <w:p>
      <w:r>
        <w:br/>
        <w:t>Оронт&lt;br /&gt;</w:t>
        <w:br/>
        <w:t>Мій пане, хочете сказати ви мені,&lt;br /&gt;</w:t>
        <w:br/>
        <w:t>Що помилився я, коли почав…</w:t>
      </w:r>
    </w:p>
    <w:p>
      <w:r>
        <w:br/>
        <w:t>Альсест&lt;br /&gt;</w:t>
        <w:br/>
        <w:t>Ні, ні!&lt;br /&gt;</w:t>
        <w:br/>
        <w:t>Йому доводив я, що творами пустими&lt;br /&gt;</w:t>
        <w:br/>
        <w:t>Лиш репутацію калічимо собі ми,&lt;br /&gt;</w:t>
        <w:br/>
        <w:t>Бо люди, як на суд беруть вони кого,&lt;br /&gt;</w:t>
        <w:br/>
        <w:t>Найперше огріхи підхоплюють його.</w:t>
      </w:r>
    </w:p>
    <w:p>
      <w:r>
        <w:br/>
        <w:t>Оронт&lt;br /&gt;</w:t>
        <w:br/>
        <w:t>Виходить, — вартий я за мій сонет догани?</w:t>
      </w:r>
    </w:p>
    <w:p>
      <w:r>
        <w:br/>
        <w:t>Альсест&lt;br /&gt;</w:t>
        <w:br/>
        <w:t>Я цього не кажу. Йому навів я, пане,&lt;br /&gt;</w:t>
        <w:br/>
        <w:t>Багато прикладів, як хіть ота до рим&lt;br /&gt;</w:t>
        <w:br/>
        <w:t>Людей знеславлює…</w:t>
      </w:r>
    </w:p>
    <w:p>
      <w:r>
        <w:br/>
        <w:t>Оронт&lt;br /&gt;</w:t>
        <w:br/>
        <w:t>Ви натякнули цим,&lt;br /&gt;</w:t>
        <w:br/>
        <w:t>Що недоладного я написав сонета?</w:t>
      </w:r>
    </w:p>
    <w:p>
      <w:r>
        <w:br/>
        <w:t>Альсест&lt;br /&gt;</w:t>
        <w:br/>
        <w:t>Я цього не кажу… "На біса ви в поети,&lt;br /&gt;</w:t>
        <w:br/>
        <w:t>Панове, пнетеся? — так я йому сказав. —&lt;br /&gt;</w:t>
        <w:br/>
        <w:t>Навіщо пхати в друк усе, що написав?&lt;br /&gt;</w:t>
        <w:br/>
        <w:t>Лиш тим прощаємо ми віршики без змісту,&lt;br /&gt;</w:t>
        <w:br/>
        <w:t>Сяк-так ізліплені, хто з того має їсти.&lt;br /&gt;</w:t>
        <w:br/>
        <w:t>Сверблячку марну ви в собі переборіть&lt;br /&gt;</w:t>
        <w:br/>
        <w:t>І з мазаниною на люди не спішіть.&lt;br /&gt;</w:t>
        <w:br/>
        <w:t>Задовольняйтеся, як при дворі ви в шані,&lt;br /&gt;</w:t>
        <w:br/>
        <w:t>В повазі… Справді-бо, чудне ото бажання —&lt;br /&gt;</w:t>
        <w:br/>
        <w:t>Доконче з книгами виходить на базар,&lt;br /&gt;</w:t>
        <w:br/>
        <w:t>Письменних там юрбу збільшаючи нездар", —&lt;br /&gt;</w:t>
        <w:br/>
        <w:t>Так того віршника я умовляв, мосьпане.</w:t>
      </w:r>
    </w:p>
    <w:p>
      <w:r>
        <w:br/>
        <w:t>Оронт&lt;br /&gt;</w:t>
        <w:br/>
        <w:t>Хто ж на такі думки розумний не пристане?&lt;br /&gt;</w:t>
        <w:br/>
        <w:t>Та я про свій сонет хотів би гадку знать.</w:t>
      </w:r>
    </w:p>
    <w:p>
      <w:r>
        <w:br/>
        <w:t>Альсест&lt;br /&gt;</w:t>
        <w:br/>
        <w:t>Найкраще б вам його з шухляди не виймать!&lt;br /&gt;</w:t>
        <w:br/>
        <w:t>Признаюся — взірці ви мали щонайгірші,&lt;br /&gt;</w:t>
        <w:br/>
        <w:t>І неприродністю одгонять ваші вірші.&lt;br /&gt;</w:t>
        <w:br/>
        <w:t>Що має значити: прихильність у речах?&lt;br /&gt;</w:t>
        <w:br/>
        <w:t>Як штучно сказане оте: скупі в дарах!&lt;br /&gt;</w:t>
        <w:br/>
        <w:t>ІЦо за фальшива гра: надія й безнадія!&lt;br /&gt;</w:t>
        <w:br/>
        <w:t>Коли хто простоту цінує й розуміє,&lt;br /&gt;</w:t>
        <w:br/>
        <w:t>То мусить визнати, що тут її нема&lt;br /&gt;</w:t>
        <w:br/>
        <w:t>І що виразності шукати теж дарма.&lt;br /&gt;</w:t>
        <w:br/>
        <w:t>Аж страшно здумати, як зіпсувався нині&lt;br /&gt;</w:t>
        <w:br/>
        <w:t>Смак у письменників. Давніші покоління,&lt;br /&gt;</w:t>
        <w:br/>
        <w:t>Хоч різних тонкощів у віршах не плели,&lt;br /&gt;</w:t>
        <w:br/>
        <w:t>А серце зрушити і схвилювать могли,&lt;br /&gt;</w:t>
        <w:br/>
        <w:t>Таку от пісеньку хоч би скомпонувавши,&lt;br /&gt;</w:t>
        <w:br/>
        <w:t>Як ця, що я собі її курничу завше:&lt;br /&gt;</w:t>
        <w:br/>
        <w:t>Коли б король мені давав&lt;br /&gt;</w:t>
        <w:br/>
        <w:t>Париж, свою столицю,&lt;br /&gt;</w:t>
        <w:br/>
        <w:t>Але з коханою за те&lt;br /&gt;</w:t>
        <w:br/>
        <w:t>Я мусив розлучиться, —&lt;br /&gt;</w:t>
        <w:br/>
        <w:t>Сказав би так я королю:&lt;br /&gt;</w:t>
        <w:br/>
        <w:t>"Спасибі вам велике,&lt;br /&gt;</w:t>
        <w:br/>
        <w:t>Та, гей! Тієї, що люблю,&lt;br /&gt;</w:t>
        <w:br/>
        <w:t>Не кину я довіку".&lt;br /&gt;</w:t>
        <w:br/>
        <w:t>Хай рима бідна тут, хай красних мало слів, —&lt;br /&gt;</w:t>
        <w:br/>
        <w:t>Я цеї співанки оддати б не хотів&lt;br /&gt;</w:t>
        <w:br/>
        <w:t>За все, що публіка сучасна вихваляє:&lt;br /&gt;</w:t>
        <w:br/>
        <w:t>Сама-бо тут любов до серця промовляє.&lt;br /&gt;</w:t>
        <w:br/>
        <w:t>Коли б король мені давав Париж, свою столицю,&lt;br /&gt;</w:t>
        <w:br/>
        <w:t>Але з коханою за те&lt;br /&gt;</w:t>
        <w:br/>
        <w:t>Я мусив розлучиться, —&lt;br /&gt;</w:t>
        <w:br/>
        <w:t>Сказав би так я королю:&lt;br /&gt;</w:t>
        <w:br/>
        <w:t>"Спасибі вам велике,&lt;br /&gt;</w:t>
        <w:br/>
        <w:t>Та, гей! Тієї, що люблю,&lt;br /&gt;</w:t>
        <w:br/>
        <w:t>Не кину я довіку".&lt;br /&gt;</w:t>
        <w:br/>
        <w:t>От де поезія і щирість почувань!&lt;br /&gt;</w:t>
        <w:br/>
        <w:t>(До Філінта).&lt;br /&gt;</w:t>
        <w:br/>
        <w:t>Так, пане, смійтеся! Я можу без вагань&lt;br /&gt;</w:t>
        <w:br/>
        <w:t>Для цього віршика забути пишні фрази,&lt;br /&gt;</w:t>
        <w:br/>
        <w:t>Манірних витівок підроблені алмази.</w:t>
      </w:r>
    </w:p>
    <w:p>
      <w:r>
        <w:br/>
        <w:t>Оронт&lt;br /&gt;</w:t>
        <w:br/>
        <w:t>А я скажу проте: сонет мій хоч куди.</w:t>
      </w:r>
    </w:p>
    <w:p>
      <w:r>
        <w:br/>
        <w:t>Альсест&lt;br /&gt;</w:t>
        <w:br/>
        <w:t>Вам до вподоби він, і тут нема біди:&lt;br /&gt;</w:t>
        <w:br/>
        <w:t>Свої пишатися ви маєте підстави,&lt;br /&gt;</w:t>
        <w:br/>
        <w:t>А я по-своєму гадати маю право.</w:t>
      </w:r>
    </w:p>
    <w:p>
      <w:r>
        <w:br/>
        <w:t>Оронт&lt;br /&gt;</w:t>
        <w:br/>
        <w:t>Чувати й похвали доводилось мені.</w:t>
      </w:r>
    </w:p>
    <w:p>
      <w:r>
        <w:br/>
        <w:t>Альсест&lt;br /&gt;</w:t>
        <w:br/>
        <w:t>Так, від облесників — чому ж би пак і ні!</w:t>
      </w:r>
    </w:p>
    <w:p>
      <w:r>
        <w:br/>
        <w:t>Оронт&lt;br /&gt;</w:t>
        <w:br/>
        <w:t>Ви певні, що умом усіх перевершили!</w:t>
      </w:r>
    </w:p>
    <w:p>
      <w:r>
        <w:br/>
        <w:t>Альсест&lt;br /&gt;</w:t>
        <w:br/>
        <w:t>Коли б хвалив я вас, то й ви б мене хвалили.</w:t>
      </w:r>
    </w:p>
    <w:p>
      <w:r>
        <w:br/>
        <w:t>Оронт&lt;br /&gt;</w:t>
        <w:br/>
        <w:t>Ат, обійдуся я без вашої хвали!</w:t>
      </w:r>
    </w:p>
    <w:p>
      <w:r>
        <w:br/>
        <w:t>Альсест&lt;br /&gt;</w:t>
        <w:br/>
        <w:t>І зовсім слушного ви висновку дійшли.</w:t>
      </w:r>
    </w:p>
    <w:p>
      <w:r>
        <w:br/>
        <w:t>Оронт&lt;br /&gt;</w:t>
        <w:br/>
        <w:t>Цікаво бачити, в який то лад і спосіб&lt;br /&gt;</w:t>
        <w:br/>
        <w:t>У віршуванні вам, мій пане, повелося б!</w:t>
      </w:r>
    </w:p>
    <w:p>
      <w:r>
        <w:br/>
        <w:t>Альсест&lt;br /&gt;</w:t>
        <w:br/>
        <w:t>Що ж, віршики лихі я б, може, написав,&lt;br /&gt;</w:t>
        <w:br/>
        <w:t>Але нікому б їх, напевне, не читав.</w:t>
      </w:r>
    </w:p>
    <w:p>
      <w:r>
        <w:br/>
        <w:t>Оронт&lt;br /&gt;</w:t>
        <w:br/>
        <w:t>Не таїтеся ж ви, добродію, з дудаками!</w:t>
      </w:r>
    </w:p>
    <w:p>
      <w:r>
        <w:br/>
        <w:t>Альсест&lt;br /&gt;</w:t>
        <w:br/>
        <w:t>У кого іншого шукайте фіміаму.</w:t>
      </w:r>
    </w:p>
    <w:p>
      <w:r>
        <w:br/>
        <w:t>Оронт&lt;br /&gt;</w:t>
        <w:br/>
        <w:t>Чи тону іншого ви б часом не взяли?</w:t>
      </w:r>
    </w:p>
    <w:p>
      <w:r>
        <w:br/>
        <w:t>Альсест&lt;br /&gt;</w:t>
        <w:br/>
        <w:t>Мій тон теперішній не маю я за злий.</w:t>
      </w:r>
    </w:p>
    <w:p>
      <w:r>
        <w:br/>
        <w:t>Філінт&lt;br /&gt;</w:t>
        <w:br/>
        <w:t>(стає між ними)&lt;br /&gt;</w:t>
        <w:br/>
        <w:t>Еге, панове, ні! Облиште ці змагання!</w:t>
      </w:r>
    </w:p>
    <w:p>
      <w:r>
        <w:br/>
        <w:t>Оронт&lt;br /&gt;</w:t>
        <w:br/>
        <w:t>Погарячився я… Даруйте… На прощання&lt;br /&gt;</w:t>
        <w:br/>
        <w:t>Скажу, що радий вам у всьому я служить.</w:t>
      </w:r>
    </w:p>
    <w:p>
      <w:r>
        <w:br/>
        <w:t>Альсест&lt;br /&gt;</w:t>
        <w:br/>
        <w:t>Від мене, пане мій, шанобу теж прийміть.</w:t>
      </w:r>
    </w:p>
    <w:p>
      <w:r>
        <w:br/>
        <w:t>ЯВА 3</w:t>
      </w:r>
    </w:p>
    <w:p>
      <w:r>
        <w:br/>
        <w:t>Альсест, Філінт.</w:t>
      </w:r>
    </w:p>
    <w:p>
      <w:r>
        <w:br/>
        <w:t>Філінт&lt;br /&gt;</w:t>
        <w:br/>
        <w:t>Ну, бачили, куди одвертість нас доводить?&lt;br /&gt;</w:t>
        <w:br/>
        <w:t>Він буде вам тепер, де тільки зможе, шкодить.&lt;br /&gt;</w:t>
        <w:br/>
        <w:t>А що було його хоч трошки похвалить?</w:t>
      </w:r>
    </w:p>
    <w:p>
      <w:r>
        <w:br/>
        <w:t>Альсест&lt;br /&gt;</w:t>
        <w:br/>
        <w:t>Не хочу й слухати.&lt;br /&gt;</w:t>
        <w:br/>
        <w:t>Філінт Але ж…</w:t>
      </w:r>
    </w:p>
    <w:p>
      <w:r>
        <w:br/>
        <w:t>Альсест&lt;br /&gt;</w:t>
        <w:br/>
        <w:t>Не варто й жить.</w:t>
      </w:r>
    </w:p>
    <w:p>
      <w:r>
        <w:br/>
        <w:t>Філінт&lt;br /&gt;</w:t>
        <w:br/>
        <w:t>Проте…</w:t>
      </w:r>
    </w:p>
    <w:p>
      <w:r>
        <w:br/>
        <w:t>Альсест&lt;br /&gt;</w:t>
        <w:br/>
        <w:t>Лишіть мене, на бога!</w:t>
      </w:r>
    </w:p>
    <w:p>
      <w:r>
        <w:br/>
        <w:t>Філінт&lt;br /&gt;</w:t>
        <w:br/>
        <w:t>Я не покину вас ніколи й ні для кого.</w:t>
      </w:r>
    </w:p>
    <w:p>
      <w:r>
        <w:br/>
        <w:t>ДІЯ ДРУГА</w:t>
      </w:r>
    </w:p>
    <w:p>
      <w:r>
        <w:br/>
        <w:t>ЯВА 1</w:t>
      </w:r>
    </w:p>
    <w:p>
      <w:r>
        <w:br/>
        <w:t>Альсест, Селімена.</w:t>
      </w:r>
    </w:p>
    <w:p>
      <w:r>
        <w:br/>
        <w:t>Альсест&lt;br /&gt;</w:t>
        <w:br/>
        <w:t>Ви правди щирої бажаєте? Скажу,&lt;br /&gt;</w:t>
        <w:br/>
        <w:t>Що ваші звичаї ту перейшли межу,&lt;br /&gt;</w:t>
        <w:br/>
        <w:t>Коли я міг терпіть, не захлинувшись жовчю.&lt;br /&gt;</w:t>
        <w:br/>
        <w:t>Нечесний буду я, коли ганебно змовчу,&lt;br /&gt;</w:t>
        <w:br/>
        <w:t>Що не верстати нам укупі дружній шлях,&lt;br /&gt;</w:t>
        <w:br/>
        <w:t>Як ви не змінитесь в манірах і в словах.&lt;br /&gt;</w:t>
        <w:br/>
        <w:t>Хотів би в іншому я присягтися, пані,&lt;br /&gt;</w:t>
        <w:br/>
        <w:t>Та марне б то було, фальшиве присягання!</w:t>
      </w:r>
    </w:p>
    <w:p>
      <w:r>
        <w:br/>
        <w:t>Селімена&lt;br /&gt;</w:t>
        <w:br/>
        <w:t>Альсесте! Згодились мене ви провести,&lt;br /&gt;</w:t>
        <w:br/>
        <w:t>Щоб тільки сваркою невпинною пекти?</w:t>
      </w:r>
    </w:p>
    <w:p>
      <w:r>
        <w:br/>
        <w:t>Альсест&lt;br /&gt;</w:t>
        <w:br/>
        <w:t>О, не сварюся я! Я тільки вболіваю,&lt;br /&gt;</w:t>
        <w:br/>
        <w:t>Що ви зальотників принаджуєте зграї,&lt;br /&gt;</w:t>
        <w:br/>
        <w:t>Надії даючи широкі їм усім..&lt;br /&gt;</w:t>
        <w:br/>
        <w:t>Ось що гнітить мене, ось мучуся я чим!</w:t>
      </w:r>
    </w:p>
    <w:p>
      <w:r>
        <w:br/>
        <w:t>Селімена&lt;br /&gt;</w:t>
        <w:br/>
        <w:t>Та чим же я сама у цьому завинила?&lt;br /&gt;</w:t>
        <w:br/>
        <w:t>Чи то ж, Альсесте, гріх, коли я людям мила?&lt;br /&gt;</w:t>
        <w:br/>
        <w:t>Аби залюблені до мене на поріг —&lt;br /&gt;</w:t>
        <w:br/>
        <w:t>Я києм відсіля повинна гнати їх?</w:t>
      </w:r>
    </w:p>
    <w:p>
      <w:r>
        <w:br/>
        <w:t>Альсест&lt;br /&gt;</w:t>
        <w:br/>
        <w:t>Ні, пані! Треба вам озброїтись не києм,&lt;br /&gt;</w:t>
        <w:br/>
        <w:t>А серцем, що дає належну одсіч мріям.&lt;br /&gt;</w:t>
        <w:br/>
        <w:t>Подобаєтесь ви — в цьому гріха нема,&lt;br /&gt;</w:t>
        <w:br/>
        <w:t>Та ви ласкавістю своєю з усіма,&lt;br /&gt;</w:t>
        <w:br/>
        <w:t>Отою ніжністю у речах і звичаях їм збільшуєте пал і надите серця їх.&lt;br /&gt;</w:t>
        <w:br/>
        <w:t>З них кожен смілості тим більшої набрав,&lt;br /&gt;</w:t>
        <w:br/>
        <w:t>Чим більш ви даєте до смілості підстав, —&lt;br /&gt;</w:t>
        <w:br/>
        <w:t>Коли б же зимно ви чуття стрівали ревне,&lt;br /&gt;</w:t>
        <w:br/>
        <w:t>Тоді й поклонників би зменшилось напевне.&lt;br /&gt;</w:t>
        <w:br/>
        <w:t>Одно лиш, пані, я насмію запитать:&lt;br /&gt;</w:t>
        <w:br/>
        <w:t>Чим саме вас Клітандр зумів причарувать?&lt;br /&gt;</w:t>
        <w:br/>
        <w:t>Якими міг би він чеснотами довести,&lt;br /&gt;</w:t>
        <w:br/>
        <w:t>Що цього щастя варт і годен цеї честі?&lt;br /&gt;</w:t>
        <w:br/>
        <w:t>Чи, може, нігтем він вас довгим полонив,&lt;br /&gt;</w:t>
        <w:br/>
        <w:t>Що на мізинцеві своєму запустив?&lt;br /&gt;</w:t>
        <w:br/>
        <w:t>Чи вас принадили, як мудрий витвір штуки,&lt;br /&gt;</w:t>
        <w:br/>
        <w:t>Химерні кучері русявої перуки?&lt;br /&gt;</w:t>
        <w:br/>
        <w:t>Чи він мереживом любові в вас досяг?&lt;br /&gt;</w:t>
        <w:br/>
        <w:t>Чи тими стьожками, що кожному в очах&lt;br /&gt;</w:t>
        <w:br/>
        <w:t>Рябіють несмаком буйним і кольористим,&lt;br /&gt;</w:t>
        <w:br/>
        <w:t>Чи до облесності, до лицемір’я хистом?&lt;br /&gt;</w:t>
        <w:br/>
        <w:t>А чи деручий сміх, пронизливий фальцет, —&lt;br /&gt;</w:t>
        <w:br/>
        <w:t>От успіху його причина і секрет?</w:t>
      </w:r>
    </w:p>
    <w:p>
      <w:r>
        <w:br/>
        <w:t>Селімена&lt;br /&gt;</w:t>
        <w:br/>
        <w:t>Яку підозру ви взяли несправедливу!&lt;br /&gt;</w:t>
        <w:br/>
        <w:t>Згадайте, марному не даючися гніву,&lt;br /&gt;</w:t>
        <w:br/>
        <w:t>Що процесуюсь я, а в справах судових&lt;br /&gt;</w:t>
        <w:br/>
        <w:t>В пригоді б він мені великій стати міг.</w:t>
      </w:r>
    </w:p>
    <w:p>
      <w:r>
        <w:br/>
        <w:t>Альсест&lt;br /&gt;</w:t>
        <w:br/>
        <w:t>А! Краще б ви в суді програли справу,&lt;br /&gt;</w:t>
        <w:br/>
        <w:t>Ніж тішить ласкою мерзенну ту прояву!</w:t>
      </w:r>
    </w:p>
    <w:p>
      <w:r>
        <w:br/>
        <w:t>Селімена&lt;br /&gt;</w:t>
        <w:br/>
        <w:t>До світу цілого ви ревнувать ладні!</w:t>
      </w:r>
    </w:p>
    <w:p>
      <w:r>
        <w:br/>
        <w:t>Альсест&lt;br /&gt;</w:t>
        <w:br/>
        <w:t>Бо цілий світ, на жаль, загрожує мені!</w:t>
      </w:r>
    </w:p>
    <w:p>
      <w:r>
        <w:br/>
        <w:t>Селімена&lt;br /&gt;</w:t>
        <w:br/>
        <w:t>Отож нема й причин мене картати гнівно:&lt;br /&gt;</w:t>
        <w:br/>
        <w:t>Я чемна з усіма однаково і рівно.&lt;br /&gt;</w:t>
        <w:br/>
        <w:t>Далеко більш було б до злості вам причин,&lt;br /&gt;</w:t>
        <w:br/>
        <w:t>Коли б мені підпав під ласку хтось один!</w:t>
      </w:r>
    </w:p>
    <w:p>
      <w:r>
        <w:br/>
        <w:t>Альсест&lt;br /&gt;</w:t>
        <w:br/>
        <w:t>Нехай у ревнощах я сліпо помиляюсь, —&lt;br /&gt;</w:t>
        <w:br/>
        <w:t>Та чим від інших я в тій ласці одзначаюсь?</w:t>
      </w:r>
    </w:p>
    <w:p>
      <w:r>
        <w:br/>
        <w:t>Селімена&lt;br /&gt;</w:t>
        <w:br/>
        <w:t>Тим, що ви знаєте: люблю я тільки вас.</w:t>
      </w:r>
    </w:p>
    <w:p>
      <w:r>
        <w:br/>
        <w:t>Альсест&lt;br /&gt;</w:t>
        <w:br/>
        <w:t>Як цьому вірити у муки лютий час?</w:t>
      </w:r>
    </w:p>
    <w:p>
      <w:r>
        <w:br/>
        <w:t>Селімена&lt;br /&gt;</w:t>
        <w:br/>
        <w:t>Здавалось би мені, що про моє кохання&lt;br /&gt;</w:t>
        <w:br/>
        <w:t>Вам досить чесного із уст моїх визнання.</w:t>
      </w:r>
    </w:p>
    <w:p>
      <w:r>
        <w:br/>
        <w:t>Альсест&lt;br /&gt;</w:t>
        <w:br/>
        <w:t>Хто впевнив би мене і хто б мені довів,&lt;br /&gt;</w:t>
        <w:br/>
        <w:t>Що й іншим ви таких не кидаєте слів?</w:t>
      </w:r>
    </w:p>
    <w:p>
      <w:r>
        <w:br/>
        <w:t>Селімена&lt;br /&gt;</w:t>
        <w:br/>
        <w:t>Чудесно сказано! Ви дуже милі, пане,&lt;br /&gt;</w:t>
        <w:br/>
        <w:t>І я великої в вас зажила пошани!&lt;br /&gt;</w:t>
        <w:br/>
        <w:t>Гаразд! Позбавлю вас од мук таких тяжких:&lt;br /&gt;</w:t>
        <w:br/>
        <w:t>Забудьте ті слова — я не казала їх.&lt;br /&gt;</w:t>
        <w:br/>
        <w:t>Самі себе тепер обманюйте думками,&lt;br /&gt;</w:t>
        <w:br/>
        <w:t>Якими хочете.</w:t>
      </w:r>
    </w:p>
    <w:p>
      <w:r>
        <w:br/>
        <w:t>Альсест&lt;br /&gt;</w:t>
        <w:br/>
        <w:t>А! Розлучиться з вами!&lt;br /&gt;</w:t>
        <w:br/>
        <w:t>Чого б за щастя це велике я не дав,&lt;br /&gt;</w:t>
        <w:br/>
        <w:t>Коли б шалено так, на жаль, вас не кохав!&lt;br /&gt;</w:t>
        <w:br/>
        <w:t>Я цього не таю. Роблю я все, що можу,&lt;br /&gt;</w:t>
        <w:br/>
        <w:t>Щоб з серця вирвати любов цю зловорожу, —&lt;br /&gt;</w:t>
        <w:br/>
        <w:t>Шкода! Не поборю нестримних почуттів!&lt;br /&gt;</w:t>
        <w:br/>
        <w:t>Я за гріхи свої вас палко полюбив!</w:t>
      </w:r>
    </w:p>
    <w:p>
      <w:r>
        <w:br/>
        <w:t>Селімена&lt;br /&gt;</w:t>
        <w:br/>
        <w:t>І справді, у чудне вдалися ви кохання.</w:t>
      </w:r>
    </w:p>
    <w:p>
      <w:r>
        <w:br/>
        <w:t>Альсест&lt;br /&gt;</w:t>
        <w:br/>
        <w:t>Так. Я ладен весь світ покликать на змагання!&lt;br /&gt;</w:t>
        <w:br/>
        <w:t>В огні безумному горить душа моя,&lt;br /&gt;</w:t>
        <w:br/>
        <w:t>І так іще ніхто вас не кохав, як я.</w:t>
      </w:r>
    </w:p>
    <w:p>
      <w:r>
        <w:br/>
        <w:t>Селімена&lt;br /&gt;</w:t>
        <w:br/>
        <w:t>Це правда: ви новий собі обрали спосіб.&lt;br /&gt;</w:t>
        <w:br/>
        <w:t>І на землі, мабуть, нікого не найшлося б,&lt;br /&gt;</w:t>
        <w:br/>
        <w:t>Хто б свій доводив пал у сварках та в гризні:&lt;br /&gt;</w:t>
        <w:br/>
        <w:t>Це вперше бачити доводиться мені.</w:t>
      </w:r>
    </w:p>
    <w:p>
      <w:r>
        <w:br/>
        <w:t>Альсест&lt;br /&gt;</w:t>
        <w:br/>
        <w:t>До згоди е у нас можливість і дорога.&lt;br /&gt;</w:t>
        <w:br/>
        <w:t>Доволі цих змагань! Поговорім, на бога,&lt;br /&gt;</w:t>
        <w:br/>
        <w:t>Як друзі, спільної жадаючи мети…</w:t>
      </w:r>
    </w:p>
    <w:p>
      <w:r>
        <w:br/>
        <w:t>ЯВА 2</w:t>
      </w:r>
    </w:p>
    <w:p>
      <w:r>
        <w:br/>
        <w:t>Селімена, Альсест, Баск.</w:t>
      </w:r>
    </w:p>
    <w:p>
      <w:r>
        <w:br/>
        <w:t>Селімена&lt;br /&gt;</w:t>
        <w:br/>
        <w:t>Ну, що там?</w:t>
      </w:r>
    </w:p>
    <w:p>
      <w:r>
        <w:br/>
        <w:t>Баск&lt;br /&gt;</w:t>
        <w:br/>
        <w:t>Пан Акаст.</w:t>
      </w:r>
    </w:p>
    <w:p>
      <w:r>
        <w:br/>
        <w:t>Селімена&lt;br /&gt;</w:t>
        <w:br/>
        <w:t>Проси його зайти.</w:t>
      </w:r>
    </w:p>
    <w:p>
      <w:r>
        <w:br/>
        <w:t>ЯВА 3</w:t>
      </w:r>
    </w:p>
    <w:p>
      <w:r>
        <w:br/>
        <w:t>Селімена, Альсест.</w:t>
      </w:r>
    </w:p>
    <w:p>
      <w:r>
        <w:br/>
        <w:t>Альсест&lt;br /&gt;</w:t>
        <w:br/>
        <w:t>Не можна нам удвох промовити й дві слові!&lt;br /&gt;</w:t>
        <w:br/>
        <w:t>Прийняти будь-кого ви щоразу готові&lt;br /&gt;</w:t>
        <w:br/>
        <w:t>І не наважитесь сказати в жоден час,&lt;br /&gt;</w:t>
        <w:br/>
        <w:t>Що під хвилину що немає дома вас!</w:t>
      </w:r>
    </w:p>
    <w:p>
      <w:r>
        <w:br/>
        <w:t>Селімена&lt;br /&gt;</w:t>
        <w:br/>
        <w:t>Що? Клопоту собі повинна я нажити?</w:t>
      </w:r>
    </w:p>
    <w:p>
      <w:r>
        <w:br/>
        <w:t>Альсест&lt;br /&gt;</w:t>
        <w:br/>
        <w:t>Таких я звичаїв не можу похвалити.</w:t>
      </w:r>
    </w:p>
    <w:p>
      <w:r>
        <w:br/>
        <w:t>Селімена&lt;br /&gt;</w:t>
        <w:br/>
        <w:t>Він став би ворогом, злобителем моїм,&lt;br /&gt;</w:t>
        <w:br/>
        <w:t>Дізнавшіїся, що я не хтіла стріться з ним.</w:t>
      </w:r>
    </w:p>
    <w:p>
      <w:r>
        <w:br/>
        <w:t>Альсест&lt;br /&gt;</w:t>
        <w:br/>
        <w:t>І звідси — зустрічі потреба доконечна…</w:t>
      </w:r>
    </w:p>
    <w:p>
      <w:r>
        <w:br/>
        <w:t>Селімена&lt;br /&gt;</w:t>
        <w:br/>
        <w:t>Ах, боже! Він із тих, з ким сварка небезпечна,&lt;br /&gt;</w:t>
        <w:br/>
        <w:t>Хто в хитрощах меткий та у лукавій грі&lt;br /&gt;</w:t>
        <w:br/>
        <w:t>Знаходить слухачів і в місті, й при дворі,&lt;br /&gt;</w:t>
        <w:br/>
        <w:t>І скрізь, де тільки глянь, у річ уміє впасти.&lt;br /&gt;</w:t>
        <w:br/>
        <w:t>Тож хай у приязні малого варт Акасти,&lt;br /&gt;</w:t>
        <w:br/>
        <w:t>А вороги із них такі, що хоч куди.&lt;br /&gt;</w:t>
        <w:br/>
        <w:t>Не треба ж нам самим шукать собі біди!</w:t>
      </w:r>
    </w:p>
    <w:p>
      <w:r>
        <w:br/>
        <w:t>Альсест&lt;br /&gt;</w:t>
        <w:br/>
        <w:t>О, завжди доказів ви маєте багато,&lt;br /&gt;</w:t>
        <w:br/>
        <w:t>Що треба вам того чи знов того прийняти&lt;br /&gt;</w:t>
        <w:br/>
        <w:t>І передбачливо всміхатися юрбі…</w:t>
      </w:r>
    </w:p>
    <w:p>
      <w:r>
        <w:br/>
        <w:t>ЯВА 4</w:t>
      </w:r>
    </w:p>
    <w:p>
      <w:r>
        <w:br/>
        <w:t>Альсест, Селімена, Баск.</w:t>
      </w:r>
    </w:p>
    <w:p>
      <w:r>
        <w:br/>
        <w:t>Баск&lt;br /&gt;</w:t>
        <w:br/>
        <w:t>Там, пані, ще й Клітандр.</w:t>
      </w:r>
    </w:p>
    <w:p>
      <w:r>
        <w:br/>
        <w:t>Альсест&lt;br /&gt;</w:t>
        <w:br/>
        <w:t>Чудово, далебі!</w:t>
      </w:r>
    </w:p>
    <w:p>
      <w:r>
        <w:br/>
        <w:t>Селімена&lt;br /&gt;</w:t>
        <w:br/>
        <w:t>Куди ви?</w:t>
      </w:r>
    </w:p>
    <w:p>
      <w:r>
        <w:br/>
        <w:t>Альсест&lt;br /&gt;</w:t>
        <w:br/>
        <w:t>Я піду.</w:t>
      </w:r>
    </w:p>
    <w:p>
      <w:r>
        <w:br/>
        <w:t>Селімена&lt;br /&gt;</w:t>
        <w:br/>
        <w:t>Зостаньтеся.</w:t>
      </w:r>
    </w:p>
    <w:p>
      <w:r>
        <w:br/>
        <w:t>Альсест&lt;br /&gt;</w:t>
        <w:br/>
        <w:t>Для чого?</w:t>
      </w:r>
    </w:p>
    <w:p>
      <w:r>
        <w:br/>
        <w:t>Селімена&lt;br /&gt;</w:t>
        <w:br/>
        <w:t>Зостаньтесь.</w:t>
      </w:r>
    </w:p>
    <w:p>
      <w:r>
        <w:br/>
        <w:t>Альсест&lt;br /&gt;</w:t>
        <w:br/>
        <w:t>Сил нема.</w:t>
      </w:r>
    </w:p>
    <w:p>
      <w:r>
        <w:br/>
        <w:t>Селімена&lt;br /&gt;</w:t>
        <w:br/>
        <w:t>Я, пане, хочу цього!</w:t>
      </w:r>
    </w:p>
    <w:p>
      <w:r>
        <w:br/>
        <w:t>Альсест&lt;br /&gt;</w:t>
        <w:br/>
        <w:t>Шкода! Од цих розмов мене проймає нуд,&lt;br /&gt;</w:t>
        <w:br/>
        <w:t>І завеликий ви мені даєте труд.</w:t>
      </w:r>
    </w:p>
    <w:p>
      <w:r>
        <w:br/>
        <w:t>Селімена&lt;br /&gt;</w:t>
        <w:br/>
        <w:t>Я того хочу! Я!</w:t>
      </w:r>
    </w:p>
    <w:p>
      <w:r>
        <w:br/>
        <w:t>Альсест&lt;br /&gt;</w:t>
        <w:br/>
        <w:t>А я — не маю змоги.</w:t>
      </w:r>
    </w:p>
    <w:p>
      <w:r>
        <w:br/>
        <w:t>Селімена&lt;br /&gt;</w:t>
        <w:br/>
        <w:t>Ну що ж! Ідіть собі! Щасливої дороги!</w:t>
      </w:r>
    </w:p>
    <w:p>
      <w:r>
        <w:br/>
        <w:t>ЯВА 5</w:t>
      </w:r>
    </w:p>
    <w:p>
      <w:r>
        <w:br/>
        <w:t>Еліанта, Філінт, Акаст, Клітандр, Альсест, Селімена, Баск.</w:t>
      </w:r>
    </w:p>
    <w:p>
      <w:r>
        <w:br/>
        <w:t>Еліанта&lt;br /&gt;</w:t>
        <w:br/>
        <w:t>(до Селімени)&lt;br /&gt;</w:t>
        <w:br/>
        <w:t>Маркізи два прийшли одвідати ваш дім.&lt;br /&gt;</w:t>
        <w:br/>
        <w:t>Вам ознаймили це?</w:t>
      </w:r>
    </w:p>
    <w:p>
      <w:r>
        <w:br/>
        <w:t>Селімена&lt;br /&gt;</w:t>
        <w:br/>
        <w:t>(до Баска)&lt;br /&gt;</w:t>
        <w:br/>
        <w:t>Так. Дай стільці усім.&lt;br /&gt;</w:t>
        <w:br/>
        <w:t>Баск подає стільці і виходить.&lt;br /&gt;</w:t>
        <w:br/>
        <w:t>(До Альсеста).&lt;br /&gt;</w:t>
        <w:br/>
        <w:t>Ви не пішли, проте?</w:t>
      </w:r>
    </w:p>
    <w:p>
      <w:r>
        <w:br/>
        <w:t>Альсест&lt;br /&gt;</w:t>
        <w:br/>
        <w:t>Ні, пані. Почекаю,&lt;br /&gt;</w:t>
        <w:br/>
        <w:t>Щоб зрозуміти вас до решти і до краю.</w:t>
      </w:r>
    </w:p>
    <w:p>
      <w:r>
        <w:br/>
        <w:t>Селімена&lt;br /&gt;</w:t>
        <w:br/>
        <w:t>Мовчіть.</w:t>
      </w:r>
    </w:p>
    <w:p>
      <w:r>
        <w:br/>
        <w:t>Альсест&lt;br /&gt;</w:t>
        <w:br/>
        <w:t>Вам вибрати когось уже пора.</w:t>
      </w:r>
    </w:p>
    <w:p>
      <w:r>
        <w:br/>
        <w:t>Селімена&lt;br /&gt;</w:t>
        <w:br/>
        <w:t>Ви збожеволіли!</w:t>
      </w:r>
    </w:p>
    <w:p>
      <w:r>
        <w:br/>
        <w:t>Альсест&lt;br /&gt;</w:t>
        <w:br/>
        <w:t>Нехай скінчиться гра!</w:t>
      </w:r>
    </w:p>
    <w:p>
      <w:r>
        <w:br/>
        <w:t>Селімена&lt;br /&gt;</w:t>
        <w:br/>
        <w:t>А!</w:t>
      </w:r>
    </w:p>
    <w:p>
      <w:r>
        <w:br/>
        <w:t>Альсест&lt;br /&gt;</w:t>
        <w:br/>
        <w:t>Я — або вони!</w:t>
      </w:r>
    </w:p>
    <w:p>
      <w:r>
        <w:br/>
        <w:t>Селімена&lt;br /&gt;</w:t>
        <w:br/>
        <w:t>Ви це на глум, Альсесте?</w:t>
      </w:r>
    </w:p>
    <w:p>
      <w:r>
        <w:br/>
        <w:t>Альсест&lt;br /&gt;</w:t>
        <w:br/>
        <w:t>Ні. Того далі я не стерплю, слово честі.</w:t>
      </w:r>
    </w:p>
    <w:p>
      <w:r>
        <w:br/>
        <w:t>Клітандр&lt;br /&gt;</w:t>
        <w:br/>
        <w:t>Я з Лувру — і до вас на кілька хвиль забіг…&lt;br /&gt;</w:t>
        <w:br/>
        <w:t>Клеонт на виході смішив безмірно всіх.&lt;br /&gt;</w:t>
        <w:br/>
        <w:t>Хоч би вже приятель який узявся щирий&lt;br /&gt;</w:t>
        <w:br/>
        <w:t>Йому поправити дивацькі ті маніри!</w:t>
      </w:r>
    </w:p>
    <w:p>
      <w:r>
        <w:br/>
        <w:t>Селімена&lt;br /&gt;</w:t>
        <w:br/>
        <w:t>Глузують з нього всі таки не без причин:&lt;br /&gt;</w:t>
        <w:br/>
        <w:t>Де тільки з’явиться, впадає в око він,&lt;br /&gt;</w:t>
        <w:br/>
        <w:t>А як зустрінетесь ви з ним після перерви, —&lt;br /&gt;</w:t>
        <w:br/>
        <w:t>Ще більше вразитесь, ніж вразились тепер ви.</w:t>
      </w:r>
    </w:p>
    <w:p>
      <w:r>
        <w:br/>
        <w:t>Акаст&lt;br /&gt;</w:t>
        <w:br/>
        <w:t>Панове! Як зайшло у нас про диваків, —&lt;br /&gt;</w:t>
        <w:br/>
        <w:t>Я найнуднішого оце. допіру стрів:&lt;br /&gt;</w:t>
        <w:br/>
        <w:t>Дамон держав мене на сонці із годину,&lt;br /&gt;</w:t>
        <w:br/>
        <w:t>Переливаючи пусту балаканину.</w:t>
      </w:r>
    </w:p>
    <w:p>
      <w:r>
        <w:br/>
        <w:t>Селімена&lt;br /&gt;</w:t>
        <w:br/>
        <w:t>Великий він митець на голосні слова,&lt;br /&gt;</w:t>
        <w:br/>
        <w:t>Що лиш болить од них і в’яне голова;&lt;br /&gt;</w:t>
        <w:br/>
        <w:t>Виповідає він якусь велику думу,&lt;br /&gt;</w:t>
        <w:br/>
        <w:t>А ви не чуєте нічого там, крім шуму.</w:t>
      </w:r>
    </w:p>
    <w:p>
      <w:r>
        <w:br/>
        <w:t>Еліанта&lt;br /&gt;</w:t>
        <w:br/>
        <w:t>(до Філінта)&lt;br /&gt;</w:t>
        <w:br/>
        <w:t>Чудесно, пане мій, розмова їхня йде,&lt;br /&gt;</w:t>
        <w:br/>
        <w:t>І кожному тепер од них перепаде.</w:t>
      </w:r>
    </w:p>
    <w:p>
      <w:r>
        <w:br/>
        <w:t>Клітандр&lt;br /&gt;</w:t>
        <w:br/>
        <w:t>От на Тіманта ще всім варто подивиться.</w:t>
      </w:r>
    </w:p>
    <w:p>
      <w:r>
        <w:br/>
        <w:t>Селімена&lt;br /&gt;</w:t>
        <w:br/>
        <w:t>Це з ніг до голови — глибока таємниця!&lt;br /&gt;</w:t>
        <w:br/>
        <w:t>Все заклопотаний, він гляне мимохіть —&lt;br /&gt;</w:t>
        <w:br/>
        <w:t>І до поважних діл стурбовано летить,&lt;br /&gt;</w:t>
        <w:br/>
        <w:t>Не мавши жадного ніде й ніколи діла.&lt;br /&gt;</w:t>
        <w:br/>
        <w:t>Терпіть ці витівки, їй-богу, вже несила!&lt;br /&gt;</w:t>
        <w:br/>
        <w:t>Розмови має він секретні з усіма,&lt;br /&gt;</w:t>
        <w:br/>
        <w:t>Хоча найменшого секрету в них нема,&lt;br /&gt;</w:t>
        <w:br/>
        <w:t>У всьому бачити щось надзвичайне хоче&lt;br /&gt;</w:t>
        <w:br/>
        <w:t>І навіть "добрий день" на ухо вам шепоче.</w:t>
      </w:r>
    </w:p>
    <w:p>
      <w:r>
        <w:br/>
        <w:t>Акаст&lt;br /&gt;</w:t>
        <w:br/>
        <w:t>Як, пані, вам Жеральд?</w:t>
      </w:r>
    </w:p>
    <w:p>
      <w:r>
        <w:br/>
        <w:t>Селімена&lt;br /&gt;</w:t>
        <w:br/>
        <w:t>Ох, лишенько моє!&lt;br /&gt;</w:t>
        <w:br/>
        <w:t>Вельможу всюди він і завжди удає,&lt;br /&gt;</w:t>
        <w:br/>
        <w:t>Про герцогів самих та принців лиш говорить&lt;br /&gt;</w:t>
        <w:br/>
        <w:t>І славу сам собі фальшиву й марну творить.&lt;br /&gt;</w:t>
        <w:br/>
        <w:t>Сліпий од титулів, не зна він інших слів,&lt;br /&gt;</w:t>
        <w:br/>
        <w:t>Ніж коні, виїзди, краса ловецьких псів;&lt;br /&gt;</w:t>
        <w:br/>
        <w:t>На "ти" віл з усіма, хто ім’я славне має,&lt;br /&gt;</w:t>
        <w:br/>
        <w:t>І вислову "мосьє" він зроду не вживає.</w:t>
      </w:r>
    </w:p>
    <w:p>
      <w:r>
        <w:br/>
        <w:t>Клітандр&lt;br /&gt;</w:t>
        <w:br/>
        <w:t>Беліза нібито другує вельми з ним.</w:t>
      </w:r>
    </w:p>
    <w:p>
      <w:r>
        <w:br/>
        <w:t>Селімена&lt;br /&gt;</w:t>
        <w:br/>
        <w:t>Жіночим розумом, безсилим і тупим,&lt;br /&gt;</w:t>
        <w:br/>
        <w:t>Вона щораз мене замучує, панове!&lt;br /&gt;</w:t>
        <w:br/>
        <w:t>Підшукувати тем їй треба для розмови,&lt;br /&gt;</w:t>
        <w:br/>
        <w:t>А навіть як сюжет цікавий я знайду —&lt;br /&gt;</w:t>
        <w:br/>
        <w:t>Він розбивається об річ її бліду.&lt;br /&gt;</w:t>
        <w:br/>
        <w:t>Щоб справити її хоч на яку дорогу,&lt;br /&gt;</w:t>
        <w:br/>
        <w:t>Усі загальники я кличу на підмогу:&lt;br /&gt;</w:t>
        <w:br/>
        <w:t>Ясну годину, — дощ, і спеку, й холоди, —&lt;br /&gt;</w:t>
        <w:br/>
        <w:t>Дарма! Немає й тут рятунку від біди!&lt;br /&gt;</w:t>
        <w:br/>
        <w:t>Здавалось би, дійшли одвідини до краю:&lt;br /&gt;</w:t>
        <w:br/>
        <w:t>То на дзигарі я дивлюсь, то позіхаю, —&lt;br /&gt;</w:t>
        <w:br/>
        <w:t>Година тягнеться, як довгий-довгий день, —&lt;br /&gt;</w:t>
        <w:br/>
        <w:t>Сидить, хоч би там що! Сидить, неначе пень!</w:t>
      </w:r>
    </w:p>
    <w:p>
      <w:r>
        <w:br/>
        <w:t>Акаст&lt;br /&gt;</w:t>
        <w:br/>
        <w:t>Ще про Адраста вас дозвольте запитати.</w:t>
      </w:r>
    </w:p>
    <w:p>
      <w:r>
        <w:br/>
        <w:t>Селімена&lt;br /&gt;</w:t>
        <w:br/>
        <w:t>А! Марний славолюб, і заздрий, і пихатий!&lt;br /&gt;</w:t>
        <w:br/>
        <w:t>Двір нібито ціни як слід йому не склав —&lt;br /&gt;</w:t>
        <w:br/>
        <w:t>І всіх би він за те ганьбою окривав.&lt;br /&gt;</w:t>
        <w:br/>
        <w:t>Хто тільки дістає уряд чи нагороду,&lt;br /&gt;</w:t>
        <w:br/>
        <w:t>Усе те робиться йому на зло й на шкоду!</w:t>
      </w:r>
    </w:p>
    <w:p>
      <w:r>
        <w:br/>
        <w:t>Клітандр&lt;br /&gt;</w:t>
        <w:br/>
        <w:t>А молодий Клеон, що гості день при дні&lt;br /&gt;</w:t>
        <w:br/>
        <w:t>Його одвідують високі та значні?</w:t>
      </w:r>
    </w:p>
    <w:p>
      <w:r>
        <w:br/>
        <w:t>Селімена&lt;br /&gt;</w:t>
        <w:br/>
        <w:t>Без кухаря свого не мав би він і слави:&lt;br /&gt;</w:t>
        <w:br/>
        <w:t>Шанують не його візитами, а страви.</w:t>
      </w:r>
    </w:p>
    <w:p>
      <w:r>
        <w:br/>
        <w:t>Еліанта&lt;br /&gt;</w:t>
        <w:br/>
        <w:t>І справді, майстер він до делікатних страв.</w:t>
      </w:r>
    </w:p>
    <w:p>
      <w:r>
        <w:br/>
        <w:t>Селімена&lt;br /&gt;</w:t>
        <w:br/>
        <w:t>Коли б лише себе до столу не давав!&lt;br /&gt;</w:t>
        <w:br/>
        <w:t>Убогий розумом, кишенею багатий,&lt;br /&gt;</w:t>
        <w:br/>
        <w:t>Найкращий він обід зугарен зіпсувати.</w:t>
      </w:r>
    </w:p>
    <w:p>
      <w:r>
        <w:br/>
        <w:t>Філінт&lt;br /&gt;</w:t>
        <w:br/>
        <w:t>Як дядько вам його, Даміс?</w:t>
      </w:r>
    </w:p>
    <w:p>
      <w:r>
        <w:br/>
        <w:t>Селімена&lt;br /&gt;</w:t>
        <w:br/>
        <w:t>Мій добрий друг. Філінт&lt;br /&gt;</w:t>
        <w:br/>
        <w:t>От чесний чоловік! Який високий дух!</w:t>
      </w:r>
    </w:p>
    <w:p>
      <w:r>
        <w:br/>
        <w:t>Селімена&lt;br /&gt;</w:t>
        <w:br/>
        <w:t>Так, горе тільки в тім, що він кладе всі сили,&lt;br /&gt;</w:t>
        <w:br/>
        <w:t>Щоб гострий ум його, дивуючись, хвалили,&lt;br /&gt;</w:t>
        <w:br/>
        <w:t>Складає прикладки на людях і в сім'ї&lt;br /&gt;</w:t>
        <w:br/>
        <w:t>І тільки й думає про дотепи свої,&lt;br /&gt;</w:t>
        <w:br/>
        <w:t>Відколи він себе отак несе високо,&lt;br /&gt;</w:t>
        <w:br/>
        <w:t>Скрізь тільки огріхи його вбачає око.&lt;br /&gt;</w:t>
        <w:br/>
        <w:t>Ніхто з письменників його не вдовольнить:&lt;br /&gt;</w:t>
        <w:br/>
        <w:t>Знавцеві буцімто не до лиця хвалить,&lt;br /&gt;</w:t>
        <w:br/>
        <w:t>Ознака розуму — причепливість без міри,&lt;br /&gt;</w:t>
        <w:br/>
        <w:t>І тільки дурники захоплюються щиро;&lt;br /&gt;</w:t>
        <w:br/>
        <w:t>Отож хто лає все так ревно, як Даміс, —&lt;br /&gt;</w:t>
        <w:br/>
        <w:t>Усіх сучасників, виходить, переріс.&lt;br /&gt;</w:t>
        <w:br/>
        <w:t>Найзвичайнісінькі смішні йому розмови;&lt;br /&gt;</w:t>
        <w:br/>
        <w:t>Скрижує руки він, нахмурить грізно брови&lt;br /&gt;</w:t>
        <w:br/>
        <w:t>І каже поглядом зневажливо німим:&lt;br /&gt;</w:t>
        <w:br/>
        <w:t>Пігмеї! Як це все ще не набридло їм!</w:t>
      </w:r>
    </w:p>
    <w:p>
      <w:r>
        <w:br/>
        <w:t>Акаст&lt;br /&gt;</w:t>
        <w:br/>
        <w:t>Хай грім уб’є мене, коли портрет не схожий!</w:t>
      </w:r>
    </w:p>
    <w:p>
      <w:r>
        <w:br/>
        <w:t>Клітандр&lt;br /&gt;</w:t>
        <w:br/>
        <w:t>(до Селімени)&lt;br /&gt;</w:t>
        <w:br/>
        <w:t>Ніхто в дотепності рівнятись вам не може.</w:t>
      </w:r>
    </w:p>
    <w:p>
      <w:r>
        <w:br/>
        <w:t>Альсест&lt;br /&gt;</w:t>
        <w:br/>
        <w:t>Так, друзі! Бийте всіх на вашому шляху!&lt;br /&gt;</w:t>
        <w:br/>
        <w:t>Хай кожен підпаде під критику лиху!&lt;br /&gt;</w:t>
        <w:br/>
        <w:t>Проте, коли із них зустрінете кого ви, —&lt;br /&gt;</w:t>
        <w:br/>
        <w:t>В обіймах ви його стискаєте, панове,&lt;br /&gt;</w:t>
        <w:br/>
        <w:t>Не навтішаєтесь, цілуєте мерщій&lt;br /&gt;</w:t>
        <w:br/>
        <w:t>І в приязні йому клянетеся палкій.</w:t>
      </w:r>
    </w:p>
    <w:p>
      <w:r>
        <w:br/>
        <w:t>Клітандр&lt;br /&gt;</w:t>
        <w:br/>
        <w:t>Чому ж бо ви на нас розгнівалися нині?&lt;br /&gt;</w:t>
        <w:br/>
        <w:t>Усі докори ці зверніть до господині.</w:t>
      </w:r>
    </w:p>
    <w:p>
      <w:r>
        <w:br/>
        <w:t>Альсест&lt;br /&gt;</w:t>
        <w:br/>
        <w:t>Ні, враг би взяв мене! Я кидаю їх вам!&lt;br /&gt;</w:t>
        <w:br/>
        <w:t>Це ж ви їй кадите отруйний фіміам,&lt;br /&gt;</w:t>
        <w:br/>
        <w:t>Ви живите злобу невтомну й невгамовну,&lt;br /&gt;</w:t>
        <w:br/>
        <w:t>За силу маючи якусь її чудовну.&lt;br /&gt;</w:t>
        <w:br/>
        <w:t>Вона б не брала всіх на посміх і на глум,&lt;br /&gt;</w:t>
        <w:br/>
        <w:t>Якби не ці хвали, не цей облесний шум.&lt;br /&gt;</w:t>
        <w:br/>
        <w:t>Так, так! Облесників я тільки винувачу&lt;br /&gt;</w:t>
        <w:br/>
        <w:t>За вади і гріхи, що вколо себе бачу!</w:t>
      </w:r>
    </w:p>
    <w:p>
      <w:r>
        <w:br/>
        <w:t>Філінт&lt;br /&gt;</w:t>
        <w:br/>
        <w:t>Чому так палко ви взялися боронить&lt;br /&gt;</w:t>
        <w:br/>
        <w:t>Людей, що гнів на них і в вас не раз кипить?</w:t>
      </w:r>
    </w:p>
    <w:p>
      <w:r>
        <w:br/>
        <w:t>Селімена&lt;br /&gt;</w:t>
        <w:br/>
        <w:t>Невже ж ви панові дивуєте Альсесту?&lt;br /&gt;</w:t>
        <w:br/>
        <w:t>Не знаєте, що він — це дух живий протесту,&lt;br /&gt;</w:t>
        <w:br/>
        <w:t>Що він не згодиться ніколи і ні з ким&lt;br /&gt;</w:t>
        <w:br/>
        <w:t>І вельми даром цим пишається своїм?&lt;br /&gt;</w:t>
        <w:br/>
        <w:t>На думку загалу він не пристане зроду,&lt;br /&gt;</w:t>
        <w:br/>
        <w:t>Ладний перечити всьому людському роду —&lt;br /&gt;</w:t>
        <w:br/>
        <w:t>І за ганьбу собі щонайстрашнішу б мав,&lt;br /&gt;</w:t>
        <w:br/>
        <w:t>Якби хоч раз кому так, а не ні сказав.&lt;br /&gt;</w:t>
        <w:br/>
        <w:t>Він заперечення узяв собі за зброю&lt;br /&gt;</w:t>
        <w:br/>
        <w:t>І часом у бою буває сам з собою;&lt;br /&gt;</w:t>
        <w:br/>
        <w:t>Готовий власних він зректися почуттів,&lt;br /&gt;</w:t>
        <w:br/>
        <w:t>Коли хто інший їх у слові появив.</w:t>
      </w:r>
    </w:p>
    <w:p>
      <w:r>
        <w:br/>
        <w:t>Альсест&lt;br /&gt;</w:t>
        <w:br/>
        <w:t>Глузівники за вас — і можете ви сміло&lt;br /&gt;</w:t>
        <w:br/>
        <w:t>Свої отруєні у мене слати стріли.</w:t>
      </w:r>
    </w:p>
    <w:p>
      <w:r>
        <w:br/>
        <w:t>Філінт&lt;br /&gt;</w:t>
        <w:br/>
        <w:t>Але ж признайтеся, — як друг вам говорю:&lt;br /&gt;</w:t>
        <w:br/>
        <w:t>Ви дійсно раді всіх покликати на прю,&lt;br /&gt;</w:t>
        <w:br/>
        <w:t>І хоч говорять те чи зовсім інше люди —&lt;br /&gt;</w:t>
        <w:br/>
        <w:t>Ваш розум ні хвали не терпить, ні огуди.</w:t>
      </w:r>
    </w:p>
    <w:p>
      <w:r>
        <w:br/>
        <w:t>Альсест&lt;br /&gt;</w:t>
        <w:br/>
        <w:t>Усім перечу я, бо й справді, лихома,&lt;br /&gt;</w:t>
        <w:br/>
        <w:t>Ніколи рації у їх думках нема,&lt;br /&gt;</w:t>
        <w:br/>
        <w:t>І бачу натовп я щоразу перед себе,&lt;br /&gt;</w:t>
        <w:br/>
        <w:t>Що хвалить, де не слід, і гудить, де не треба.</w:t>
      </w:r>
    </w:p>
    <w:p>
      <w:r>
        <w:br/>
        <w:t>Селімена&lt;br /&gt;</w:t>
        <w:br/>
        <w:t>Проте погодьтеся…</w:t>
      </w:r>
    </w:p>
    <w:p>
      <w:r>
        <w:br/>
        <w:t>Альсест&lt;br /&gt;</w:t>
        <w:br/>
        <w:t>Ні, пані!.. Краще вмру,&lt;br /&gt;</w:t>
        <w:br/>
        <w:t>Ніж маю стерпіти оцю ганебну гру.&lt;br /&gt;</w:t>
        <w:br/>
        <w:t>Безмежним гнівом я киплю серед громади,&lt;br /&gt;</w:t>
        <w:br/>
        <w:t>Що в вас підтримує усі найгірші вади.</w:t>
      </w:r>
    </w:p>
    <w:p>
      <w:r>
        <w:br/>
        <w:t>Клітандр&lt;br /&gt;</w:t>
        <w:br/>
        <w:t>Про господиню я одно б сказати міг:&lt;br /&gt;</w:t>
        <w:br/>
        <w:t>Я вади жодної у ній не постеріг.</w:t>
      </w:r>
    </w:p>
    <w:p>
      <w:r>
        <w:br/>
        <w:t>Акаст&lt;br /&gt;</w:t>
        <w:br/>
        <w:t>Я тільки грацію та милу знаю вдачу.&lt;br /&gt;</w:t>
        <w:br/>
        <w:t>А вади? Де ж вони? Даруйте, я не бачу.</w:t>
      </w:r>
    </w:p>
    <w:p>
      <w:r>
        <w:br/>
        <w:t>Альсест&lt;br /&gt;</w:t>
        <w:br/>
        <w:t>Я бачу добре їх — і того не таю:&lt;br /&gt;</w:t>
        <w:br/>
        <w:t>Висловлював не раз догану я свою.&lt;br /&gt;</w:t>
        <w:br/>
        <w:t>Ми тим суворіші, що більше почування,&lt;br /&gt;</w:t>
        <w:br/>
        <w:t>І правда виника з правдивого кохання;&lt;br /&gt;</w:t>
        <w:br/>
        <w:t>Я тих облесників гонив би за поріг,&lt;br /&gt;</w:t>
        <w:br/>
        <w:t>Які всякчас мені стелилися б до ніг,&lt;br /&gt;</w:t>
        <w:br/>
        <w:t>Усьому, що чиню, зумисне потурали&lt;br /&gt;</w:t>
        <w:br/>
        <w:t>І хиби всі мої хвалою оточали.</w:t>
      </w:r>
    </w:p>
    <w:p>
      <w:r>
        <w:br/>
        <w:t>Селімена&lt;br /&gt;</w:t>
        <w:br/>
        <w:t>Виходить, що любов найбільша каже нам&lt;br /&gt;</w:t>
        <w:br/>
        <w:t>Лиша боротися із ніжним почуттям,&lt;br /&gt;</w:t>
        <w:br/>
        <w:t>І того, що йому ми серце присвятили,&lt;br /&gt;</w:t>
        <w:br/>
        <w:t>Картати без кінця і ганити щосили!</w:t>
      </w:r>
    </w:p>
    <w:p>
      <w:r>
        <w:br/>
        <w:t>Еліанта&lt;br /&gt;</w:t>
        <w:br/>
        <w:t>Хто любить — інших той додержує шляхів:&lt;br /&gt;</w:t>
        <w:br/>
        <w:t>Своє обрання він усе б лише хвалив,&lt;br /&gt;</w:t>
        <w:br/>
        <w:t>Бо серцю, що горить неутоленним палом,&lt;br /&gt;</w:t>
        <w:br/>
        <w:t>Істота обрана здається ідеалом,&lt;br /&gt;</w:t>
        <w:br/>
        <w:t>Чарує й вадами найгіршими вона —&lt;br /&gt;</w:t>
        <w:br/>
        <w:t>І прибираються їм красні імена.&lt;br /&gt;</w:t>
        <w:br/>
        <w:t>Бліда вона, як смерть, — подібна до лілеї;&lt;br /&gt;</w:t>
        <w:br/>
        <w:t>Вся чорна — знаджує смуглявістю своєю;&lt;br /&gt;</w:t>
        <w:br/>
        <w:t>Худа, немов кістяк, — гнучкіша від стебла;&lt;br /&gt;</w:t>
        <w:br/>
        <w:t>Товста — величністю над усіма взяла;&lt;br /&gt;</w:t>
        <w:br/>
        <w:t>Навикла між людьми ходити неохайна —&lt;br /&gt;</w:t>
        <w:br/>
        <w:t>В недбалій грації прекрасна, надзвичайна;&lt;br /&gt;</w:t>
        <w:br/>
        <w:t>Висока, наче стовп, — богиня між богинь;&lt;br /&gt;</w:t>
        <w:br/>
        <w:t>Маленька — лялечка, легесенька, як тінь;&lt;br /&gt;</w:t>
        <w:br/>
        <w:t>Бундючно дивиться — мов королева пишна;&lt;br /&gt;</w:t>
        <w:br/>
        <w:t>Лукава — в дотепах і вигадках утішна; —&lt;br /&gt;</w:t>
        <w:br/>
        <w:t>Дурненька — добрості ясні скарби таїть;&lt;br /&gt;</w:t>
        <w:br/>
        <w:t>Мовчуща — з красної стидливості мовчить;&lt;br /&gt;</w:t>
        <w:br/>
        <w:t>Нестримна на язик — божисто красномовна.&lt;br /&gt;</w:t>
        <w:br/>
        <w:t>Ось, пане, де любов незмушена і повна.</w:t>
      </w:r>
    </w:p>
    <w:p>
      <w:r>
        <w:br/>
        <w:t>Альсест&lt;br /&gt;</w:t>
        <w:br/>
        <w:t>А я…</w:t>
      </w:r>
    </w:p>
    <w:p>
      <w:r>
        <w:br/>
        <w:t>Селімена&lt;br /&gt;</w:t>
        <w:br/>
        <w:t>Облиште ви сперечку що палку!&lt;br /&gt;</w:t>
        <w:br/>
        <w:t>Ходімо раз чи два пройдемося в садку.&lt;br /&gt;</w:t>
        <w:br/>
        <w:t>Як, ви додому вже?&lt;br /&gt;</w:t>
        <w:br/>
        <w:t>Клітандр і Акаст&lt;br /&gt;</w:t>
        <w:br/>
        <w:t>Ні, пані.</w:t>
      </w:r>
    </w:p>
    <w:p>
      <w:r>
        <w:br/>
        <w:t>Альсест&lt;br /&gt;</w:t>
        <w:br/>
        <w:t>Дивне диво,&lt;br /&gt;</w:t>
        <w:br/>
        <w:t>Як це турбує вас!&lt;br /&gt;</w:t>
        <w:br/>
        <w:t>Послухайте ж без гніву, —&lt;br /&gt;</w:t>
        <w:br/>
        <w:t>(До Клітандра та Акаста).&lt;br /&gt;</w:t>
        <w:br/>
        <w:t>Я чесну вам усім обітницю кладу,&lt;br /&gt;</w:t>
        <w:br/>
        <w:t>Що тільки після всіх я відсіля піду.</w:t>
      </w:r>
    </w:p>
    <w:p>
      <w:r>
        <w:br/>
        <w:t>Акаст&lt;br /&gt;</w:t>
        <w:br/>
        <w:t>Коли б набриднути я пані не боявся,&lt;br /&gt;</w:t>
        <w:br/>
        <w:t>То тут до вечора б з охотою зостався.</w:t>
      </w:r>
    </w:p>
    <w:p>
      <w:r>
        <w:br/>
        <w:t>Клітандр&lt;br /&gt;</w:t>
        <w:br/>
        <w:t>У Дуврі бути я в вечірній маю час,&lt;br /&gt;</w:t>
        <w:br/>
        <w:t>А радий день цілий не покидати вас.</w:t>
      </w:r>
    </w:p>
    <w:p>
      <w:r>
        <w:br/>
        <w:t>Селімена&lt;br /&gt;</w:t>
        <w:br/>
        <w:t>(до Альсеста)&lt;br /&gt;</w:t>
        <w:br/>
        <w:t>Це, пане, тільки жарт?</w:t>
      </w:r>
    </w:p>
    <w:p>
      <w:r>
        <w:br/>
        <w:t>Альсест&lt;br /&gt;</w:t>
        <w:br/>
        <w:t>Ні. Вивірю до краю,&lt;br /&gt;</w:t>
        <w:br/>
        <w:t>Чи я над іншими тут перевагу маю.</w:t>
      </w:r>
    </w:p>
    <w:p>
      <w:r>
        <w:br/>
        <w:t>ЯВА 6</w:t>
      </w:r>
    </w:p>
    <w:p>
      <w:r>
        <w:br/>
        <w:t>Альсест, Селімена, Еліанта, Акаст, Філінт, Клітандр, Баск.</w:t>
      </w:r>
    </w:p>
    <w:p>
      <w:r>
        <w:br/>
        <w:t>Баск&lt;br /&gt;</w:t>
        <w:br/>
        <w:t>(до Альсеста)&lt;br /&gt;</w:t>
        <w:br/>
        <w:t>Там, пане, хтось до вас. Доконче, він сказав,&lt;br /&gt;</w:t>
        <w:br/>
        <w:t>Вам треба бачитись для невідкладних справ.</w:t>
      </w:r>
    </w:p>
    <w:p>
      <w:r>
        <w:br/>
        <w:t>Альсест&lt;br /&gt;</w:t>
        <w:br/>
        <w:t>Не маю справ таких, йому перекажи ти.</w:t>
      </w:r>
    </w:p>
    <w:p>
      <w:r>
        <w:br/>
        <w:t>Баск&lt;br /&gt;</w:t>
        <w:br/>
        <w:t>В мундирі лепськім він; весь золотом обшитий&lt;br /&gt;</w:t>
        <w:br/>
        <w:t>Мундир…</w:t>
      </w:r>
    </w:p>
    <w:p>
      <w:r>
        <w:br/>
        <w:t>Селімена&lt;br /&gt;</w:t>
        <w:br/>
        <w:t>(до Альсеста)&lt;br /&gt;</w:t>
        <w:br/>
        <w:t>Що там таке? Дізнайтеся підіть,&lt;br /&gt;</w:t>
        <w:br/>
        <w:t>Чи хай ввійде сюди.</w:t>
      </w:r>
    </w:p>
    <w:p>
      <w:r>
        <w:br/>
        <w:t>ЯВА 7</w:t>
      </w:r>
    </w:p>
    <w:p>
      <w:r>
        <w:br/>
        <w:t>Альсест, Селімена, Еліанта, Акаст, Філіит, Клітандр, гвардієць із Маршальської Ради.</w:t>
      </w:r>
    </w:p>
    <w:p>
      <w:r>
        <w:br/>
        <w:t>Альсест&lt;br /&gt;</w:t>
        <w:br/>
        <w:t>(підходить до гвардійця)&lt;br /&gt;</w:t>
        <w:br/>
        <w:t>Чим можу вам служить?</w:t>
      </w:r>
    </w:p>
    <w:p>
      <w:r>
        <w:br/>
        <w:t>Гвардієць&lt;br /&gt;</w:t>
        <w:br/>
        <w:t>Я, пане, маю вам одно сказати слово.</w:t>
      </w:r>
    </w:p>
    <w:p>
      <w:r>
        <w:br/>
        <w:t>Альсест&lt;br /&gt;</w:t>
        <w:br/>
        <w:t>Кажіть, щоб чули всі, нащо так загадково.</w:t>
      </w:r>
    </w:p>
    <w:p>
      <w:r>
        <w:br/>
        <w:t>Гвардієць&lt;br /&gt;</w:t>
        <w:br/>
        <w:t>З Маршальства, пане, я. Щоб не було біди,&lt;br /&gt;</w:t>
        <w:br/>
        <w:t>Вам велено мерщій з’явитися туди.</w:t>
      </w:r>
    </w:p>
    <w:p>
      <w:r>
        <w:br/>
        <w:t>Альсест&lt;br /&gt;</w:t>
        <w:br/>
        <w:t>Мені?</w:t>
      </w:r>
    </w:p>
    <w:p>
      <w:r>
        <w:br/>
        <w:t>Гвардієць&lt;br /&gt;</w:t>
        <w:br/>
        <w:t>Так, пане, вам.</w:t>
      </w:r>
    </w:p>
    <w:p>
      <w:r>
        <w:br/>
        <w:t>Альсест&lt;br /&gt;</w:t>
        <w:br/>
        <w:t>Чого ж би то, цікаво!</w:t>
      </w:r>
    </w:p>
    <w:p>
      <w:r>
        <w:br/>
        <w:t>Філінт&lt;br /&gt;</w:t>
        <w:br/>
        <w:t>(до Альсеста)&lt;br /&gt;</w:t>
        <w:br/>
        <w:t>З Оронтом випливла кумедна ваша справа.</w:t>
      </w:r>
    </w:p>
    <w:p>
      <w:r>
        <w:br/>
        <w:t>Селімена&lt;br /&gt;</w:t>
        <w:br/>
        <w:t>(до Філінта)&lt;br /&gt;</w:t>
        <w:br/>
        <w:t>Що, що?</w:t>
      </w:r>
    </w:p>
    <w:p>
      <w:r>
        <w:br/>
        <w:t>Філінт&lt;br /&gt;</w:t>
        <w:br/>
        <w:t>Оронта взяв великий, пані, гнів,&lt;br /&gt;</w:t>
        <w:br/>
        <w:t>Що віршиків його Альсест не похвалив.&lt;br /&gt;</w:t>
        <w:br/>
        <w:t>Ну, певне, хочуть там їх якось помирити.</w:t>
      </w:r>
    </w:p>
    <w:p>
      <w:r>
        <w:br/>
        <w:t>Альсест&lt;br /&gt;</w:t>
        <w:br/>
        <w:t>Ні, ні! Нещирості від мене ви не ждіте!</w:t>
      </w:r>
    </w:p>
    <w:p>
      <w:r>
        <w:br/>
        <w:t>Філінт&lt;br /&gt;</w:t>
        <w:br/>
        <w:t>Скоритись треба вам, — збирайтеся ж, ідіть.</w:t>
      </w:r>
    </w:p>
    <w:p>
      <w:r>
        <w:br/>
        <w:t>Альсест&lt;br /&gt;</w:t>
        <w:br/>
        <w:t>Ну, що тут має нам чийсь вирок ізробить?&lt;br /&gt;</w:t>
        <w:br/>
        <w:t>Чи, може, повелять оті мені панове,&lt;br /&gt;</w:t>
        <w:br/>
        <w:t>Щоб я сонет лихий та визнав за чудовий?&lt;br /&gt;</w:t>
        <w:br/>
        <w:t>Ніколи слів своїх я не візьму назад.&lt;br /&gt;</w:t>
        <w:br/>
        <w:t>Сонет той — бозна-що.</w:t>
      </w:r>
    </w:p>
    <w:p>
      <w:r>
        <w:br/>
        <w:t>Філінт&lt;br /&gt;</w:t>
        <w:br/>
        <w:t>Хай буде краще лад…</w:t>
      </w:r>
    </w:p>
    <w:p>
      <w:r>
        <w:br/>
        <w:t>Альсест&lt;br /&gt;</w:t>
        <w:br/>
        <w:t>Лихе лихим назву я завжди, слово честі.</w:t>
      </w:r>
    </w:p>
    <w:p>
      <w:r>
        <w:br/>
        <w:t>Філінт&lt;br /&gt;</w:t>
        <w:br/>
        <w:t>Ні, поступитися вам трохи слід, Альсесте,&lt;br /&gt;</w:t>
        <w:br/>
        <w:t>Ідіть же.</w:t>
      </w:r>
    </w:p>
    <w:p>
      <w:r>
        <w:br/>
        <w:t>Альсест&lt;br /&gt;</w:t>
        <w:br/>
        <w:t>Я піду — та голос анічий&lt;br /&gt;</w:t>
        <w:br/>
        <w:t>Мене не всилує…</w:t>
      </w:r>
    </w:p>
    <w:p>
      <w:r>
        <w:br/>
        <w:t>Філінт&lt;br /&gt;</w:t>
        <w:br/>
        <w:t>Збирайтеся мерщій.</w:t>
      </w:r>
    </w:p>
    <w:p>
      <w:r>
        <w:br/>
        <w:t>Альсест&lt;br /&gt;</w:t>
        <w:br/>
        <w:t>Допоки сам король наказом іменовим&lt;br /&gt;</w:t>
        <w:br/>
        <w:t>Не повелить мені озватись іншим словом, —&lt;br /&gt;</w:t>
        <w:br/>
        <w:t>Я все казатиму, свідомий власних прав,&lt;br /&gt;</w:t>
        <w:br/>
        <w:t>Що шибениці варт, хто вірші ті писав.&lt;br /&gt;</w:t>
        <w:br/>
        <w:t>(До Клітандра та Акаста, що сміються).&lt;br /&gt;</w:t>
        <w:br/>
        <w:t>А, грім та блискавка! Не думав я, признатись,&lt;br /&gt;</w:t>
        <w:br/>
        <w:t>Що я такий смішний!</w:t>
      </w:r>
    </w:p>
    <w:p>
      <w:r>
        <w:br/>
        <w:t>Селімена&lt;br /&gt;</w:t>
        <w:br/>
        <w:t>Ну, годі зволікатись,&lt;br /&gt;</w:t>
        <w:br/>
        <w:t>Ідіть.</w:t>
      </w:r>
    </w:p>
    <w:p>
      <w:r>
        <w:br/>
        <w:t>Альсест&lt;br /&gt;</w:t>
        <w:br/>
        <w:t>Я, пані, йду, — але до вас вернусь&lt;br /&gt;</w:t>
        <w:br/>
        <w:t>І правди щирої од вас таки доб’юсь.</w:t>
      </w:r>
    </w:p>
    <w:p>
      <w:r>
        <w:br/>
        <w:t>ДІЯ ТРЕТЯ</w:t>
      </w:r>
    </w:p>
    <w:p>
      <w:r>
        <w:br/>
        <w:t>ЯВА 1</w:t>
      </w:r>
    </w:p>
    <w:p>
      <w:r>
        <w:br/>
        <w:t>Клітандр, Акаст.</w:t>
      </w:r>
    </w:p>
    <w:p>
      <w:r>
        <w:br/>
        <w:t>Клітандр&lt;br /&gt;</w:t>
        <w:br/>
        <w:t>Маркізе, інколи дивуюсь я, їй-богу:&lt;br /&gt;</w:t>
        <w:br/>
        <w:t>Веселий ти щодня, вдоволений з усього.&lt;br /&gt;</w:t>
        <w:br/>
        <w:t>Скажи по щирості: де теє джерело,&lt;br /&gt;</w:t>
        <w:br/>
        <w:t>Що стільки радощів душі твоїй дало?</w:t>
      </w:r>
    </w:p>
    <w:p>
      <w:r>
        <w:br/>
        <w:t>Акаст&lt;br /&gt;</w:t>
        <w:br/>
        <w:t>Туди к нечистому! Я джерела не знаю,&lt;br /&gt;</w:t>
        <w:br/>
        <w:t>Щоб набиратися печалі та одчаю!&lt;br /&gt;</w:t>
        <w:br/>
        <w:t>Адже ж я не бідар, не хоровитий дід,&lt;br /&gt;</w:t>
        <w:br/>
        <w:t>Шляхетним зветься мій не без підстави рід,&lt;br /&gt;</w:t>
        <w:br/>
        <w:t>І є таких посад у королівстві мало,&lt;br /&gt;</w:t>
        <w:br/>
        <w:t>Яких ім’я моє посісти б не давало.&lt;br /&gt;</w:t>
        <w:br/>
        <w:t>Хтось, може, смілості мені закине брак?&lt;br /&gt;</w:t>
        <w:br/>
        <w:t>Та кожне бачило і добре знає всяк,&lt;br /&gt;</w:t>
        <w:br/>
        <w:t>Що я ставав не раз одважно на дуелі,&lt;br /&gt;</w:t>
        <w:br/>
        <w:t>Немов на ігрища виходячи веселі.&lt;br /&gt;</w:t>
        <w:br/>
        <w:t>Смаку і розуму мені не. позичать:&lt;br /&gt;</w:t>
        <w:br/>
        <w:t>Про все я впевнено зугарен міркувать,&lt;br /&gt;</w:t>
        <w:br/>
        <w:t>Умію, сидячи на щонайпершій лаві,&lt;br /&gt;</w:t>
        <w:br/>
        <w:t>Складати, як суддя, ціну новій виставі&lt;br /&gt;</w:t>
        <w:br/>
        <w:t>І подавати знак до шуму та хвали,&lt;br /&gt;</w:t>
        <w:br/>
        <w:t>Як гарну сцену нам актори удали!&lt;br /&gt;</w:t>
        <w:br/>
        <w:t>Я маю грацію, я маю взір привабний,&lt;br /&gt;</w:t>
        <w:br/>
        <w:t>І зуби наче сніг, і стан тонкий та зграбний,&lt;br /&gt;</w:t>
        <w:br/>
        <w:t>А зодягатися — скажу без зайвих слів —&lt;br /&gt;</w:t>
        <w:br/>
        <w:t>У цілій Франції нема таких митців.&lt;br /&gt;</w:t>
        <w:br/>
        <w:t>Жіноцтву красному я завжди до вподоби,&lt;br /&gt;</w:t>
        <w:br/>
        <w:t>І сам король мені не відмовля в Шанобі.&lt;br /&gt;</w:t>
        <w:br/>
        <w:t>Усе це зваживши, ти визнаєш і сам,&lt;br /&gt;</w:t>
        <w:br/>
        <w:t>Що можу я своїм пишатися життям.</w:t>
      </w:r>
    </w:p>
    <w:p>
      <w:r>
        <w:br/>
        <w:t>Клітандр&lt;br /&gt;</w:t>
        <w:br/>
        <w:t>Ведеться скрізь тобі щасливо у коханні, —&lt;br /&gt;</w:t>
        <w:br/>
        <w:t>Навіщо ж тратиш тут даремні ти зітхання?</w:t>
      </w:r>
    </w:p>
    <w:p>
      <w:r>
        <w:br/>
        <w:t>Акаст&lt;br /&gt;</w:t>
        <w:br/>
        <w:t>Даремні? Вдався я, маркізе, не з таких,&lt;br /&gt;</w:t>
        <w:br/>
        <w:t>Щоб залицятися по-марному, на сміх!&lt;br /&gt;</w:t>
        <w:br/>
        <w:t>Хай ті лиш, хто не взяв ні вродою, ні спритом,&lt;br /&gt;</w:t>
        <w:br/>
        <w:t>Під ноги стеляться красуням гордовитим,&lt;br /&gt;</w:t>
        <w:br/>
        <w:t>Благають, скаржаться, вдаються до зітхань,&lt;br /&gt;</w:t>
        <w:br/>
        <w:t>До рабських лестощів і до гірких ридань&lt;br /&gt;</w:t>
        <w:br/>
        <w:t>І мріють довгою дорогою такою&lt;br /&gt;</w:t>
        <w:br/>
        <w:t>Дійти солодкої заплати дорогої..&lt;br /&gt;</w:t>
        <w:br/>
        <w:t>Але такі, як я, маркізе, звикли йти&lt;br /&gt;</w:t>
        <w:br/>
        <w:t>Ходою певною до певної мети.&lt;br /&gt;</w:t>
        <w:br/>
        <w:t>Коли красуню я обожую і славлю, —&lt;br /&gt;</w:t>
        <w:br/>
        <w:t>За неї сам себе я нижче не поставлю&lt;br /&gt;</w:t>
        <w:br/>
        <w:t>І, замилований на вроду чарівну,&lt;br /&gt;</w:t>
        <w:br/>
        <w:t>Я знаю сам собі і місце, і ціну.&lt;br /&gt;</w:t>
        <w:br/>
        <w:t>Од безнадійної не мучуся я спраги&lt;br /&gt;</w:t>
        <w:br/>
        <w:t>І хочу щоразу в зальотах рівноваги.</w:t>
      </w:r>
    </w:p>
    <w:p>
      <w:r>
        <w:br/>
        <w:t>Клітандр&lt;br /&gt;</w:t>
        <w:br/>
        <w:t>Гадаєш, дуже ти до серця тут припав?</w:t>
      </w:r>
    </w:p>
    <w:p>
      <w:r>
        <w:br/>
        <w:t>Акаст&lt;br /&gt;</w:t>
        <w:br/>
        <w:t>Маркізе, певний я у цім не без підстав.</w:t>
      </w:r>
    </w:p>
    <w:p>
      <w:r>
        <w:br/>
        <w:t>Клітандр&lt;br /&gt;</w:t>
        <w:br/>
        <w:t>Повір: ти тішишся облудною маною,&lt;br /&gt;</w:t>
        <w:br/>
        <w:t>Ти сам себе сліпиш уявою палкою.</w:t>
      </w:r>
    </w:p>
    <w:p>
      <w:r>
        <w:br/>
        <w:t>Акаст&lt;br /&gt;</w:t>
        <w:br/>
        <w:t>Так, справді я сліпий, і все те — лиш мана.</w:t>
      </w:r>
    </w:p>
    <w:p>
      <w:r>
        <w:br/>
        <w:t>Клітандр&lt;br /&gt;</w:t>
        <w:br/>
        <w:t>Ні, звідки впевненість у тебе виркна?</w:t>
      </w:r>
    </w:p>
    <w:p>
      <w:r>
        <w:br/>
        <w:t>Акаст&lt;br /&gt;</w:t>
        <w:br/>
        <w:t>Я сам себе дурю.</w:t>
      </w:r>
    </w:p>
    <w:p>
      <w:r>
        <w:br/>
        <w:t>Клітандр&lt;br /&gt;</w:t>
        <w:br/>
        <w:t>На що ти уповаєш?</w:t>
      </w:r>
    </w:p>
    <w:p>
      <w:r>
        <w:br/>
        <w:t>Акаст&lt;br /&gt;</w:t>
        <w:br/>
        <w:t>Я тільки тішуся!</w:t>
      </w:r>
    </w:p>
    <w:p>
      <w:r>
        <w:br/>
        <w:t>Клітандр&lt;br /&gt;</w:t>
        <w:br/>
        <w:t>Чи докази ти маєш?</w:t>
      </w:r>
    </w:p>
    <w:p>
      <w:r>
        <w:br/>
        <w:t>Акаст&lt;br /&gt;</w:t>
        <w:br/>
        <w:t>Кажу ж тобі: мана!</w:t>
      </w:r>
    </w:p>
    <w:p>
      <w:r>
        <w:br/>
        <w:t>Клітандр&lt;br /&gt;</w:t>
        <w:br/>
        <w:t>Чи, може, ти з розмов&lt;br /&gt;</w:t>
        <w:br/>
        <w:t>Із Селіменою дізнав її любов?</w:t>
      </w:r>
    </w:p>
    <w:p>
      <w:r>
        <w:br/>
        <w:t>Акаст&lt;br /&gt;</w:t>
        <w:br/>
        <w:t>Їй не цікавий я.</w:t>
      </w:r>
    </w:p>
    <w:p>
      <w:r>
        <w:br/>
        <w:t>Клітандр&lt;br /&gt;</w:t>
        <w:br/>
        <w:t>Та ну-бо, не ховайся!</w:t>
      </w:r>
    </w:p>
    <w:p>
      <w:r>
        <w:br/>
        <w:t>Акаст&lt;br /&gt;</w:t>
        <w:br/>
        <w:t>Любов моя смішна.</w:t>
      </w:r>
    </w:p>
    <w:p>
      <w:r>
        <w:br/>
        <w:t>Клітандр&lt;br /&gt;</w:t>
        <w:br/>
        <w:t>Кинь жарти ці, признайся,&lt;br /&gt;</w:t>
        <w:br/>
        <w:t>Чому надієшся свойого ти дійти?</w:t>
      </w:r>
    </w:p>
    <w:p>
      <w:r>
        <w:br/>
        <w:t>Акаст&lt;br /&gt;</w:t>
        <w:br/>
        <w:t>Ох, я відкинутий, зате щасливий — ти!&lt;br /&gt;</w:t>
        <w:br/>
        <w:t>Огиду я лише в красуні викликаю&lt;br /&gt;</w:t>
        <w:br/>
        <w:t>І, певне, в ближчих днях повішуся з одчаю.</w:t>
      </w:r>
    </w:p>
    <w:p>
      <w:r>
        <w:br/>
        <w:t>Клітандр&lt;br /&gt;</w:t>
        <w:br/>
        <w:t>Маркізе! Нащо нам змагатися щомить?&lt;br /&gt;</w:t>
        <w:br/>
        <w:t>Таж ліпше в злагоді, одверто й щиро жить!&lt;br /&gt;</w:t>
        <w:br/>
        <w:t>Як підпаде один під ласку Селімени, —&lt;br /&gt;</w:t>
        <w:br/>
        <w:t>Хай другий з нас піде без боротьби зо сцени&lt;br /&gt;</w:t>
        <w:br/>
        <w:t>І перебійцеві одкриє вільний шлях!&lt;br /&gt;</w:t>
        <w:br/>
        <w:t>Гаразд? Ударимо, маркізе, по руках?</w:t>
      </w:r>
    </w:p>
    <w:p>
      <w:r>
        <w:br/>
        <w:t>Акаст&lt;br /&gt;</w:t>
        <w:br/>
        <w:t>А, лихо матері! План, далебі, чудовий!&lt;br /&gt;</w:t>
        <w:br/>
        <w:t>Його приймаю я, не. може бути й мови!&lt;br /&gt;</w:t>
        <w:br/>
        <w:t>Та цить-но…</w:t>
      </w:r>
    </w:p>
    <w:p>
      <w:r>
        <w:br/>
        <w:t>ЯВА 2</w:t>
      </w:r>
    </w:p>
    <w:p>
      <w:r>
        <w:br/>
        <w:t>Селімена, Акаст, Клітандр.</w:t>
      </w:r>
    </w:p>
    <w:p>
      <w:r>
        <w:br/>
        <w:t>Селімена&lt;br /&gt;</w:t>
        <w:br/>
        <w:t>Ви ще тут?</w:t>
      </w:r>
    </w:p>
    <w:p>
      <w:r>
        <w:br/>
        <w:t>Клітандр&lt;br /&gt;</w:t>
        <w:br/>
        <w:t>Нас держить тут любов.</w:t>
      </w:r>
    </w:p>
    <w:p>
      <w:r>
        <w:br/>
        <w:t>Селімена&lt;br /&gt;</w:t>
        <w:br/>
        <w:t>Я чула, унизу там хтось під’їхав знов.&lt;br /&gt;</w:t>
        <w:br/>
        <w:t>Не знаєте ви — хто?</w:t>
      </w:r>
    </w:p>
    <w:p>
      <w:r>
        <w:br/>
        <w:t>Клітандр&lt;br /&gt;</w:t>
        <w:br/>
        <w:t>Ні.</w:t>
      </w:r>
    </w:p>
    <w:p>
      <w:r>
        <w:br/>
        <w:t>ЯВА 3</w:t>
      </w:r>
    </w:p>
    <w:p>
      <w:r>
        <w:br/>
        <w:t>Селімена, Акаст, Клітандр, Баск.</w:t>
      </w:r>
    </w:p>
    <w:p>
      <w:r>
        <w:br/>
        <w:t>Баск&lt;br /&gt;</w:t>
        <w:br/>
        <w:t>Пані Арсіноя&lt;br /&gt;</w:t>
        <w:br/>
        <w:t>До вас.</w:t>
      </w:r>
    </w:p>
    <w:p>
      <w:r>
        <w:br/>
        <w:t>Селімена&lt;br /&gt;</w:t>
        <w:br/>
        <w:t>Чого ж бо то?</w:t>
      </w:r>
    </w:p>
    <w:p>
      <w:r>
        <w:br/>
        <w:t>Баск&lt;br /&gt;</w:t>
        <w:br/>
        <w:t>Вона у тім покої&lt;br /&gt;</w:t>
        <w:br/>
        <w:t>Із Еліантою. Дозволите просить?</w:t>
      </w:r>
    </w:p>
    <w:p>
      <w:r>
        <w:br/>
        <w:t>Селімена&lt;br /&gt;</w:t>
        <w:br/>
        <w:t>Нащо я їй здалась, не можу зрозуміть!</w:t>
      </w:r>
    </w:p>
    <w:p>
      <w:r>
        <w:br/>
        <w:t>Акаст&lt;br /&gt;</w:t>
        <w:br/>
        <w:t>За святобожницю вона усюди знана,&lt;br /&gt;</w:t>
        <w:br/>
        <w:t>І серця чистий пал…</w:t>
      </w:r>
    </w:p>
    <w:p>
      <w:r>
        <w:br/>
        <w:t>Селімена&lt;br /&gt;</w:t>
        <w:br/>
        <w:t>Удаваність! Омана!&lt;br /&gt;</w:t>
        <w:br/>
        <w:t>З життя втішатися вона притьмом жада,&lt;br /&gt;</w:t>
        <w:br/>
        <w:t>Та не ведеться їй, і в цьому вся біда.&lt;br /&gt;</w:t>
        <w:br/>
        <w:t>Вона од заздрості нетямиться важкої,&lt;br /&gt;</w:t>
        <w:br/>
        <w:t>Що хтось оточений закоханців юрбою, —&lt;br /&gt;</w:t>
        <w:br/>
        <w:t>І, непомічена, у самоті гіркій,&lt;br /&gt;</w:t>
        <w:br/>
        <w:t>За вади і гріхи картає рід людський.&lt;br /&gt;</w:t>
        <w:br/>
        <w:t>Той біль, що серце їй роз’ятрює і крає,&lt;br /&gt;</w:t>
        <w:br/>
        <w:t>Вона дівочості серпанком повиває&lt;br /&gt;</w:t>
        <w:br/>
        <w:t>І, честь рятуючи малих своїх приваб,&lt;br /&gt;</w:t>
        <w:br/>
        <w:t>Все неприступне їй пороком нарекла б.&lt;br /&gt;</w:t>
        <w:br/>
        <w:t>Проте зальотника бракує бідоласі.&lt;br /&gt;</w:t>
        <w:br/>
        <w:t>А надто їй Альсест зриває очі ласі.&lt;br /&gt;</w:t>
        <w:br/>
        <w:t>Тим і пече її, дратує вигляд мій,&lt;br /&gt;</w:t>
        <w:br/>
        <w:t>Немовби вкрала я те, що судилось їй,&lt;br /&gt;</w:t>
        <w:br/>
        <w:t>І злісних ревнощів огонь несамовитий&lt;br /&gt;</w:t>
        <w:br/>
        <w:t>Насилу-силу їй дається потаїти.&lt;br /&gt;</w:t>
        <w:br/>
        <w:t>Усе це — витівки фальшиві та дурні,&lt;br /&gt;</w:t>
        <w:br/>
        <w:t>І преподобниця ненависна мені!&lt;br /&gt;</w:t>
        <w:br/>
        <w:t>Я…</w:t>
      </w:r>
    </w:p>
    <w:p>
      <w:r>
        <w:br/>
        <w:t>ЯВА 4</w:t>
      </w:r>
    </w:p>
    <w:p>
      <w:r>
        <w:br/>
        <w:t>Арсіноя, Селімена, Клітандр, Акаст.</w:t>
      </w:r>
    </w:p>
    <w:p>
      <w:r>
        <w:br/>
        <w:t>Селімена&lt;br /&gt;</w:t>
        <w:br/>
        <w:t>Ах, який сюрприз! Як рада я нагоді&lt;br /&gt;</w:t>
        <w:br/>
        <w:t>Вас, пані, бачити в простій своїй господі!</w:t>
      </w:r>
    </w:p>
    <w:p>
      <w:r>
        <w:br/>
        <w:t>Арсіноя&lt;br /&gt;</w:t>
        <w:br/>
        <w:t>В поважній справі я приїхала сюди.</w:t>
      </w:r>
    </w:p>
    <w:p>
      <w:r>
        <w:br/>
        <w:t>Селімена&lt;br /&gt;</w:t>
        <w:br/>
        <w:t>Ах, з вами бачитись приємно завсігди!</w:t>
      </w:r>
    </w:p>
    <w:p>
      <w:r>
        <w:br/>
        <w:t>Клітандр і Акаст виходять сміючись.</w:t>
      </w:r>
    </w:p>
    <w:p>
      <w:r>
        <w:br/>
        <w:t>ЯВА 5</w:t>
      </w:r>
    </w:p>
    <w:p>
      <w:r>
        <w:br/>
        <w:t>Арсіноя, Селімена.</w:t>
      </w:r>
    </w:p>
    <w:p>
      <w:r>
        <w:br/>
        <w:t>Арсіноя&lt;br /&gt;</w:t>
        <w:br/>
        <w:t>Як добре, що від вас пішли оті панове!</w:t>
      </w:r>
    </w:p>
    <w:p>
      <w:r>
        <w:br/>
        <w:t>Селімена&lt;br /&gt;</w:t>
        <w:br/>
        <w:t>Сідайте ж.</w:t>
      </w:r>
    </w:p>
    <w:p>
      <w:r>
        <w:br/>
        <w:t>Арсіноя&lt;br /&gt;</w:t>
        <w:br/>
        <w:t>Дякую. Удатись до розмови&lt;br /&gt;</w:t>
        <w:br/>
        <w:t>Про речі, що для вас важливі і значні,&lt;br /&gt;</w:t>
        <w:br/>
        <w:t>На доказ приязні доводиться мені.&lt;br /&gt;</w:t>
        <w:br/>
        <w:t>Самі ви знаєте: між божими дарами&lt;br /&gt;</w:t>
        <w:br/>
        <w:t>Нам найдорожча честь без огріху, без плями, —&lt;br /&gt;</w:t>
        <w:br/>
        <w:t>Тому своїх думок од вас я не втаю&lt;br /&gt;</w:t>
        <w:br/>
        <w:t>І дружність виявлю найкраще тим свою.&lt;br /&gt;</w:t>
        <w:br/>
        <w:t>Учора декількох зустріла я знайомих,&lt;br /&gt;</w:t>
        <w:br/>
        <w:t>Людей, високою моральністю відомих.&lt;br /&gt;</w:t>
        <w:br/>
        <w:t>Хтось ваше, пані, там припом’янув ім’я —&lt;br /&gt;</w:t>
        <w:br/>
        <w:t>І прикрі осуди, на жаль, почула я.&lt;br /&gt;</w:t>
        <w:br/>
        <w:t>Юрба зальотників, блискуча і зухвала,&lt;br /&gt;</w:t>
        <w:br/>
        <w:t>Недобру славу вам у всьому місті склала,&lt;br /&gt;</w:t>
        <w:br/>
        <w:t>І стільки казано про вас речей лихих,&lt;br /&gt;</w:t>
        <w:br/>
        <w:t>Що стерпіти мені було несила їх.&lt;br /&gt;</w:t>
        <w:br/>
        <w:t>Я різних доказів була повинна вжити,&lt;br /&gt;</w:t>
        <w:br/>
        <w:t>Щоб вас од нападів жорстоких захистити:&lt;br /&gt;</w:t>
        <w:br/>
        <w:t>Казала, що вини тут вашої нема,&lt;br /&gt;</w:t>
        <w:br/>
        <w:t>Що ви люб’язні лиш, не більше, з усіма.&lt;br /&gt;</w:t>
        <w:br/>
        <w:t>Але ж відомо вам: таке в житті буває,&lt;br /&gt;</w:t>
        <w:br/>
        <w:t>Чому ніякого пробачення немає,&lt;br /&gt;</w:t>
        <w:br/>
        <w:t>І мусила, на жаль, погодитись я з тим,&lt;br /&gt;</w:t>
        <w:br/>
        <w:t>Що трохи є й підстав пересудам тяжким,&lt;br /&gt;</w:t>
        <w:br/>
        <w:t>Що межі ви в своїй зламали поведінці,&lt;br /&gt;</w:t>
        <w:br/>
        <w:t>Яких додержувать належить скромній жінці,&lt;br /&gt;</w:t>
        <w:br/>
        <w:t>І що очистити себе в людських очах&lt;br /&gt;</w:t>
        <w:br/>
        <w:t>Могли б ви ще й тепер, перемінивши шлях.&lt;br /&gt;</w:t>
        <w:br/>
        <w:t>Не те, щоб я сама повірила обмовам, —&lt;br /&gt;</w:t>
        <w:br/>
        <w:t>Нехай боронить бог! Та навіть випадковим&lt;br /&gt;</w:t>
        <w:br/>
        <w:t>Прикметам грішності охоче вірить люд,&lt;br /&gt;</w:t>
        <w:br/>
        <w:t>І треба про його нам пильно дбати суд.&lt;br /&gt;</w:t>
        <w:br/>
        <w:t>Я знаю, — розум ваш у тому запорука, —&lt;br /&gt;</w:t>
        <w:br/>
        <w:t>Що гніву в вас моя не викличе наука,&lt;br /&gt;</w:t>
        <w:br/>
        <w:t>Бо слово, сказане по правді в слушний час, —&lt;br /&gt;</w:t>
        <w:br/>
        <w:t>Лиш вицвіт приязні великої до вас.</w:t>
      </w:r>
    </w:p>
    <w:p>
      <w:r>
        <w:br/>
        <w:t>Селімена&lt;br /&gt;</w:t>
        <w:br/>
        <w:t>Я, пані, вдячна вам без краю та без міри;&lt;br /&gt;</w:t>
        <w:br/>
        <w:t>Дозвольте ж і мені сказати слово щире&lt;br /&gt;</w:t>
        <w:br/>
        <w:t>І за одвертість вам одвертістю сплатить,&lt;br /&gt;</w:t>
        <w:br/>
        <w:t>Бо вже й цьому якраз набігла слушна мить.&lt;br /&gt;</w:t>
        <w:br/>
        <w:t>Мені казали ви із приязні й любові&lt;br /&gt;</w:t>
        <w:br/>
        <w:t>Про ті лихі чутки, пересуди, обмови,&lt;br /&gt;</w:t>
        <w:br/>
        <w:t>Що я людей до них шановних призвела.&lt;br /&gt;</w:t>
        <w:br/>
        <w:t>Та знайте: і про вас недавно мова йшла&lt;br /&gt;</w:t>
        <w:br/>
        <w:t>У колі певному, відомому між нами&lt;br /&gt;</w:t>
        <w:br/>
        <w:t>Чуттів шляхетністю і світлими думками.&lt;br /&gt;</w:t>
        <w:br/>
        <w:t>Чеснотам віддана була увага там,&lt;br /&gt;</w:t>
        <w:br/>
        <w:t>А з того приводу дали увагу й вам.&lt;br /&gt;</w:t>
        <w:br/>
        <w:t>І що ж? Хоч боляче, а критися не буду:&lt;br /&gt;</w:t>
        <w:br/>
        <w:t>Я чула не хвалу вам, пані, лиш огуду&lt;br /&gt;</w:t>
        <w:br/>
        <w:t>За перебільшену суворість у словах,&lt;br /&gt;</w:t>
        <w:br/>
        <w:t>За те, що маєте ви непомірний страх&lt;br /&gt;</w:t>
        <w:br/>
        <w:t>До жесту вільного, до натяку легкого,&lt;br /&gt;</w:t>
        <w:br/>
        <w:t>Хоч би там не було злочинного нічого,&lt;br /&gt;</w:t>
        <w:br/>
        <w:t>За самовпевненість, за прописну мораль,&lt;br /&gt;</w:t>
        <w:br/>
        <w:t>За те, що всі у вас погірдний будять жаль,&lt;br /&gt;</w:t>
        <w:br/>
        <w:t>За те, що грішними веселих ви зовете&lt;br /&gt;</w:t>
        <w:br/>
        <w:t>І скрізь порочності вбачаєте прикмети.&lt;br /&gt;</w:t>
        <w:br/>
        <w:t>Розмова довела до думки під кінець,&lt;br /&gt;</w:t>
        <w:br/>
        <w:t>Що вам не слід себе вважати за взірець.&lt;br /&gt;</w:t>
        <w:br/>
        <w:t>"Навіщо, — казано, — святу їй удавати,&lt;br /&gt;</w:t>
        <w:br/>
        <w:t>Як святості й сліда в житті її не знати?&lt;br /&gt;</w:t>
        <w:br/>
        <w:t>Хоч молиться вона у захваті палкім,&lt;br /&gt;</w:t>
        <w:br/>
        <w:t>А слуги б’є свої, не платить грошей їм;&lt;br /&gt;</w:t>
        <w:br/>
        <w:t>Хоч церква над усе їй дорога та мила,&lt;br /&gt;</w:t>
        <w:br/>
        <w:t>А не цурається лице її білила;&lt;br /&gt;</w:t>
        <w:br/>
        <w:t>Хоч голе закрива вона на полотні,&lt;br /&gt;</w:t>
        <w:br/>
        <w:t>А не зовсім чужа реальній голизні!"&lt;br /&gt;</w:t>
        <w:br/>
        <w:t>Я боронити вас тоді взялася щиро,&lt;br /&gt;</w:t>
        <w:br/>
        <w:t>Казала, що не слід чуткам давати віру,&lt;br /&gt;</w:t>
        <w:br/>
        <w:t>Але ж перечити було затяжко всім,&lt;br /&gt;</w:t>
        <w:br/>
        <w:t>І мова висновком кінчилася таким,&lt;br /&gt;</w:t>
        <w:br/>
        <w:t>Що краще б вам було про себе більше дбати,&lt;br /&gt;</w:t>
        <w:br/>
        <w:t>Ніж інших осудам невпинним піддавати,&lt;br /&gt;</w:t>
        <w:br/>
        <w:t>Що перше, ніж людські вичислювать гріхи,&lt;br /&gt;</w:t>
        <w:br/>
        <w:t>Самі позбавитись повинні ви пихи,&lt;br /&gt;</w:t>
        <w:br/>
        <w:t>Що тільки хто живе і діє сам зразково,&lt;br /&gt;</w:t>
        <w:br/>
        <w:t>На проповідницьке хай зважується слово,&lt;br /&gt;</w:t>
        <w:br/>
        <w:t>А й то нехай би це чинили ліпше ті,&lt;br /&gt;</w:t>
        <w:br/>
        <w:t>Хто зрікся діл земних навіки у житті.&lt;br /&gt;</w:t>
        <w:br/>
        <w:t>Ваш розум теж мені нехибна запорука,&lt;br /&gt;</w:t>
        <w:br/>
        <w:t>Що гніву в вас моя не викличе наука,&lt;br /&gt;</w:t>
        <w:br/>
        <w:t>Бо слово, сказане по правді в слушний час,&lt;br /&gt;</w:t>
        <w:br/>
        <w:t>Лиш вицвіт приязні великої до вас.</w:t>
      </w:r>
    </w:p>
    <w:p>
      <w:r>
        <w:br/>
        <w:t>Арсіноя&lt;br /&gt;</w:t>
        <w:br/>
        <w:t>Хоч, може, речі я і прикрі вам казала,&lt;br /&gt;</w:t>
        <w:br/>
        <w:t>Та відсічі, проте, такої не чекала.&lt;br /&gt;</w:t>
        <w:br/>
        <w:t>Що ж, пані! Не беру своїх назад я слів,&lt;br /&gt;</w:t>
        <w:br/>
        <w:t>А жаль, що в вас вони такий збудили гнів.</w:t>
      </w:r>
    </w:p>
    <w:p>
      <w:r>
        <w:br/>
        <w:t>Селімена&lt;br /&gt;</w:t>
        <w:br/>
        <w:t>О пані, що це ви! Але ж було б чудово&lt;br /&gt;</w:t>
        <w:br/>
        <w:t>За звичай мати нам таку одверту мову,&lt;br /&gt;</w:t>
        <w:br/>
        <w:t>Самозасліпленню борню оголосить&lt;br /&gt;</w:t>
        <w:br/>
        <w:t>1 вади другові по-дружньому судить!&lt;br /&gt;</w:t>
        <w:br/>
        <w:t>Якщо ви згодитесь, давайте і надалі&lt;br /&gt;</w:t>
        <w:br/>
        <w:t>Виповідати все без лестощів і жалю,&lt;br /&gt;</w:t>
        <w:br/>
        <w:t>Що де говорено про мене чи про вас,&lt;br /&gt;</w:t>
        <w:br/>
        <w:t>Ні з чим не криючись, цураючись окрас.</w:t>
      </w:r>
    </w:p>
    <w:p>
      <w:r>
        <w:br/>
        <w:t>Арсіноя&lt;br /&gt;</w:t>
        <w:br/>
        <w:t>Про вас лихого я і слухати не буду, —&lt;br /&gt;</w:t>
        <w:br/>
        <w:t>Я заслуговую сама лиш на огуду.</w:t>
      </w:r>
    </w:p>
    <w:p>
      <w:r>
        <w:br/>
        <w:t>Селімена&lt;br /&gt;</w:t>
        <w:br/>
        <w:t>Хвалити й гудити ми можем так і сяк:&lt;br /&gt;</w:t>
        <w:br/>
        <w:t>До того нас веде звичайно вік чи смак.&lt;br /&gt;</w:t>
        <w:br/>
        <w:t>Є певні, згодьтеся, літа для залицяння&lt;br /&gt;</w:t>
        <w:br/>
        <w:t>І для суворого чесноті слугування.&lt;br /&gt;</w:t>
        <w:br/>
        <w:t>Як промінь, юності притьмарився й погас,&lt;br /&gt;</w:t>
        <w:br/>
        <w:t>То що вже іншого лишається для нас,&lt;br /&gt;</w:t>
        <w:br/>
        <w:t>Як не прикритися покровом соромливим…&lt;br /&gt;</w:t>
        <w:br/>
        <w:t>Так, може, й я колись ступатиму в сліди вам.&lt;br /&gt;</w:t>
        <w:br/>
        <w:t>Літа міняють нас і наокружний світ, —&lt;br /&gt;</w:t>
        <w:br/>
        <w:t>Та хоче радощів, хто має двадцять літ.</w:t>
      </w:r>
    </w:p>
    <w:p>
      <w:r>
        <w:br/>
        <w:t>Арсіноя&lt;br /&gt;</w:t>
        <w:br/>
        <w:t>Надміру бачите різницю ви між нами&lt;br /&gt;</w:t>
        <w:br/>
        <w:t>І тільки й знаєте, що хвалитесь літами.&lt;br /&gt;</w:t>
        <w:br/>
        <w:t>Тим часом віком я не так-то й одійшла,&lt;br /&gt;</w:t>
        <w:br/>
        <w:t>Щоб тим пишатися причина в вас була.&lt;br /&gt;</w:t>
        <w:br/>
        <w:t>Не знаю взагалі, навіщо цього разу&lt;br /&gt;</w:t>
        <w:br/>
        <w:t>Так хочете мені ви кинути образу?</w:t>
      </w:r>
    </w:p>
    <w:p>
      <w:r>
        <w:br/>
        <w:t>Селімена&lt;br /&gt;</w:t>
        <w:br/>
        <w:t>А я, добродійко, не втямлю, що за знак,&lt;br /&gt;</w:t>
        <w:br/>
        <w:t>Що ненавидите мене ви ревно так!&lt;br /&gt;</w:t>
        <w:br/>
        <w:t>Чи, може, винна я, що вам не пощастило&lt;br /&gt;</w:t>
        <w:br/>
        <w:t>І повернути вам те щастя маю силу?&lt;br /&gt;</w:t>
        <w:br/>
        <w:t>Коли у людях я розбуджую любов,&lt;br /&gt;</w:t>
        <w:br/>
        <w:t>Коли закоханих я бачу знов і знов,&lt;br /&gt;</w:t>
        <w:br/>
        <w:t>А вам, на жаль, про це доводиться лиш мріять, —&lt;br /&gt;</w:t>
        <w:br/>
        <w:t>Де тут моя вина і що я можу вдіять?&lt;br /&gt;</w:t>
        <w:br/>
        <w:t>Я на заваді вам ні в чому не стою,&lt;br /&gt;</w:t>
        <w:br/>
        <w:t>Тож силу спробуйте у чарах ви й свою.</w:t>
      </w:r>
    </w:p>
    <w:p>
      <w:r>
        <w:br/>
        <w:t>Арсіноя&lt;br /&gt;</w:t>
        <w:br/>
        <w:t>Як? Думаєте ви, що заздрощі я маю&lt;br /&gt;</w:t>
        <w:br/>
        <w:t>На тих зальотників хвалену вашу зграю?&lt;br /&gt;</w:t>
        <w:br/>
        <w:t>Чи ж дорогої ми не відаєм ціни,&lt;br /&gt;</w:t>
        <w:br/>
        <w:t>Якою можуть нам дістатися вони?&lt;br /&gt;</w:t>
        <w:br/>
        <w:t>І хто повірить вам, що їхні всі зітхання —&lt;br /&gt;</w:t>
        <w:br/>
        <w:t>Лиш прояв чистого, шляхетного кохання,&lt;br /&gt;</w:t>
        <w:br/>
        <w:t>Що ви цнотливістю приваблюєте їх&lt;br /&gt;</w:t>
        <w:br/>
        <w:t>І що немає тут і натяку на гріх?&lt;br /&gt;</w:t>
        <w:br/>
        <w:t>Ні! Люди не сліпі і не зовсім без тями.&lt;br /&gt;</w:t>
        <w:br/>
        <w:t>Адже ж і інші є любові варті дами,&lt;br /&gt;</w:t>
        <w:br/>
        <w:t>Що мають і красу, і гострий ум, і хист,&lt;br /&gt;</w:t>
        <w:br/>
        <w:t>А не волочиться, за ними цілий хвіст&lt;br /&gt;</w:t>
        <w:br/>
        <w:t>Мужчин закоханих. Щоб їх причарувати,&lt;br /&gt;</w:t>
        <w:br/>
        <w:t>Не досить гарні їм лише слова казати,&lt;br /&gt;</w:t>
        <w:br/>
        <w:t>І опинитися тут можна мимохіть&lt;br /&gt;</w:t>
        <w:br/>
        <w:t>В становищі, коли доводиться платить&lt;br /&gt;</w:t>
        <w:br/>
        <w:t>За їх поклонництво утратою чесноти.&lt;br /&gt;</w:t>
        <w:br/>
        <w:t>Тож не втішайтеся ви з марної марноти,&lt;br /&gt;</w:t>
        <w:br/>
        <w:t>Одкиньте гордощі фальшиві і пусті,&lt;br /&gt;</w:t>
        <w:br/>
        <w:t>Не всіх-бо те, що вас, чарує у житті.&lt;br /&gt;</w:t>
        <w:br/>
        <w:t>Коли б ми заздрили на ваші перемоги,&lt;br /&gt;</w:t>
        <w:br/>
        <w:t>То, певне, вашої гляділи б і дороги&lt;br /&gt;</w:t>
        <w:br/>
        <w:t>І не зосталися б, повірте, без отих Палких зальотників, коли б хотіли їх.</w:t>
      </w:r>
    </w:p>
    <w:p>
      <w:r>
        <w:br/>
        <w:t>Селімена&lt;br /&gt;</w:t>
        <w:br/>
        <w:t>Чудесно! Чом же ви іще не завели їх?&lt;br /&gt;</w:t>
        <w:br/>
        <w:t>Чому живуть вони лише у ваших мріях?&lt;br /&gt;</w:t>
        <w:br/>
        <w:t>Не гайтесь…</w:t>
      </w:r>
    </w:p>
    <w:p>
      <w:r>
        <w:br/>
        <w:t>Арсіноя&lt;br /&gt;</w:t>
        <w:br/>
        <w:t>Покладім кінець розмові цій:&lt;br /&gt;</w:t>
        <w:br/>
        <w:t>І так ми вже зайшли далеко надто в ній.&lt;br /&gt;</w:t>
        <w:br/>
        <w:t>Давно б уже її належало урвати,&lt;br /&gt;</w:t>
        <w:br/>
        <w:t>Та на карету я ще мушу зачекати,</w:t>
      </w:r>
    </w:p>
    <w:p>
      <w:r>
        <w:br/>
        <w:t>Селімена&lt;br /&gt;</w:t>
        <w:br/>
        <w:t>О, прошу! Рада я, що гостю бог послав,&lt;br /&gt;</w:t>
        <w:br/>
        <w:t>І поспішати вам зовсім нема підстав.&lt;br /&gt;</w:t>
        <w:br/>
        <w:t>А як стомилися ви од моєї мови,&lt;br /&gt;</w:t>
        <w:br/>
        <w:t>То випадок стає в пригоді нам чудовий:&lt;br /&gt;</w:t>
        <w:br/>
        <w:t>Альсест он, бачите, ступив через поріг —&lt;br /&gt;</w:t>
        <w:br/>
        <w:t>А він би вже то вас розважити не зміг!</w:t>
      </w:r>
    </w:p>
    <w:p>
      <w:r>
        <w:br/>
        <w:t>ЯВА 6</w:t>
      </w:r>
    </w:p>
    <w:p>
      <w:r>
        <w:br/>
        <w:t>Альсест, Селімена, Арсіноя.</w:t>
      </w:r>
    </w:p>
    <w:p>
      <w:r>
        <w:br/>
        <w:t>Селімена&lt;br /&gt;</w:t>
        <w:br/>
        <w:t>Альсесте, маю я записку певну скласти,&lt;br /&gt;</w:t>
        <w:br/>
        <w:t>Щоб неприємностям великим не підпасти,&lt;br /&gt;</w:t>
        <w:br/>
        <w:t>Тож мушу вас удвох із гостею лишить…&lt;br /&gt;</w:t>
        <w:br/>
        <w:t>Надіюсь цим її не вельми розгнівить.</w:t>
      </w:r>
    </w:p>
    <w:p>
      <w:r>
        <w:br/>
        <w:t>ЯВА 7</w:t>
      </w:r>
    </w:p>
    <w:p>
      <w:r>
        <w:br/>
        <w:t>Альсест, Арсіноя.</w:t>
      </w:r>
    </w:p>
    <w:p>
      <w:r>
        <w:br/>
        <w:t>Арсіноя&lt;br /&gt;</w:t>
        <w:br/>
        <w:t>Як добре, що удвох ми, пане, на розмові!&lt;br /&gt;</w:t>
        <w:br/>
        <w:t>Хоч наші зустрічі, звичайно, випадкові,&lt;br /&gt;</w:t>
        <w:br/>
        <w:t>Але признаюся: я завжди рада їм —&lt;br /&gt;</w:t>
        <w:br/>
        <w:t>І з того приводу вам дещо оповім.&lt;br /&gt;</w:t>
        <w:br/>
        <w:t>Єсть люди, що до їх любові та пошани&lt;br /&gt;</w:t>
        <w:br/>
        <w:t>Усяке сповниться, хто тільки оком гляне.&lt;br /&gt;</w:t>
        <w:br/>
        <w:t>І в вас, добродію, є риси чарівні,&lt;br /&gt;</w:t>
        <w:br/>
        <w:t>Що будять співчуття і щирість у мені.&lt;br /&gt;</w:t>
        <w:br/>
        <w:t>Шкода лише, що двір немов недобачає&lt;br /&gt;</w:t>
        <w:br/>
        <w:t>Того, хто дивними чеснотами сіяє&lt;br /&gt;</w:t>
        <w:br/>
        <w:t>І слави вищої давно вже заслужив.&lt;br /&gt;</w:t>
        <w:br/>
        <w:t>На думку цю мене пече нестримний гнів.</w:t>
      </w:r>
    </w:p>
    <w:p>
      <w:r>
        <w:br/>
        <w:t>Альсест&lt;br /&gt;</w:t>
        <w:br/>
        <w:t>Я, пані? Та чи ж я тієї вартий слави?&lt;br /&gt;</w:t>
        <w:br/>
        <w:t>Що я зробив таке для трону, для держави?&lt;br /&gt;</w:t>
        <w:br/>
        <w:t>Де подвиги мої? І чи прийшла пора,&lt;br /&gt;</w:t>
        <w:br/>
        <w:t>Щоб домагався я заплати від двора?</w:t>
      </w:r>
    </w:p>
    <w:p>
      <w:r>
        <w:br/>
        <w:t>Арсіноя&lt;br /&gt;</w:t>
        <w:br/>
        <w:t>Не всі ж бо й подвиги нечувані чинили,&lt;br /&gt;</w:t>
        <w:br/>
        <w:t>Хто при дворі засяг і нагород, і сили;&lt;br /&gt;</w:t>
        <w:br/>
        <w:t>Аби лиш випадок щасливий допоміг&lt;br /&gt;</w:t>
        <w:br/>
        <w:t>Добути…</w:t>
      </w:r>
    </w:p>
    <w:p>
      <w:r>
        <w:br/>
        <w:t>Альсест&lt;br /&gt;</w:t>
        <w:br/>
        <w:t>Залишіть чесноти ви, на бога!&lt;br /&gt;</w:t>
        <w:br/>
        <w:t>Чи ж цікавішого не має двір нічого,&lt;br /&gt;</w:t>
        <w:br/>
        <w:t>Що мусив би зректись усіх своїх турбот&lt;br /&gt;</w:t>
        <w:br/>
        <w:t>Для марних розшуків захованих чеснот?</w:t>
      </w:r>
    </w:p>
    <w:p>
      <w:r>
        <w:br/>
        <w:t>Арсіноя&lt;br /&gt;</w:t>
        <w:br/>
        <w:t>Високий, пане, дух і сам себе появить!&lt;br /&gt;</w:t>
        <w:br/>
        <w:t>Не треба й доказів тому шукати навіть:&lt;br /&gt;</w:t>
        <w:br/>
        <w:t>Розумних і значних стрічала я осіб,&lt;br /&gt;</w:t>
        <w:br/>
        <w:t>Що похвали мої подвоїти могли б.</w:t>
      </w:r>
    </w:p>
    <w:p>
      <w:r>
        <w:br/>
        <w:t>Альсест&lt;br /&gt;</w:t>
        <w:br/>
        <w:t>Ех, пані, та кого ж тепер не хвалять люди?&lt;br /&gt;</w:t>
        <w:br/>
        <w:t>Здається, й місця вже немає для огуди!&lt;br /&gt;</w:t>
        <w:br/>
        <w:t>Великі нині всі, і кожен — ідеал!&lt;br /&gt;</w:t>
        <w:br/>
        <w:t>І мав би я з таких пишатися похвал?&lt;br /&gt;</w:t>
        <w:br/>
        <w:t>Всі очі, всі уста вихвалюванням дишуть,&lt;br /&gt;</w:t>
        <w:br/>
        <w:t>Про льокая мого і то в газетах пишуть!</w:t>
      </w:r>
    </w:p>
    <w:p>
      <w:r>
        <w:br/>
        <w:t>Арсіноя&lt;br /&gt;</w:t>
        <w:br/>
        <w:t>Проте хотіла б я, щоб двір вас постеріг…&lt;br /&gt;</w:t>
        <w:br/>
        <w:t>Я знаю декого, хто вам би допоміг&lt;br /&gt;</w:t>
        <w:br/>
        <w:t>Добитись певного там місця і визнання…&lt;br /&gt;</w:t>
        <w:br/>
        <w:t>Скажіть лише мені, що маєте бажання,&lt;br /&gt;</w:t>
        <w:br/>
        <w:t>А я зумію вже де треба натякнуть&lt;br /&gt;</w:t>
        <w:br/>
        <w:t>І вторувати вам легку й приємну путь.</w:t>
      </w:r>
    </w:p>
    <w:p>
      <w:r>
        <w:br/>
        <w:t>Альсест&lt;br /&gt;</w:t>
        <w:br/>
        <w:t>Навіщо це здалось? Я вдачі не такої!&lt;br /&gt;</w:t>
        <w:br/>
        <w:t>Дороги не терпів ніколи я вузької!&lt;br /&gt;</w:t>
        <w:br/>
        <w:t>Що мав би, пані, я робити при дворі,&lt;br /&gt;</w:t>
        <w:br/>
        <w:t>Де все збудоване на хитрощах, на грі?&lt;br /&gt;</w:t>
        <w:br/>
        <w:t>Таж я серед вельмож, що стали біля трону,&lt;br /&gt;</w:t>
        <w:br/>
        <w:t>У вчинках і речах збивався б тільки з тону!&lt;br /&gt;</w:t>
        <w:br/>
        <w:t>В суворій щирості — єдиний мій талан,&lt;br /&gt;</w:t>
        <w:br/>
        <w:t>І не родився я для лесток та оман.&lt;br /&gt;</w:t>
        <w:br/>
        <w:t>Коли не вміє хто думки свої таїти,&lt;br /&gt;</w:t>
        <w:br/>
        <w:t>У колі вищому той не повинен жити,&lt;br /&gt;</w:t>
        <w:br/>
        <w:t>А хай своїм шляхом одважно, скромно йде,&lt;br /&gt;</w:t>
        <w:br/>
        <w:t>Хоч пишних титулів він там і не найде.&lt;br /&gt;</w:t>
        <w:br/>
        <w:t>Зате, одрікшися всіх тих надій облудних,&lt;br /&gt;</w:t>
        <w:br/>
        <w:t>Він не смішитиме збіговищ велелюдних,&lt;br /&gt;</w:t>
        <w:br/>
        <w:t>Не буде змушений образи й глум терпіть,&lt;br /&gt;</w:t>
        <w:br/>
        <w:t>Лихенькі віршики такого-то хвалить,&lt;br /&gt;</w:t>
        <w:br/>
        <w:t>Такій-то фіміам палити слів чудових&lt;br /&gt;</w:t>
        <w:br/>
        <w:t>І зносить витівки маркізів безголових!</w:t>
      </w:r>
    </w:p>
    <w:p>
      <w:r>
        <w:br/>
        <w:t>Арсіноя&lt;br /&gt;</w:t>
        <w:br/>
        <w:t>Гаразд. Облишмо це, звернім на інший шлях.&lt;br /&gt;</w:t>
        <w:br/>
        <w:t>Признаюся: не раз і сум бере, і жах,&lt;br /&gt;</w:t>
        <w:br/>
        <w:t>Коли я здумаю про ваші почування.&lt;br /&gt;</w:t>
        <w:br/>
        <w:t>Кому, кому своє ви віддали кохання?&lt;br /&gt;</w:t>
        <w:br/>
        <w:t>Як ви засліплені, то вже прозріти час:&lt;br /&gt;</w:t>
        <w:br/>
        <w:t>Ви варті кращої, вона — не варта вас.</w:t>
      </w:r>
    </w:p>
    <w:p>
      <w:r>
        <w:br/>
        <w:t>Альсест&lt;br /&gt;</w:t>
        <w:br/>
        <w:t>Та ви ж у приязні з особою тією,&lt;br /&gt;</w:t>
        <w:br/>
        <w:t>Що неприхильно так говорите про неї!</w:t>
      </w:r>
    </w:p>
    <w:p>
      <w:r>
        <w:br/>
        <w:t>Арсіноя&lt;br /&gt;</w:t>
        <w:br/>
        <w:t>Так. І проте душа мовчати не велить&lt;br /&gt;</w:t>
        <w:br/>
        <w:t>Об тім, що низько вас обманюють щомить.&lt;br /&gt;</w:t>
        <w:br/>
        <w:t>Не можу стерпіти, хоч стерпіти б і рада,&lt;br /&gt;</w:t>
        <w:br/>
        <w:t>Що вся любов її — лише омана й зрада.</w:t>
      </w:r>
    </w:p>
    <w:p>
      <w:r>
        <w:br/>
        <w:t>Альсест&lt;br /&gt;</w:t>
        <w:br/>
        <w:t>Що ж! Піддаєтеся ви добрим почуттям,&lt;br /&gt;</w:t>
        <w:br/>
        <w:t>І чути річ таку — приємно завжди нам!</w:t>
      </w:r>
    </w:p>
    <w:p>
      <w:r>
        <w:br/>
        <w:t>Арсіноя&lt;br /&gt;</w:t>
        <w:br/>
        <w:t>Нехай я друг її, але сказати мушу,&lt;br /&gt;</w:t>
        <w:br/>
        <w:t>Що узяла вона в полон шляхетну душу,&lt;br /&gt;</w:t>
        <w:br/>
        <w:t>Лукаво вийшовши на ошуканський шлях!</w:t>
      </w:r>
    </w:p>
    <w:p>
      <w:r>
        <w:br/>
        <w:t>Альсест&lt;br /&gt;</w:t>
        <w:br/>
        <w:t>Не знаю… Тяжко нам читать в людських серцях…&lt;br /&gt;</w:t>
        <w:br/>
        <w:t>Та вашій добрості немовби й не пристало&lt;br /&gt;</w:t>
        <w:br/>
        <w:t>Хотіти, щоб мене зневірення опало!</w:t>
      </w:r>
    </w:p>
    <w:p>
      <w:r>
        <w:br/>
        <w:t>Арсіноя&lt;br /&gt;</w:t>
        <w:br/>
        <w:t>Коли волієте зостатись ви сліпим,&lt;br /&gt;</w:t>
        <w:br/>
        <w:t>То годі, пане мій! Цю тему залишім!</w:t>
      </w:r>
    </w:p>
    <w:p>
      <w:r>
        <w:br/>
        <w:t>Альсест&lt;br /&gt;</w:t>
        <w:br/>
        <w:t>Ні, хочу правди я! Адже в сердечних справах&lt;br /&gt;</w:t>
        <w:br/>
        <w:t>Немає гіршого від сумнівів лукавих,&lt;br /&gt;</w:t>
        <w:br/>
        <w:t>І хоч болить мене і мучить думка ця,&lt;br /&gt;</w:t>
        <w:br/>
        <w:t>Та прагну знати все до краю, до кінця!</w:t>
      </w:r>
    </w:p>
    <w:p>
      <w:r>
        <w:br/>
        <w:t>Арсіноя&lt;br /&gt;</w:t>
        <w:br/>
        <w:t>Усе сказали ви. Як ваша воля, пане,&lt;br /&gt;</w:t>
        <w:br/>
        <w:t>То правда в вічі вам несхована загляне.&lt;br /&gt;</w:t>
        <w:br/>
        <w:t>Вам досить лиш мене додому провести —&lt;br /&gt;</w:t>
        <w:br/>
        <w:t>І осягнете ви жаданої мети.&lt;br /&gt;</w:t>
        <w:br/>
        <w:t>Є вірні докази невірності у мене,&lt;br /&gt;</w:t>
        <w:br/>
        <w:t>І зрозумієте ви серце Селімени,&lt;br /&gt;</w:t>
        <w:br/>
        <w:t>А там… коли мине ошуки злої час…&lt;br /&gt;</w:t>
        <w:br/>
        <w:t>Хтось, може, знайдеться, що заспокоїть вас.</w:t>
      </w:r>
    </w:p>
    <w:p>
      <w:r>
        <w:br/>
        <w:t>ДІЯ ЧЕТВЕРТА</w:t>
      </w:r>
    </w:p>
    <w:p>
      <w:r>
        <w:br/>
        <w:t>ЯВА 1</w:t>
      </w:r>
    </w:p>
    <w:p>
      <w:r>
        <w:br/>
        <w:t>Еліанта, Філінт.</w:t>
      </w:r>
    </w:p>
    <w:p>
      <w:r>
        <w:br/>
        <w:t>Філінт&lt;br /&gt;</w:t>
        <w:br/>
        <w:t>Ну, та й удався ж він натурою завзятий!&lt;br /&gt;</w:t>
        <w:br/>
        <w:t>Нелегка річ була його переконати!&lt;br /&gt;</w:t>
        <w:br/>
        <w:t>Уже повертано ту справу й сяк і так,&lt;br /&gt;</w:t>
        <w:br/>
        <w:t>Але свого зректись він не хотів ніяк.&lt;br /&gt;</w:t>
        <w:br/>
        <w:t>Ніколи ще, мабуть, не чули ті панове,&lt;br /&gt;</w:t>
        <w:br/>
        <w:t>Мирити взявшися, чуднішої промови.&lt;br /&gt;</w:t>
        <w:br/>
        <w:t>"На все погоджуся, — казав він, — все прийму,&lt;br /&gt;</w:t>
        <w:br/>
        <w:t>А присуду свого назад я не візьму!&lt;br /&gt;</w:t>
        <w:br/>
        <w:t>Де ображатися вбачає він причини?&lt;br /&gt;</w:t>
        <w:br/>
        <w:t>Хіба писати зле — ганебно для людини?&lt;br /&gt;</w:t>
        <w:br/>
        <w:t>Таж може, — думати я так принаймні звик, —&lt;br /&gt;</w:t>
        <w:br/>
        <w:t>З лихого автора буть чесний чоловік.&lt;br /&gt;</w:t>
        <w:br/>
        <w:t>Нема тут жодної для самолюбства рани:&lt;br /&gt;</w:t>
        <w:br/>
        <w:t>У всьому гідний він поваги і пошани,&lt;br /&gt;</w:t>
        <w:br/>
        <w:t>Порядний, сміливий, справдешній дворянин, —&lt;br /&gt;</w:t>
        <w:br/>
        <w:t>Проте обстоюю: поет поганий він.&lt;br /&gt;</w:t>
        <w:br/>
        <w:t>Хвалю його за все від щирого я серця:&lt;br /&gt;</w:t>
        <w:br/>
        <w:t>За вправність на коні, у танцях чи на герці,&lt;br /&gt;</w:t>
        <w:br/>
        <w:t>А за поезії… даруйте вже на тім!&lt;br /&gt;</w:t>
        <w:br/>
        <w:t>Тоді б лише простив охоту я до рим,&lt;br /&gt;</w:t>
        <w:br/>
        <w:t>Якби загрозою кривавої відплати&lt;br /&gt;</w:t>
        <w:br/>
        <w:t>Його примушено ті віршики писати!"&lt;br /&gt;</w:t>
        <w:br/>
        <w:t>— Вмовляли всі його, як тільки-но могли,&lt;br /&gt;</w:t>
        <w:br/>
        <w:t>Нічого більшого, проте, не досягли,&lt;br /&gt;</w:t>
        <w:br/>
        <w:t>Як того, що сказав Оронту він: "Шкодую,&lt;br /&gt;</w:t>
        <w:br/>
        <w:t>Що так суворо я поезію ціную;&lt;br /&gt;</w:t>
        <w:br/>
        <w:t>Радніший був би смак я зовсім інший мать&lt;br /&gt;</w:t>
        <w:br/>
        <w:t>І щиро ваш сонет довершеним назвать".&lt;br /&gt;</w:t>
        <w:br/>
        <w:t>Тут їх примусили обнятися прилюдно,&lt;br /&gt;</w:t>
        <w:br/>
        <w:t>І справа та чудна так закінчилась чудно.</w:t>
      </w:r>
    </w:p>
    <w:p>
      <w:r>
        <w:br/>
        <w:t>Еліанта&lt;br /&gt;</w:t>
        <w:br/>
        <w:t>Щоправда, він усіх дивує не на жарт,&lt;br /&gt;</w:t>
        <w:br/>
        <w:t>Зате ж великої він і пошани варт.&lt;br /&gt;</w:t>
        <w:br/>
        <w:t>Ця щирість, хоч її ми бачити й незвичні,&lt;br /&gt;</w:t>
        <w:br/>
        <w:t>Душі показує прикмети героїчні,&lt;br /&gt;</w:t>
        <w:br/>
        <w:t>Високі пориви прекрасного ума, —&lt;br /&gt;</w:t>
        <w:br/>
        <w:t>І шкода тих мені, у кого їх нема.</w:t>
      </w:r>
    </w:p>
    <w:p>
      <w:r>
        <w:br/>
        <w:t>Філінт&lt;br /&gt;</w:t>
        <w:br/>
        <w:t>А я що більше з ним стрічаюся, признатись,&lt;br /&gt;</w:t>
        <w:br/>
        <w:t>То все дивую більш: як міг він закохатись?&lt;br /&gt;</w:t>
        <w:br/>
        <w:t>З такою вдачею і з розумом таким&lt;br /&gt;</w:t>
        <w:br/>
        <w:t>Чи можна ж почуттям даватися палким?&lt;br /&gt;</w:t>
        <w:br/>
        <w:t>А надто розгадать хотілось би причину,&lt;br /&gt;</w:t>
        <w:br/>
        <w:t>Чому закоханий у вашу він кузину?</w:t>
      </w:r>
    </w:p>
    <w:p>
      <w:r>
        <w:br/>
        <w:t>Еліанта&lt;br /&gt;</w:t>
        <w:br/>
        <w:t>Отож, як бачите, для ніжних почувань&lt;br /&gt;</w:t>
        <w:br/>
        <w:t>Різнота душ і вдач — ніяк не певна грань,&lt;br /&gt;</w:t>
        <w:br/>
        <w:t>І не в характерах однакових там сила,&lt;br /&gt;</w:t>
        <w:br/>
        <w:t>Де серця людського любов заговорила.</w:t>
      </w:r>
    </w:p>
    <w:p>
      <w:r>
        <w:br/>
        <w:t>Філінт&lt;br /&gt;</w:t>
        <w:br/>
        <w:t>Він любить, певна річ. А любить же вона?</w:t>
      </w:r>
    </w:p>
    <w:p>
      <w:r>
        <w:br/>
        <w:t>Еліанта&lt;br /&gt;</w:t>
        <w:br/>
        <w:t>Ну, справа зовсім тут, мій пане, не ясна!&lt;br /&gt;</w:t>
        <w:br/>
        <w:t>Як я могла б сказать про неї, чи кохає,&lt;br /&gt;</w:t>
        <w:br/>
        <w:t>Коли сама вона того, мабуть, не знає&lt;br /&gt;</w:t>
        <w:br/>
        <w:t>І в шумі лестощів та в галасі розмов&lt;br /&gt;</w:t>
        <w:br/>
        <w:t>Любов’ю гру зове і грою зве любов!</w:t>
      </w:r>
    </w:p>
    <w:p>
      <w:r>
        <w:br/>
        <w:t>Філінт&lt;br /&gt;</w:t>
        <w:br/>
        <w:t>Боюсь: мій приятель од вашої кузини&lt;br /&gt;</w:t>
        <w:br/>
        <w:t>Повік щасливої не матиме години!&lt;br /&gt;</w:t>
        <w:br/>
        <w:t>Коли б же він, як я, на цей поглянув світ,&lt;br /&gt;</w:t>
        <w:br/>
        <w:t>То іншу подругу для днів своїх і літ,&lt;br /&gt;</w:t>
        <w:br/>
        <w:t>Для палу чистого і вірного кохання Обрав би.&lt;br /&gt;</w:t>
        <w:br/>
        <w:t>Говорю про вас, ласкава пані.</w:t>
      </w:r>
    </w:p>
    <w:p>
      <w:r>
        <w:br/>
        <w:t>Еліанта&lt;br /&gt;</w:t>
        <w:br/>
        <w:t>Не буду критися; адже в таких речах&lt;br /&gt;</w:t>
        <w:br/>
        <w:t>Найкраще простий нам собі обрати шлях.&lt;br /&gt;</w:t>
        <w:br/>
        <w:t>До ніжних любощів Альсеста й Селімени&lt;br /&gt;</w:t>
        <w:br/>
        <w:t>Немає жодної ворожості у мене,&lt;br /&gt;</w:t>
        <w:br/>
        <w:t>І навіть помогла б йому я залюбки її жаданої добитися руки.&lt;br /&gt;</w:t>
        <w:br/>
        <w:t>Але якби йому судилося зазнати&lt;br /&gt;</w:t>
        <w:br/>
        <w:t>Усіх солодких мрій болючої утрати&lt;br /&gt;</w:t>
        <w:br/>
        <w:t>І серце іншому б кузина віддала,&lt;br /&gt;</w:t>
        <w:br/>
        <w:t>То, може б, я його утішити могла,&lt;br /&gt;</w:t>
        <w:br/>
        <w:t>Його освідчення без роздуму прийнявши&lt;br /&gt;</w:t>
        <w:br/>
        <w:t>І в спільну, дружню путь з ним рушивши назавше.</w:t>
      </w:r>
    </w:p>
    <w:p>
      <w:r>
        <w:br/>
        <w:t>Філінт&lt;br /&gt;</w:t>
        <w:br/>
        <w:t>До почуття, яке вам серце облягло,&lt;br /&gt;</w:t>
        <w:br/>
        <w:t>Так само не бере й мене найменше зло,&lt;br /&gt;</w:t>
        <w:br/>
        <w:t>І ви б могли самі Альсеста розпитати,&lt;br /&gt;</w:t>
        <w:br/>
        <w:t>У чому я хотів його переконати.&lt;br /&gt;</w:t>
        <w:br/>
        <w:t>Проте як Гіменей з’єднає руки їм,&lt;br /&gt;</w:t>
        <w:br/>
        <w:t>Як інша, а не ви, до шлюбу стане з ним,&lt;br /&gt;</w:t>
        <w:br/>
        <w:t>Дозвольте важити на той вінець щасливий,&lt;br /&gt;</w:t>
        <w:br/>
        <w:t>Котрим його чоло прикрасити ладні ви: —&lt;br /&gt;</w:t>
        <w:br/>
        <w:t>Не маю кращої серед найкращих мрій,&lt;br /&gt;</w:t>
        <w:br/>
        <w:t>Ніж гадка смілива про любий дар такий.</w:t>
      </w:r>
    </w:p>
    <w:p>
      <w:r>
        <w:br/>
        <w:t>Еліанта&lt;br /&gt;</w:t>
        <w:br/>
        <w:t>Та ви жартуєте!</w:t>
      </w:r>
    </w:p>
    <w:p>
      <w:r>
        <w:br/>
        <w:t>Філінт&lt;br /&gt;</w:t>
        <w:br/>
        <w:t>Ні, пані: щире слово&lt;br /&gt;</w:t>
        <w:br/>
        <w:t>У мене вирвалось зовсім не випадково,&lt;br /&gt;</w:t>
        <w:br/>
        <w:t>Бо марив я давно освідчитися вам,&lt;br /&gt;</w:t>
        <w:br/>
        <w:t>Яким до вас горю глибоким почуттям.</w:t>
      </w:r>
    </w:p>
    <w:p>
      <w:r>
        <w:br/>
        <w:t>ЯВА 2</w:t>
      </w:r>
    </w:p>
    <w:p>
      <w:r>
        <w:br/>
        <w:t>Альсест, Еліанта, Філінт.</w:t>
      </w:r>
    </w:p>
    <w:p>
      <w:r>
        <w:br/>
        <w:t>Альсест&lt;br /&gt;</w:t>
        <w:br/>
        <w:t>Вас, пані, вас молю: мені ви поможіте&lt;br /&gt;</w:t>
        <w:br/>
        <w:t>Тяжку й гірку мою навік образу змити!</w:t>
      </w:r>
    </w:p>
    <w:p>
      <w:r>
        <w:br/>
        <w:t>Еліанта&lt;br /&gt;</w:t>
        <w:br/>
        <w:t>Чим ви стурбовані і що вас так болить?</w:t>
      </w:r>
    </w:p>
    <w:p>
      <w:r>
        <w:br/>
        <w:t>Альсест&lt;br /&gt;</w:t>
        <w:br/>
        <w:t>О, легше міг би я всі кари пережить,&lt;br /&gt;</w:t>
        <w:br/>
        <w:t>Радніше б витерпів шалений гнів стихії,&lt;br /&gt;</w:t>
        <w:br/>
        <w:t>Ніж цей страшний кінець найкращої надії!&lt;br /&gt;</w:t>
        <w:br/>
        <w:t>Любов моя… Ні! Ні!.. Немає в мене слів!</w:t>
      </w:r>
    </w:p>
    <w:p>
      <w:r>
        <w:br/>
        <w:t>Еліанта&lt;br /&gt;</w:t>
        <w:br/>
        <w:t>Та заспокойтеся ж і поясніть ваш гнів!</w:t>
      </w:r>
    </w:p>
    <w:p>
      <w:r>
        <w:br/>
        <w:t>Альсест&lt;br /&gt;</w:t>
        <w:br/>
        <w:t>О! Чи небесний дар сполучуватись може&lt;br /&gt;</w:t>
        <w:br/>
        <w:t>З лукавством і гріхом в одній істоті, боже?</w:t>
      </w:r>
    </w:p>
    <w:p>
      <w:r>
        <w:br/>
        <w:t>Еліанта&lt;br /&gt;</w:t>
        <w:br/>
        <w:t>Скажіть же…</w:t>
      </w:r>
    </w:p>
    <w:p>
      <w:r>
        <w:br/>
        <w:t>Альсест&lt;br /&gt;</w:t>
        <w:br/>
        <w:t>Сповнилась душа моя ущерть!&lt;br /&gt;</w:t>
        <w:br/>
        <w:t>Усім надіям край! Отрута! Зрада! Смерть!&lt;br /&gt;</w:t>
        <w:br/>
        <w:t>Вона, кому любов присвячена безмірна, —&lt;br /&gt;</w:t>
        <w:br/>
        <w:t>Вона обманює, вона мені невірна!</w:t>
      </w:r>
    </w:p>
    <w:p>
      <w:r>
        <w:br/>
        <w:t>Еліанта&lt;br /&gt;</w:t>
        <w:br/>
        <w:t>А чи ж доведена провина ця тяжка?</w:t>
      </w:r>
    </w:p>
    <w:p>
      <w:r>
        <w:br/>
        <w:t>Філінт&lt;br /&gt;</w:t>
        <w:br/>
        <w:t>Могли узяти ви — бо вдача в вас така —&lt;br /&gt;</w:t>
        <w:br/>
        <w:t>За щиру правду те, що виросло з уяви!</w:t>
      </w:r>
    </w:p>
    <w:p>
      <w:r>
        <w:br/>
        <w:t>Альсест&lt;br /&gt;</w:t>
        <w:br/>
        <w:t>А! Не втручайтеся не до своєї справи!&lt;br /&gt;</w:t>
        <w:br/>
        <w:t>(До Еліанти).&lt;br /&gt;</w:t>
        <w:br/>
        <w:t>Певніших доказів, я думаю, нема&lt;br /&gt;</w:t>
        <w:br/>
        <w:t>За лист, де зрадниця підписує сама&lt;br /&gt;</w:t>
        <w:br/>
        <w:t>Рукою власною собі нехибний вирок.&lt;br /&gt;</w:t>
        <w:br/>
        <w:t>Так! До Оронта лист! Чи треба ж перевірок,&lt;br /&gt;</w:t>
        <w:br/>
        <w:t>Вагань і сумнівів? Оронт! Я з-між усіх&lt;br /&gt;</w:t>
        <w:br/>
        <w:t>Найменше думати на нього, пані, міг!</w:t>
      </w:r>
    </w:p>
    <w:p>
      <w:r>
        <w:br/>
        <w:t>Філінт&lt;br /&gt;</w:t>
        <w:br/>
        <w:t>Писанню ви цілком повірили, Альсесте,&lt;br /&gt;</w:t>
        <w:br/>
        <w:t>А це до помилки якраз могло призвести.</w:t>
      </w:r>
    </w:p>
    <w:p>
      <w:r>
        <w:br/>
        <w:t>Альсест&lt;br /&gt;</w:t>
        <w:br/>
        <w:t>До біса! Я вже раз, добродію, казав,&lt;br /&gt;</w:t>
        <w:br/>
        <w:t>Щоб тільки-но своїх ви пильнували справ!</w:t>
      </w:r>
    </w:p>
    <w:p>
      <w:r>
        <w:br/>
        <w:t>Еліанта&lt;br /&gt;</w:t>
        <w:br/>
        <w:t>Нащо доходити до гніву вам такого?&lt;br /&gt;</w:t>
        <w:br/>
        <w:t>Адже…</w:t>
      </w:r>
    </w:p>
    <w:p>
      <w:r>
        <w:br/>
        <w:t>Альсест&lt;br /&gt;</w:t>
        <w:br/>
        <w:t>У вас одній знайшов би я підмогу.&lt;br /&gt;</w:t>
        <w:br/>
        <w:t>Скажу не криючись: до вас я і прийшов,&lt;br /&gt;</w:t>
        <w:br/>
        <w:t>Щоб ви помстилися за зганьблену любов,&lt;br /&gt;</w:t>
        <w:br/>
        <w:t>Щоб зрадницю тяжким ударом покарали&lt;br /&gt;</w:t>
        <w:br/>
        <w:t>І ніжною мені утішницею стали.&lt;br /&gt;</w:t>
        <w:br/>
        <w:t>Помстіться! За страшне лукавство відплатіть!</w:t>
      </w:r>
    </w:p>
    <w:p>
      <w:r>
        <w:br/>
        <w:t>Еліанта&lt;br /&gt;</w:t>
        <w:br/>
        <w:t>Я, пане? Як же це?</w:t>
      </w:r>
    </w:p>
    <w:p>
      <w:r>
        <w:br/>
        <w:t>Альсест&lt;br /&gt;</w:t>
        <w:br/>
        <w:t>Любов мою прийміть,&lt;br /&gt;</w:t>
        <w:br/>
        <w:t>На все життя мені подайте вірну руку!&lt;br /&gt;</w:t>
        <w:br/>
        <w:t>Таж западе вона в страшну, смертельну муку,&lt;br /&gt;</w:t>
        <w:br/>
        <w:t>Як буде бачити, що іншу я люблю,&lt;br /&gt;</w:t>
        <w:br/>
        <w:t>Що погляд іншої з шанобою ловлю,&lt;br /&gt;</w:t>
        <w:br/>
        <w:t>Що в іншій я найшов утіху і розраду,&lt;br /&gt;</w:t>
        <w:br/>
        <w:t>Що серце" вам своє кладу під ноги радо!</w:t>
      </w:r>
    </w:p>
    <w:p>
      <w:r>
        <w:br/>
        <w:t>Еліанта&lt;br /&gt;</w:t>
        <w:br/>
        <w:t>Я співчуваю вам у хвилі цій тяжкій,&lt;br /&gt;</w:t>
        <w:br/>
        <w:t>А серце ваше — дар почесний і ясний.&lt;br /&gt;</w:t>
        <w:br/>
        <w:t>Та що, як ранено не дуже вас глибоко?&lt;br /&gt;</w:t>
        <w:br/>
        <w:t>Як перебільшило усе те ваше око?&lt;br /&gt;</w:t>
        <w:br/>
        <w:t>З руки коханої ви прийняли удар,&lt;br /&gt;</w:t>
        <w:br/>
        <w:t>Але для вас її ще не минувся чар,&lt;br /&gt;</w:t>
        <w:br/>
        <w:t>І хоч сьогодні ви бажаєте помститься,&lt;br /&gt;</w:t>
        <w:br/>
        <w:t>Узавтра, може, це бажання розлетиться.&lt;br /&gt;</w:t>
        <w:br/>
        <w:t>Прощає легко той, хто щиро полюбив,&lt;br /&gt;</w:t>
        <w:br/>
        <w:t>І гнів закоханих — це нетривалий гнів.</w:t>
      </w:r>
    </w:p>
    <w:p>
      <w:r>
        <w:br/>
        <w:t>Альсест&lt;br /&gt;</w:t>
        <w:br/>
        <w:t>Ні, пані. Я дійшов твердої постанови&lt;br /&gt;</w:t>
        <w:br/>
        <w:t>І за примирення не може бути й мови.&lt;br /&gt;</w:t>
        <w:br/>
        <w:t>Таку образу їй несила змить нічим;&lt;br /&gt;</w:t>
        <w:br/>
        <w:t>Себе шануючи, стою я на своїм.&lt;br /&gt;</w:t>
        <w:br/>
        <w:t>Іде… Ще більший гнів я чую в цю хвилину…&lt;br /&gt;</w:t>
        <w:br/>
        <w:t>У вічі просто їй палкий докір я кину,&lt;br /&gt;</w:t>
        <w:br/>
        <w:t>Я серце визволю із пут її тяжких&lt;br /&gt;</w:t>
        <w:br/>
        <w:t>І вам складу його без роздуму до ніг!</w:t>
      </w:r>
    </w:p>
    <w:p>
      <w:r>
        <w:br/>
        <w:t>ЯВА 3</w:t>
      </w:r>
    </w:p>
    <w:p>
      <w:r>
        <w:br/>
        <w:t>Селімена, Альсест.</w:t>
      </w:r>
    </w:p>
    <w:p>
      <w:r>
        <w:br/>
        <w:t>Альсест&lt;br /&gt;</w:t>
        <w:br/>
        <w:t>(набік)&lt;br /&gt;</w:t>
        <w:br/>
        <w:t>О небо! Як злобу стримать несамовиту!</w:t>
      </w:r>
    </w:p>
    <w:p>
      <w:r>
        <w:br/>
        <w:t>Селімена&lt;br /&gt;</w:t>
        <w:br/>
        <w:t>(до Альсеста)&lt;br /&gt;</w:t>
        <w:br/>
        <w:t>Що з вами сталося? Чому ви так сердито&lt;br /&gt;</w:t>
        <w:br/>
        <w:t>На мене дивитесь, нахмуривши чоло?&lt;br /&gt;</w:t>
        <w:br/>
        <w:t>Що вас до настрою такого призвело?</w:t>
      </w:r>
    </w:p>
    <w:p>
      <w:r>
        <w:br/>
        <w:t>Альсест&lt;br /&gt;</w:t>
        <w:br/>
        <w:t>А те, що на землі шукати марна праця&lt;br /&gt;</w:t>
        <w:br/>
        <w:t>Того, хто міг би вам лукавством дорівняться!&lt;br /&gt;</w:t>
        <w:br/>
        <w:t>Ні розум Сатани, ні неба лютий гнів&lt;br /&gt;</w:t>
        <w:br/>
        <w:t>Нічого злішого від вас не породив!</w:t>
      </w:r>
    </w:p>
    <w:p>
      <w:r>
        <w:br/>
        <w:t>Селімена&lt;br /&gt;</w:t>
        <w:br/>
        <w:t>Я вельми втішена з такого привітання!&lt;br /&gt;</w:t>
        <w:br/>
        <w:t>Спасибі красне вам!</w:t>
      </w:r>
    </w:p>
    <w:p>
      <w:r>
        <w:br/>
        <w:t>Альсест&lt;br /&gt;</w:t>
        <w:br/>
        <w:t>Тут не до сміху, пані!&lt;br /&gt;</w:t>
        <w:br/>
        <w:t>Палити має вас гіркий, нестерпний стид!&lt;br /&gt;</w:t>
        <w:br/>
        <w:t>Я зради вашої знайшов нарешті слід.&lt;br /&gt;</w:t>
        <w:br/>
        <w:t>Так ось чому щораз душа моя кипіла!&lt;br /&gt;</w:t>
        <w:br/>
        <w:t>Ось відки ревнощів ішла незборна сила,&lt;br /&gt;</w:t>
        <w:br/>
        <w:t>Що завжди вам така ненависна була!&lt;br /&gt;</w:t>
        <w:br/>
        <w:t>Од вас найбільшого я сподівався зла,&lt;br /&gt;</w:t>
        <w:br/>
        <w:t>І хоч таїлись ви та артистично грали, —&lt;br /&gt;</w:t>
        <w:br/>
        <w:t>Передчуття мені недолю віщували.&lt;br /&gt;</w:t>
        <w:br/>
        <w:t>Не думайте ж тепер, що з горя та з плачу&lt;br /&gt;</w:t>
        <w:br/>
        <w:t>Я за образу вам лиху не відплачу.&lt;br /&gt;</w:t>
        <w:br/>
        <w:t>Я знаю: розум тут не грає зовсім ролі,&lt;br /&gt;</w:t>
        <w:br/>
        <w:t>І виника любов у серці мимоволі,&lt;br /&gt;</w:t>
        <w:br/>
        <w:t>Душі не всилуєш ніколи і нічим,&lt;br /&gt;</w:t>
        <w:br/>
        <w:t>І вільний кожен з нас у виборі своїм.&lt;br /&gt;</w:t>
        <w:br/>
        <w:t>Тому без нарікань я б розлучився з вами,&lt;br /&gt;</w:t>
        <w:br/>
        <w:t>Якби сказали все ви щирими устами, —&lt;br /&gt;</w:t>
        <w:br/>
        <w:t>І враз, утративши зорю моїх надій,&lt;br /&gt;</w:t>
        <w:br/>
        <w:t>Я долі мусив би скоритися гіркій.&lt;br /&gt;</w:t>
        <w:br/>
        <w:t>Та виграшку сліпу собі зробити з-мене,&lt;br /&gt;</w:t>
        <w:br/>
        <w:t>О! Зрада це гидка, це злочин непрощенний,&lt;br /&gt;</w:t>
        <w:br/>
        <w:t>І кожна кара тут здається замала!&lt;br /&gt;</w:t>
        <w:br/>
        <w:t>Так, так! Страшна для вас хвилина надійшла.&lt;br /&gt;</w:t>
        <w:br/>
        <w:t>Я божеволію, палаю, трачу тяму,&lt;br /&gt;</w:t>
        <w:br/>
        <w:t>Одного прагну я: ганебну змити пляму!&lt;br /&gt;</w:t>
        <w:br/>
        <w:t>Прикріших у житті не зазнавав я ран,&lt;br /&gt;</w:t>
        <w:br/>
        <w:t>Тому над власними я вчинками не пан&lt;br /&gt;</w:t>
        <w:br/>
        <w:t>І, помсті душу всю віддавши справедливій,&lt;br /&gt;</w:t>
        <w:br/>
        <w:t>Не знаю сам, на що в своєму зважусь гніві.</w:t>
      </w:r>
    </w:p>
    <w:p>
      <w:r>
        <w:br/>
        <w:t>Селімена&lt;br /&gt;</w:t>
        <w:br/>
        <w:t>Погрози! Вигуки! Незрозумілий крик!&lt;br /&gt;</w:t>
        <w:br/>
        <w:t>Чи й справді розум ваш розвіявся і зник?</w:t>
      </w:r>
    </w:p>
    <w:p>
      <w:r>
        <w:br/>
        <w:t>Альсест&lt;br /&gt;</w:t>
        <w:br/>
        <w:t>Так! Стратити його для мене жереб випав,&lt;br /&gt;</w:t>
        <w:br/>
        <w:t>Коли я з ваших рук гірку трутизну випив,&lt;br /&gt;</w:t>
        <w:br/>
        <w:t>Коли погодивсь я повірити на мить,&lt;br /&gt;</w:t>
        <w:br/>
        <w:t>Що чесно можете і щиро ви любить.</w:t>
      </w:r>
    </w:p>
    <w:p>
      <w:r>
        <w:br/>
        <w:t>Селімена&lt;br /&gt;</w:t>
        <w:br/>
        <w:t>Де зраду ви найшли, мені цікаво знати?</w:t>
      </w:r>
    </w:p>
    <w:p>
      <w:r>
        <w:br/>
        <w:t>Альсест&lt;br /&gt;</w:t>
        <w:br/>
        <w:t>О! Ви ж умієте невинну удавати!&lt;br /&gt;</w:t>
        <w:br/>
        <w:t>Та злочин виявить дорога є легка.&lt;br /&gt;</w:t>
        <w:br/>
        <w:t>Погляньте: певне ж, це знайома вам рука?&lt;br /&gt;</w:t>
        <w:br/>
        <w:t>Оцей маленький лист — великий свідок зради,&lt;br /&gt;</w:t>
        <w:br/>
        <w:t>І марно в хитрощах шукаєте ви ради.</w:t>
      </w:r>
    </w:p>
    <w:p>
      <w:r>
        <w:br/>
        <w:t>Селімена&lt;br /&gt;</w:t>
        <w:br/>
        <w:t>Так от від чого гнів страшний у вас кишіть!</w:t>
      </w:r>
    </w:p>
    <w:p>
      <w:r>
        <w:br/>
        <w:t>Альсест&lt;br /&gt;</w:t>
        <w:br/>
        <w:t>Не червонієте?</w:t>
      </w:r>
    </w:p>
    <w:p>
      <w:r>
        <w:br/>
        <w:t>Селімена&lt;br /&gt;</w:t>
        <w:br/>
        <w:t>Чого ж би й червоніть?&lt;br /&gt;</w:t>
        <w:br/>
        <w:t>До того жодної не бачу я підстави.</w:t>
      </w:r>
    </w:p>
    <w:p>
      <w:r>
        <w:br/>
        <w:t>Альсест&lt;br /&gt;</w:t>
        <w:br/>
        <w:t>Як! Відрікаєтесь од цього от листа ви&lt;br /&gt;</w:t>
        <w:br/>
        <w:t>Тому, що ваше тут не вписане ім’я?</w:t>
      </w:r>
    </w:p>
    <w:p>
      <w:r>
        <w:br/>
        <w:t>Селімена&lt;br /&gt;</w:t>
        <w:br/>
        <w:t>Немає підпису, але писала — я.</w:t>
      </w:r>
    </w:p>
    <w:p>
      <w:r>
        <w:br/>
        <w:t>Альсест&lt;br /&gt;</w:t>
        <w:br/>
        <w:t>І дивитеся ви без жодної тривоги&lt;br /&gt;</w:t>
        <w:br/>
        <w:t>На довід злочину огидного свойого!</w:t>
      </w:r>
    </w:p>
    <w:p>
      <w:r>
        <w:br/>
        <w:t>Селімена&lt;br /&gt;</w:t>
        <w:br/>
        <w:t>Скажу по правді я: великий ви дивак!</w:t>
      </w:r>
    </w:p>
    <w:p>
      <w:r>
        <w:br/>
        <w:t>Альсест&lt;br /&gt;</w:t>
        <w:br/>
        <w:t>Що! Ви приймаєте це супокійно так?&lt;br /&gt;</w:t>
        <w:br/>
        <w:t>Адже ж Оронтові цей ніжний лист ви склали&lt;br /&gt;</w:t>
        <w:br/>
        <w:t>І тим любов мою в болото затоптали!</w:t>
      </w:r>
    </w:p>
    <w:p>
      <w:r>
        <w:br/>
        <w:t>Селімена&lt;br /&gt;</w:t>
        <w:br/>
        <w:t>Оронтові? А хто вам, пане, це сказав?</w:t>
      </w:r>
    </w:p>
    <w:p>
      <w:r>
        <w:br/>
        <w:t>Альсест&lt;br /&gt;</w:t>
        <w:br/>
        <w:t>Той, хто листа до рук мені сьогодні дав.&lt;br /&gt;</w:t>
        <w:br/>
        <w:t>А втім, хай іншому написано слова ці,&lt;br /&gt;</w:t>
        <w:br/>
        <w:t>То з цього мав би я радіти? Утішаться?&lt;br /&gt;</w:t>
        <w:br/>
        <w:t>Чи не однакова лишається вина?</w:t>
      </w:r>
    </w:p>
    <w:p>
      <w:r>
        <w:br/>
        <w:t>Селімена&lt;br /&gt;</w:t>
        <w:br/>
        <w:t>Та, може ж, адресат не він тут, а вона?&lt;br /&gt;</w:t>
        <w:br/>
        <w:t>Де дінеться тоді тяжка моя провина?</w:t>
      </w:r>
    </w:p>
    <w:p>
      <w:r>
        <w:br/>
        <w:t>Альсест&lt;br /&gt;</w:t>
        <w:br/>
        <w:t>Ну й хитра вигадка! Дотепна ж ви людина!&lt;br /&gt;</w:t>
        <w:br/>
        <w:t>Такого, далебі, я вольту не чекав —&lt;br /&gt;</w:t>
        <w:br/>
        <w:t>I всю мою злобу, як дим, він розігнав.&lt;br /&gt;</w:t>
        <w:br/>
        <w:t>Кого одурите ви штуками своїми?&lt;br /&gt;</w:t>
        <w:br/>
        <w:t>Чи не здається вам, що і глухі й сліпі ми?&lt;br /&gt;</w:t>
        <w:br/>
        <w:t>Цікаво бачити, як вивертом таким&lt;br /&gt;</w:t>
        <w:br/>
        <w:t>Ви оборонитесь фальшивим та смішним,&lt;br /&gt;</w:t>
        <w:br/>
        <w:t>Як доведете ви, що жінці написали&lt;br /&gt;</w:t>
        <w:br/>
        <w:t>Слова, де пристрасті палкої не сховали!&lt;br /&gt;</w:t>
        <w:br/>
        <w:t>Дозвольте прочитать вам кілька тих Рядків.</w:t>
      </w:r>
    </w:p>
    <w:p>
      <w:r>
        <w:br/>
        <w:t>Селімена&lt;br /&gt;</w:t>
        <w:br/>
        <w:t>Не хочу я! Бере, їй-богу, сміх,&lt;br /&gt;</w:t>
        <w:br/>
        <w:t>Що дозволяєте ви так собі багато&lt;br /&gt;</w:t>
        <w:br/>
        <w:t>І смієте мене щохвилі ображати!</w:t>
      </w:r>
    </w:p>
    <w:p>
      <w:r>
        <w:br/>
        <w:t>Альсест&lt;br /&gt;</w:t>
        <w:br/>
        <w:t>Я незаслужених не кидаю образ.&lt;br /&gt;</w:t>
        <w:br/>
        <w:t>Дозвольте декілька лиш прочитати фраз.</w:t>
      </w:r>
    </w:p>
    <w:p>
      <w:r>
        <w:br/>
        <w:t>Селімена&lt;br /&gt;</w:t>
        <w:br/>
        <w:t>Не хочу я того! Не хочу! Не дозволю!&lt;br /&gt;</w:t>
        <w:br/>
        <w:t>А в висновках даю вам цілковиту волю!</w:t>
      </w:r>
    </w:p>
    <w:p>
      <w:r>
        <w:br/>
        <w:t>Альсест&lt;br /&gt;</w:t>
        <w:br/>
        <w:t>На бога, доведіть, що от цього листа&lt;br /&gt;</w:t>
        <w:br/>
        <w:t>Писали жінці ви. Тоді моя мета…</w:t>
      </w:r>
    </w:p>
    <w:p>
      <w:r>
        <w:br/>
        <w:t>Селімена&lt;br /&gt;</w:t>
        <w:br/>
        <w:t>Ні, до Оронта він, і край усій розмові!&lt;br /&gt;</w:t>
        <w:br/>
        <w:t>Безмірно рада я палкій його любові,&lt;br /&gt;</w:t>
        <w:br/>
        <w:t>Я ним пишаюся, його шаную я,&lt;br /&gt;</w:t>
        <w:br/>
        <w:t>Я ошукала вас, і в цім вина моя.&lt;br /&gt;</w:t>
        <w:br/>
        <w:t>Карайте ж! Появіть, мосьпане, гнів шалений,&lt;br /&gt;</w:t>
        <w:br/>
        <w:t>Та досить буде вже мороки цеї з мене!</w:t>
      </w:r>
    </w:p>
    <w:p>
      <w:r>
        <w:br/>
        <w:t>Альсест&lt;br /&gt;</w:t>
        <w:br/>
        <w:t>(набік)&lt;br /&gt;</w:t>
        <w:br/>
        <w:t>О, де жорстокості страшної береги?&lt;br /&gt;</w:t>
        <w:br/>
        <w:t>Усе це стерпіти не маю я снаги!&lt;br /&gt;</w:t>
        <w:br/>
        <w:t>Вона, що принесла мені незглибне горе,&lt;br /&gt;</w:t>
        <w:br/>
        <w:t>Вона повертає на мене всі докори!&lt;br /&gt;</w:t>
        <w:br/>
        <w:t>Глузує, зрадниця, бере мене на сміх —&lt;br /&gt;</w:t>
        <w:br/>
        <w:t>І мушу догадів зректися я своїх!&lt;br /&gt;</w:t>
        <w:br/>
        <w:t>Проте… в грудях іще горить огонь проклятий,&lt;br /&gt;</w:t>
        <w:br/>
        <w:t>І пут ганебних я не можу розірвати,&lt;br /&gt;</w:t>
        <w:br/>
        <w:t>Не можу знехтувать ясних її приваб&lt;br /&gt;</w:t>
        <w:br/>
        <w:t>І знов до ніг її стелюся, паче раб.&lt;br /&gt;</w:t>
        <w:br/>
        <w:t>(До Селімени).&lt;br /&gt;</w:t>
        <w:br/>
        <w:t>О, добре вмієте ви користати з сили,&lt;br /&gt;</w:t>
        <w:br/>
        <w:t>Якою почуття мої заполонили,&lt;br /&gt;</w:t>
        <w:br/>
        <w:t>І очі, очі ці зрадливі й чарівні&lt;br /&gt;</w:t>
        <w:br/>
        <w:t>Всю душу сповнюють покорою мені!&lt;br /&gt;</w:t>
        <w:br/>
        <w:t>Мерщій же доведіть розмову цю до краю&lt;br /&gt;</w:t>
        <w:br/>
        <w:t>І виправдайтеся — молю я вас, благаю!&lt;br /&gt;</w:t>
        <w:br/>
        <w:t>Підозру у душі розбийте ви страшну,&lt;br /&gt;</w:t>
        <w:br/>
        <w:t>І радо знову вам я руку простягну.&lt;br /&gt;</w:t>
        <w:br/>
        <w:t>Верніть, верніть мені мою розбиту віру,&lt;br /&gt;</w:t>
        <w:br/>
        <w:t>І я верну любов глибоку вам і щиру.</w:t>
      </w:r>
    </w:p>
    <w:p>
      <w:r>
        <w:br/>
        <w:t>Селімена&lt;br /&gt;</w:t>
        <w:br/>
        <w:t>Ви збожеволіли від ревнощів бридких,&lt;br /&gt;</w:t>
        <w:br/>
        <w:t>І ніжних почувань не варті ви моїх.&lt;br /&gt;</w:t>
        <w:br/>
        <w:t>Навіщо б мала я вас, пане, не кохавши,&lt;br /&gt;</w:t>
        <w:br/>
        <w:t>Дурити вічно вас і вам брехати завше?&lt;br /&gt;</w:t>
        <w:br/>
        <w:t>Коли б же іншому я серце віддала, —&lt;br /&gt;</w:t>
        <w:br/>
        <w:t>Чому признатися одверто б не могла?&lt;br /&gt;</w:t>
        <w:br/>
        <w:t>У мене доказів і доводів він просить!&lt;br /&gt;</w:t>
        <w:br/>
        <w:t>Але ж я вас люблю — і цього вам не досить?&lt;br /&gt;</w:t>
        <w:br/>
        <w:t>Яких вам хочеться ще інших запорук?&lt;br /&gt;</w:t>
        <w:br/>
        <w:t>Чи заслужила я ганьби такої й мук?!&lt;br /&gt;</w:t>
        <w:br/>
        <w:t>Я жінка. Вимовить нелегко-нам буває,&lt;br /&gt;</w:t>
        <w:br/>
        <w:t>До кого серце в нас нестримано палає,&lt;br /&gt;</w:t>
        <w:br/>
        <w:t>І пристрасті свої доводиться ховать,&lt;br /&gt;</w:t>
        <w:br/>
        <w:t>Бо недаремне ж ми — сором’язлива стать.&lt;br /&gt;</w:t>
        <w:br/>
        <w:t>А як почули ви з жіночих уст признання —&lt;br /&gt;</w:t>
        <w:br/>
        <w:t>Чи більше доказів вам треба на кохання?&lt;br /&gt;</w:t>
        <w:br/>
        <w:t>Хто ж віри і тоді, проте, нам не дійма,&lt;br /&gt;</w:t>
        <w:br/>
        <w:t>Для того жодного вибачення нема.&lt;br /&gt;</w:t>
        <w:br/>
        <w:t>Доволі! В ревнощі вдалися ви огидні,&lt;br /&gt;</w:t>
        <w:br/>
        <w:t>І бачу я тепер, що ви мене не гідні.&lt;br /&gt;</w:t>
        <w:br/>
        <w:t>О, соромно мені й подумати в цей час,&lt;br /&gt;</w:t>
        <w:br/>
        <w:t>Що досі зберегла прихильність я до вас;&lt;br /&gt;</w:t>
        <w:br/>
        <w:t>Повинна б іншого прийняти я ласкаво,&lt;br /&gt;</w:t>
        <w:br/>
        <w:t>Щоб мали скаржитись законну ви підставу!&lt;br /&gt;</w:t>
        <w:br/>
        <w:t>Альсест.&lt;br /&gt;</w:t>
        <w:br/>
        <w:t>Ох, мила зраднице! Не встою я в борні!&lt;br /&gt;</w:t>
        <w:br/>
        <w:t>Ви очі сліпите оманою мені —&lt;br /&gt;</w:t>
        <w:br/>
        <w:t>Дарма! Судила так моя жорстока доля!&lt;br /&gt;</w:t>
        <w:br/>
        <w:t>Солодкий цей полон і люба ця неволя!&lt;br /&gt;</w:t>
        <w:br/>
        <w:t>Я ваш. Дізнатися жадаю до кінця,&lt;br /&gt;</w:t>
        <w:br/>
        <w:t>Чим ошукати ви надумали сліпця.</w:t>
      </w:r>
    </w:p>
    <w:p>
      <w:r>
        <w:br/>
        <w:t>Селімена&lt;br /&gt;</w:t>
        <w:br/>
        <w:t>Ні, ви не любите мене, як слід любити.</w:t>
      </w:r>
    </w:p>
    <w:p>
      <w:r>
        <w:br/>
        <w:t>Альсест&lt;br /&gt;</w:t>
        <w:br/>
        <w:t>Мойого почуття не можна охопити,&lt;br /&gt;</w:t>
        <w:br/>
        <w:t>І сила пристрасті до того довела,&lt;br /&gt;</w:t>
        <w:br/>
        <w:t>Аж хочу іноді нещастя вам і зла:&lt;br /&gt;</w:t>
        <w:br/>
        <w:t>Щоб люди вашої краси не помічали,&lt;br /&gt;</w:t>
        <w:br/>
        <w:t>Щоб злиднів ви тяжких в житті своїм зазнали,&lt;br /&gt;</w:t>
        <w:br/>
        <w:t>Щоб невідомістю вас небо повило&lt;br /&gt;</w:t>
        <w:br/>
        <w:t>І статки, й титул ваш, і все в вас одняло…&lt;br /&gt;</w:t>
        <w:br/>
        <w:t>Тоді б високу вам і пишну жертву склав я,&lt;br /&gt;</w:t>
        <w:br/>
        <w:t>Я б вирвав, пані, вас із лиха та безслав’я,&lt;br /&gt;</w:t>
        <w:br/>
        <w:t>І в гордій радості тоді б помислив я,&lt;br /&gt;</w:t>
        <w:br/>
        <w:t>Що все вам на землі дала любов моя!</w:t>
      </w:r>
    </w:p>
    <w:p>
      <w:r>
        <w:br/>
        <w:t>Селімена&lt;br /&gt;</w:t>
        <w:br/>
        <w:t>Бажання, що й казать, чудове! Пречудесне! Хай захистить мене од нього цар небесний… О… Дюбуа прийшов. Який же він смішний!</w:t>
      </w:r>
    </w:p>
    <w:p>
      <w:r>
        <w:br/>
        <w:t>ЯВА 4</w:t>
      </w:r>
    </w:p>
    <w:p>
      <w:r>
        <w:br/>
        <w:t>Селімена, Альсест, Дюбуа.</w:t>
      </w:r>
    </w:p>
    <w:p>
      <w:r>
        <w:br/>
        <w:t>Альсест&lt;br /&gt;</w:t>
        <w:br/>
        <w:t>В якім ти одязі? Що значить вигляд твій?&lt;br /&gt;</w:t>
        <w:br/>
        <w:t>Що сталось?</w:t>
      </w:r>
    </w:p>
    <w:p>
      <w:r>
        <w:br/>
        <w:t>Дюбуа&lt;br /&gt;</w:t>
        <w:br/>
        <w:t>Паночку…</w:t>
      </w:r>
    </w:p>
    <w:p>
      <w:r>
        <w:br/>
        <w:t>Альсест&lt;br /&gt;</w:t>
        <w:br/>
        <w:t>Ну?</w:t>
      </w:r>
    </w:p>
    <w:p>
      <w:r>
        <w:br/>
        <w:t>Дюбуа&lt;br /&gt;</w:t>
        <w:br/>
        <w:t>О! Це таємниця!</w:t>
      </w:r>
    </w:p>
    <w:p>
      <w:r>
        <w:br/>
        <w:t>Альсест&lt;br /&gt;</w:t>
        <w:br/>
        <w:t>Кажи ж!</w:t>
      </w:r>
    </w:p>
    <w:p>
      <w:r>
        <w:br/>
        <w:t>Дюбуа&lt;br /&gt;</w:t>
        <w:br/>
        <w:t>Од лиха нам не знаю, де й подіться!</w:t>
      </w:r>
    </w:p>
    <w:p>
      <w:r>
        <w:br/>
        <w:t>Альсест&lt;br /&gt;</w:t>
        <w:br/>
        <w:t>Що?</w:t>
      </w:r>
    </w:p>
    <w:p>
      <w:r>
        <w:br/>
        <w:t>Дюбуа&lt;br /&gt;</w:t>
        <w:br/>
        <w:t>Розказати все?</w:t>
      </w:r>
    </w:p>
    <w:p>
      <w:r>
        <w:br/>
        <w:t>Альсест&lt;br /&gt;</w:t>
        <w:br/>
        <w:t>А певне, розказать!</w:t>
      </w:r>
    </w:p>
    <w:p>
      <w:r>
        <w:br/>
        <w:t>Дюбуа&lt;br /&gt;</w:t>
        <w:br/>
        <w:t>Сказати голосно?</w:t>
      </w:r>
    </w:p>
    <w:p>
      <w:r>
        <w:br/>
        <w:t>Альсест&lt;br /&gt;</w:t>
        <w:br/>
        <w:t>Та швидше, слів не трать!</w:t>
      </w:r>
    </w:p>
    <w:p>
      <w:r>
        <w:br/>
        <w:t>Дюбуа&lt;br /&gt;</w:t>
        <w:br/>
        <w:t>Доводиться нам утікати, пане.</w:t>
      </w:r>
    </w:p>
    <w:p>
      <w:r>
        <w:br/>
        <w:t>Альсест&lt;br /&gt;</w:t>
        <w:br/>
        <w:t>Як?!</w:t>
      </w:r>
    </w:p>
    <w:p>
      <w:r>
        <w:br/>
        <w:t>Дюбуа&lt;br /&gt;</w:t>
        <w:br/>
        <w:t>Треба утікать, бо час тяжкий настане,</w:t>
      </w:r>
    </w:p>
    <w:p>
      <w:r>
        <w:br/>
        <w:t>Альсест&lt;br /&gt;</w:t>
        <w:br/>
        <w:t>Чому ж бо?</w:t>
      </w:r>
    </w:p>
    <w:p>
      <w:r>
        <w:br/>
        <w:t>Дюбуа&lt;br /&gt;</w:t>
        <w:br/>
        <w:t>Геть біжім, урізавши поли…</w:t>
      </w:r>
    </w:p>
    <w:p>
      <w:r>
        <w:br/>
        <w:t>Альсест&lt;br /&gt;</w:t>
        <w:br/>
        <w:t>Та що ж бо сталося? Які діла зайшли?</w:t>
      </w:r>
    </w:p>
    <w:p>
      <w:r>
        <w:br/>
        <w:t>Дюбуа&lt;br /&gt;</w:t>
        <w:br/>
        <w:t>Такі, що п’ятами нам треба накивати.</w:t>
      </w:r>
    </w:p>
    <w:p>
      <w:r>
        <w:br/>
        <w:t>Альсест&lt;br /&gt;</w:t>
        <w:br/>
        <w:t>А! Голову тобі ладен я одірвати,&lt;br /&gt;</w:t>
        <w:br/>
        <w:t>Як не розкажеш ти усього до ладу!</w:t>
      </w:r>
    </w:p>
    <w:p>
      <w:r>
        <w:br/>
        <w:t>Дюбуа&lt;br /&gt;</w:t>
        <w:br/>
        <w:t>Гаразд. Послухайте про нашу ви біду.&lt;br /&gt;</w:t>
        <w:br/>
        <w:t>Сиджу в пекарні я — аж чоловік заходить&lt;br /&gt;</w:t>
        <w:br/>
        <w:t>Увесь у чорному, очима страшно водить&lt;br /&gt;</w:t>
        <w:br/>
        <w:t>І залишає нам такецького листа,&lt;br /&gt;</w:t>
        <w:br/>
        <w:t>Що сам. диявол там ні букви не вчита.&lt;br /&gt;</w:t>
        <w:br/>
        <w:t>Із суду, бачите, листа того прислали,&lt;br /&gt;</w:t>
        <w:br/>
        <w:t>Бодай лихі його у пеклі розбирали!</w:t>
      </w:r>
    </w:p>
    <w:p>
      <w:r>
        <w:br/>
        <w:t>Альсест&lt;br /&gt;</w:t>
        <w:br/>
        <w:t>Та що ж ти спільного там, йолопе, знайшов&lt;br /&gt;</w:t>
        <w:br/>
        <w:t>З речами, про які допіру тут молов?</w:t>
      </w:r>
    </w:p>
    <w:p>
      <w:r>
        <w:br/>
        <w:t>Дюбуа&lt;br /&gt;</w:t>
        <w:br/>
        <w:t>А далі, бачите, до вас прийшов знайомий.&lt;br /&gt;</w:t>
        <w:br/>
        <w:t>Він дуже шкодував, що вас немає вдома;&lt;br /&gt;</w:t>
        <w:br/>
        <w:t>Він повелів мені по вас мерщій іти&lt;br /&gt;</w:t>
        <w:br/>
        <w:t>І, де б ви не були, доконче вас найти&lt;br /&gt;</w:t>
        <w:br/>
        <w:t>І невідкладну вість вам якнайшвидше дати…&lt;br /&gt;</w:t>
        <w:br/>
        <w:t>От тільки я забув, як того пана звати…</w:t>
      </w:r>
    </w:p>
    <w:p>
      <w:r>
        <w:br/>
        <w:t>Альсест&lt;br /&gt;</w:t>
        <w:br/>
        <w:t>До лиха, менше з тим. Що він тобі сказав?</w:t>
      </w:r>
    </w:p>
    <w:p>
      <w:r>
        <w:br/>
        <w:t>Дюбуа&lt;br /&gt;</w:t>
        <w:br/>
        <w:t>Він друг вам, знаю я… І він мене послав&lt;br /&gt;</w:t>
        <w:br/>
        <w:t>До вас, щоб відсіля забралися ви тихо…&lt;br /&gt;</w:t>
        <w:br/>
        <w:t>Арештом пахне тут… Таке-то, пане, лихо!</w:t>
      </w:r>
    </w:p>
    <w:p>
      <w:r>
        <w:br/>
        <w:t>Альсест&lt;br /&gt;</w:t>
        <w:br/>
        <w:t>А більш нічого він тобі не розповів?</w:t>
      </w:r>
    </w:p>
    <w:p>
      <w:r>
        <w:br/>
        <w:t>Дюбуа&lt;br /&gt;</w:t>
        <w:br/>
        <w:t>Ні, пане. Він перо й чорнило попросив&lt;br /&gt;</w:t>
        <w:br/>
        <w:t>І вам цидулу склав. Я так собі міркую,&lt;br /&gt;</w:t>
        <w:br/>
        <w:t>Що там усе стоїть про дивну справу цюю.</w:t>
      </w:r>
    </w:p>
    <w:p>
      <w:r>
        <w:br/>
        <w:t>Альсест&lt;br /&gt;</w:t>
        <w:br/>
        <w:t>Давай її сюди.</w:t>
      </w:r>
    </w:p>
    <w:p>
      <w:r>
        <w:br/>
        <w:t>Селімена&lt;br /&gt;</w:t>
        <w:br/>
        <w:t>Нічого не збагну!</w:t>
      </w:r>
    </w:p>
    <w:p>
      <w:r>
        <w:br/>
        <w:t>Альсест&lt;br /&gt;</w:t>
        <w:br/>
        <w:t>Ось прочитаємо ми зараз таїну.&lt;br /&gt;</w:t>
        <w:br/>
        <w:t>Ще довго будеш ти копатись, балабане?</w:t>
      </w:r>
    </w:p>
    <w:p>
      <w:r>
        <w:br/>
        <w:t>Дюбуа&lt;br /&gt;</w:t>
        <w:br/>
        <w:t>(довго шукає записку)&lt;br /&gt;</w:t>
        <w:br/>
        <w:t>Я… на столі її забув, ласкавий пане.</w:t>
      </w:r>
    </w:p>
    <w:p>
      <w:r>
        <w:br/>
        <w:t>Альсест&lt;br /&gt;</w:t>
        <w:br/>
        <w:t>Не знаю, що тобі…</w:t>
      </w:r>
    </w:p>
    <w:p>
      <w:r>
        <w:br/>
        <w:t>Селімена&lt;br /&gt;</w:t>
        <w:br/>
        <w:t>Мерщій додому йдіть&lt;br /&gt;</w:t>
        <w:br/>
        <w:t>І дивну загадку негайно розв’яжіть.</w:t>
      </w:r>
    </w:p>
    <w:p>
      <w:r>
        <w:br/>
        <w:t>Альсест&lt;br /&gt;</w:t>
        <w:br/>
        <w:t>Здається, нам само перешкоджає небо&lt;br /&gt;</w:t>
        <w:br/>
        <w:t>Кінчить розмову ту, яку кінчити треба!&lt;br /&gt;</w:t>
        <w:br/>
        <w:t>Піду ж, історію розплутаю чудну,&lt;br /&gt;</w:t>
        <w:br/>
        <w:t>Проте увечері я знов до вас верну.</w:t>
      </w:r>
    </w:p>
    <w:p>
      <w:r>
        <w:br/>
        <w:t>ДІЯ П’ЯТА</w:t>
      </w:r>
    </w:p>
    <w:p>
      <w:r>
        <w:br/>
        <w:t>ЯВА 1</w:t>
      </w:r>
    </w:p>
    <w:p>
      <w:r>
        <w:br/>
        <w:t>Альсест, Філінт.</w:t>
      </w:r>
    </w:p>
    <w:p>
      <w:r>
        <w:br/>
        <w:t>Альсест&lt;br /&gt;</w:t>
        <w:br/>
        <w:t>Вчиню я, що сказав, не може бути й мови.</w:t>
      </w:r>
    </w:p>
    <w:p>
      <w:r>
        <w:br/>
        <w:t>Філінт&lt;br /&gt;</w:t>
        <w:br/>
        <w:t>Але чи досить же для цеї постанови…</w:t>
      </w:r>
    </w:p>
    <w:p>
      <w:r>
        <w:br/>
        <w:t>Альсест&lt;br /&gt;</w:t>
        <w:br/>
        <w:t>Хоч переконувать відомий ви мастак,&lt;br /&gt;</w:t>
        <w:br/>
        <w:t>Та наміру мого не збити вам ніяк;&lt;br /&gt;</w:t>
        <w:br/>
        <w:t>Панують скрізь тепер гріхи, пороки, звади&lt;br /&gt;</w:t>
        <w:br/>
        <w:t>І хочу я втекти від людської громади.&lt;br /&gt;</w:t>
        <w:br/>
        <w:t>Як? Бачать добре всі, і ціле місто зна,&lt;br /&gt;</w:t>
        <w:br/>
        <w:t>Що супротивцева, а не моя вина.&lt;br /&gt;</w:t>
        <w:br/>
        <w:t>Всі кажуть, що чинив безчесно він зо мною,&lt;br /&gt;</w:t>
        <w:br/>
        <w:t>Всі додають мені і певності, й спокою, —&lt;br /&gt;</w:t>
        <w:br/>
        <w:t>І раптом новина — неначе грім з небес:&lt;br /&gt;</w:t>
        <w:br/>
        <w:t>В усьому правий я — і я програв процес!&lt;br /&gt;</w:t>
        <w:br/>
        <w:t>Поганець, маючи найгіршу в світі славу,&lt;br /&gt;</w:t>
        <w:br/>
        <w:t>Брехнею чорною свого досяг лукаво.&lt;br /&gt;</w:t>
        <w:br/>
        <w:t>Мене зарізавши, він став перед судом —&lt;br /&gt;</w:t>
        <w:br/>
        <w:t>І з нетаврованим пішов відтіль чолом.&lt;br /&gt;</w:t>
        <w:br/>
        <w:t>Фальшивих витівок оманлива плаксивість&lt;br /&gt;</w:t>
        <w:br/>
        <w:t>Зламала і закон, і честь, справедливість.&lt;br /&gt;</w:t>
        <w:br/>
        <w:t>Все обернулося, як він того хотів.&lt;br /&gt;</w:t>
        <w:br/>
        <w:t>Та й це ще не кінець! Між люди він пустив&lt;br /&gt;</w:t>
        <w:br/>
        <w:t>Злочинну книжечку, яку не то читати,&lt;br /&gt;</w:t>
        <w:br/>
        <w:t>А навіть соромно у чесні руки взяти,&lt;br /&gt;</w:t>
        <w:br/>
        <w:t>І, не злякавшися нахабної брехні,&lt;br /&gt;</w:t>
        <w:br/>
        <w:t>Ту книжку, сміття те, приписує мені.&lt;br /&gt;</w:t>
        <w:br/>
        <w:t>Хто ж потай чутку цю мерзенну підпирає?&lt;br /&gt;</w:t>
        <w:br/>
        <w:t>Оронт, що двір його за чесного вважає,&lt;br /&gt;</w:t>
        <w:br/>
        <w:t>У кого тільки тим зненависть я добув,&lt;br /&gt;</w:t>
        <w:br/>
        <w:t>Що не брехав йому, що з ним одвертий був,&lt;br /&gt;</w:t>
        <w:br/>
        <w:t>Коли він сам просив сказати без вагання,&lt;br /&gt;</w:t>
        <w:br/>
        <w:t>Як оціновую його я віршування.&lt;br /&gt;</w:t>
        <w:br/>
        <w:t>Не хтів я зрадити ні правди, ні його&lt;br /&gt;</w:t>
        <w:br/>
        <w:t>І одступитися від присуду свого, —&lt;br /&gt;</w:t>
        <w:br/>
        <w:t>Ну й маю ворога, що пліткою брудною&lt;br /&gt;</w:t>
        <w:br/>
        <w:t>Помститися тепер наміривсь надо мною.&lt;br /&gt;</w:t>
        <w:br/>
        <w:t>Від чого ж цей пішов непримиренний гнів?&lt;br /&gt;</w:t>
        <w:br/>
        <w:t>Сонета, бачте, я йому не похвалив.&lt;br /&gt;</w:t>
        <w:br/>
        <w:t>Прокляття! Створено так людський рід лукавий,&lt;br /&gt;</w:t>
        <w:br/>
        <w:t>Що гору над усім бере жадоба слави.&lt;br /&gt;</w:t>
        <w:br/>
        <w:t>Тут Т сумління їх, і правда, й віра, й честь,&lt;br /&gt;</w:t>
        <w:br/>
        <w:t>І все, що доброго в уяві нашій єсть.&lt;br /&gt;</w:t>
        <w:br/>
        <w:t>Ні, годі, годі тут мені поневірятись!&lt;br /&gt;</w:t>
        <w:br/>
        <w:t>З кублом розбійницьким пора вже попрощатись!&lt;br /&gt;</w:t>
        <w:br/>
        <w:t>Як люди із людьми по-вовчому живуть —&lt;br /&gt;</w:t>
        <w:br/>
        <w:t>Не хочу далі я верстати з ними путь!</w:t>
      </w:r>
    </w:p>
    <w:p>
      <w:r>
        <w:br/>
        <w:t>Філінт&lt;br /&gt;</w:t>
        <w:br/>
        <w:t>В своєму намірі ви квапитесь, Альсесте,&lt;br /&gt;</w:t>
        <w:br/>
        <w:t>Ви перебільшили усе це, слово честі.&lt;br /&gt;</w:t>
        <w:br/>
        <w:t>Тяжку злобитель вам провину накида,&lt;br /&gt;</w:t>
        <w:br/>
        <w:t>Та чи ж повірять їй? І думати шкода!&lt;br /&gt;</w:t>
        <w:br/>
        <w:t>Вона розвіється — і я гадаю навіть,&lt;br /&gt;</w:t>
        <w:br/>
        <w:t>Що підла вигадка вигадника знеславить.</w:t>
      </w:r>
    </w:p>
    <w:p>
      <w:r>
        <w:br/>
        <w:t>Альсест&lt;br /&gt;</w:t>
        <w:br/>
        <w:t>Куди ж пак! Чим його ви можете злякать,&lt;br /&gt;</w:t>
        <w:br/>
        <w:t>Як має дозвіл він безкарно шахрувать?&lt;br /&gt;</w:t>
        <w:br/>
        <w:t>Кажіть, що хочете, та добре зрозумів я:&lt;br /&gt;</w:t>
        <w:br/>
        <w:t>Лиш на користь йому піде це лихослів’я.</w:t>
      </w:r>
    </w:p>
    <w:p>
      <w:r>
        <w:br/>
        <w:t>Філінт&lt;br /&gt;</w:t>
        <w:br/>
        <w:t>А я до висновку нехибного прийшов,&lt;br /&gt;</w:t>
        <w:br/>
        <w:t>Що він не виграє нітрохи з тих обмов,&lt;br /&gt;</w:t>
        <w:br/>
        <w:t>І тут боятися не треба вам нічого.&lt;br /&gt;</w:t>
        <w:br/>
        <w:t>А суд… Ви ж маєте і певне право, й змогу&lt;br /&gt;</w:t>
        <w:br/>
        <w:t>Занести скаргу…</w:t>
      </w:r>
    </w:p>
    <w:p>
      <w:r>
        <w:br/>
        <w:t>Альсест&lt;br /&gt;</w:t>
        <w:br/>
        <w:t>Ні! І пальцем не кивну.&lt;br /&gt;</w:t>
        <w:br/>
        <w:t>Хай вирок той біду несе мені страшну,&lt;br /&gt;</w:t>
        <w:br/>
        <w:t>Проте не маю я найменшого бажання&lt;br /&gt;</w:t>
        <w:br/>
        <w:t>Оскаржувать його, просити скасування:&lt;br /&gt;</w:t>
        <w:br/>
        <w:t>Занадто б ясний тут подано зразок,&lt;br /&gt;</w:t>
        <w:br/>
        <w:t>Як з правди й чесності знущається порок,&lt;br /&gt;</w:t>
        <w:br/>
        <w:t>І за науку це нащадкам нашим буде —&lt;br /&gt;</w:t>
        <w:br/>
        <w:t>Якого спідлення дійшли тепера люди.&lt;br /&gt;</w:t>
        <w:br/>
        <w:t>Так. Двадцять тисяч я ладен за те сплатить,&lt;br /&gt;</w:t>
        <w:br/>
        <w:t>Щоб гніву на людей свойого не таїть,&lt;br /&gt;</w:t>
        <w:br/>
        <w:t>Несправедливість їх, не криючись, картати&lt;br /&gt;</w:t>
        <w:br/>
        <w:t>І ненавидіти поріддя це прокляте.</w:t>
      </w:r>
    </w:p>
    <w:p>
      <w:r>
        <w:br/>
        <w:t>Філінт&lt;br /&gt;</w:t>
        <w:br/>
        <w:t>Але ж…</w:t>
      </w:r>
    </w:p>
    <w:p>
      <w:r>
        <w:br/>
        <w:t>Альсест&lt;br /&gt;</w:t>
        <w:br/>
        <w:t>Але ж чого тут, пане, треба вам?&lt;br /&gt;</w:t>
        <w:br/>
        <w:t>Яким повірити я мусив би словам?&lt;br /&gt;</w:t>
        <w:br/>
        <w:t>Невже насмілитесь доводити мені ви,&lt;br /&gt;</w:t>
        <w:br/>
        <w:t>Що це обурення моє — несправедливе?</w:t>
      </w:r>
    </w:p>
    <w:p>
      <w:r>
        <w:br/>
        <w:t>Філінт&lt;br /&gt;</w:t>
        <w:br/>
        <w:t>Ні, з вами згоден я: панує всюди зло,&lt;br /&gt;</w:t>
        <w:br/>
        <w:t>Лукавство гору скрізь над правдою взяло,&lt;br /&gt;</w:t>
        <w:br/>
        <w:t>Всім зиски на умі, усе гріхами дише,&lt;br /&gt;</w:t>
        <w:br/>
        <w:t>І міг би рід людський буть кращий і чесніший.&lt;br /&gt;</w:t>
        <w:br/>
        <w:t>Проте, хоч бачимо ми добре стан речей,&lt;br /&gt;</w:t>
        <w:br/>
        <w:t>Чи слід тікати нам в пустелю від людей?&lt;br /&gt;</w:t>
        <w:br/>
        <w:t>Таж їхні огріхи, заховані і звісні,&lt;br /&gt;</w:t>
        <w:br/>
        <w:t>Для філософії нам, далебі, корисні,&lt;br /&gt;</w:t>
        <w:br/>
        <w:t>Бо хто спізнає їх, той і життя спізна.&lt;br /&gt;</w:t>
        <w:br/>
        <w:t>Та й де б моральності поділася ціна,&lt;br /&gt;</w:t>
        <w:br/>
        <w:t>Які б високі нас манили ідеали,&lt;br /&gt;</w:t>
        <w:br/>
        <w:t>Коли б усі шляхом моральним простували?&lt;br /&gt;</w:t>
        <w:br/>
        <w:t>Ні… Має величі справдешньої печать,&lt;br /&gt;</w:t>
        <w:br/>
        <w:t>Хто вміє зло людське байдуже зустрічать,&lt;br /&gt;</w:t>
        <w:br/>
        <w:t>Хто серця пориви, огню святого повні…</w:t>
      </w:r>
    </w:p>
    <w:p>
      <w:r>
        <w:br/>
        <w:t>Альсест&lt;br /&gt;</w:t>
        <w:br/>
        <w:t>Ет, пане, знаю вже, які ви красномовні&lt;br /&gt;</w:t>
        <w:br/>
        <w:t>І скільки доказів найшлося б тих у вас,&lt;br /&gt;</w:t>
        <w:br/>
        <w:t>Та даром і слова ви тратите, і час.&lt;br /&gt;</w:t>
        <w:br/>
        <w:t>У щирості своїй не відаю я впину&lt;br /&gt;</w:t>
        <w:br/>
        <w:t>І наміру свого окрию вам причину,&lt;br /&gt;</w:t>
        <w:br/>
        <w:t>Бо хоч до прикростей мене призвів язик,&lt;br /&gt;</w:t>
        <w:br/>
        <w:t>Але таїтися я з правдою не звик.&lt;br /&gt;</w:t>
        <w:br/>
        <w:t>Нащо змагатись нам? Діждуся Селімени,&lt;br /&gt;</w:t>
        <w:br/>
        <w:t>І це побачення розв’яже все для мене.&lt;br /&gt;</w:t>
        <w:br/>
        <w:t>Коли я любий їй не тільки на словах,&lt;br /&gt;</w:t>
        <w:br/>
        <w:t>То, може, на ясний іще потраплю шлях.</w:t>
      </w:r>
    </w:p>
    <w:p>
      <w:r>
        <w:br/>
        <w:t>Філінт&lt;br /&gt;</w:t>
        <w:br/>
        <w:t>Могли б заждати ми у Еліанти з вами.</w:t>
      </w:r>
    </w:p>
    <w:p>
      <w:r>
        <w:br/>
        <w:t>Альсест&lt;br /&gt;</w:t>
        <w:br/>
        <w:t>Ні, надто мучуся я прикрими думками…&lt;br /&gt;</w:t>
        <w:br/>
        <w:t>Ідіть же, я лишусь, утомлений життям,&lt;br /&gt;</w:t>
        <w:br/>
        <w:t>У темнім закутку з журбою сам на сам.</w:t>
      </w:r>
    </w:p>
    <w:p>
      <w:r>
        <w:br/>
        <w:t>Філінт&lt;br /&gt;</w:t>
        <w:br/>
        <w:t>Бігме, товаришка подобалась чудна вам!&lt;br /&gt;</w:t>
        <w:br/>
        <w:t>Я з Еліаитою прийду сюди небавом.</w:t>
      </w:r>
    </w:p>
    <w:p>
      <w:r>
        <w:br/>
        <w:t>ЯВА 2</w:t>
      </w:r>
    </w:p>
    <w:p>
      <w:r>
        <w:br/>
        <w:t>Селімен а, Оронт, Альсест.</w:t>
      </w:r>
    </w:p>
    <w:p>
      <w:r>
        <w:br/>
        <w:t>Оронт&lt;br /&gt;</w:t>
        <w:br/>
        <w:t>Так, хочу знати я, чи пристрасті моїй&lt;br /&gt;</w:t>
        <w:br/>
        <w:t>Прийнять судилося од вас вінець надій,&lt;br /&gt;</w:t>
        <w:br/>
        <w:t>Чи почуваєте до мене ви кохання,&lt;br /&gt;</w:t>
        <w:br/>
        <w:t>Бо для закоханих найгірше — це вагання.&lt;br /&gt;</w:t>
        <w:br/>
        <w:t>Як полум’я моє прийняти ви ладні, —&lt;br /&gt;</w:t>
        <w:br/>
        <w:t>У цім, не криючись, признайтеся мені,&lt;br /&gt;</w:t>
        <w:br/>
        <w:t>А доказу прошу на разі я одного:&lt;br /&gt;</w:t>
        <w:br/>
        <w:t>Альсеста, що давно втоптав сюди дорогу&lt;br /&gt;</w:t>
        <w:br/>
        <w:t>І також почуттям горить до вас палким,&lt;br /&gt;</w:t>
        <w:br/>
        <w:t>Хай більше не прийма ваш гостелюбний дім.</w:t>
      </w:r>
    </w:p>
    <w:p>
      <w:r>
        <w:br/>
        <w:t>Селімена&lt;br /&gt;</w:t>
        <w:br/>
        <w:t>Ну, звідки гнів такий, що вже й приймать не вільно?&lt;br /&gt;</w:t>
        <w:br/>
        <w:t>Раніш ви ставились до нього так прихильно!</w:t>
      </w:r>
    </w:p>
    <w:p>
      <w:r>
        <w:br/>
        <w:t>Оронт&lt;br /&gt;</w:t>
        <w:br/>
        <w:t>Дошукуватись ми не будемо причин;&lt;br /&gt;</w:t>
        <w:br/>
        <w:t>А лиш питаю вас одверто: я чи він?&lt;br /&gt;</w:t>
        <w:br/>
        <w:t>Одного з-поміж нас рішуче оберіте,&lt;br /&gt;</w:t>
        <w:br/>
        <w:t>А я вже знатиму, що й як мені чинити.</w:t>
      </w:r>
    </w:p>
    <w:p>
      <w:r>
        <w:br/>
        <w:t>Альсест&lt;br /&gt;</w:t>
        <w:br/>
        <w:t>(виходить із свого темного закутка)&lt;br /&gt;</w:t>
        <w:br/>
        <w:t>Пан має рацію. Прошу я разом з ним,&lt;br /&gt;</w:t>
        <w:br/>
        <w:t>Щоб не таїлися ви з вибором своїм.&lt;br /&gt;</w:t>
        <w:br/>
        <w:t>Сюди однакове нас привело бажання:&lt;br /&gt;</w:t>
        <w:br/>
        <w:t>Добитись повного і чесного признання&lt;br /&gt;</w:t>
        <w:br/>
        <w:t>І серця вашого усю глибінь спізнать,&lt;br /&gt;</w:t>
        <w:br/>
        <w:t>Бо більше, далебі, не може так тривать.</w:t>
      </w:r>
    </w:p>
    <w:p>
      <w:r>
        <w:br/>
        <w:t>Оронт&lt;br /&gt;</w:t>
        <w:br/>
        <w:t>Коли надіятись мені на щастя годі, —&lt;br /&gt;</w:t>
        <w:br/>
        <w:t>Не стану, пане, вам нічим на перешкоді.</w:t>
      </w:r>
    </w:p>
    <w:p>
      <w:r>
        <w:br/>
        <w:t>Альсест&lt;br /&gt;</w:t>
        <w:br/>
        <w:t>Ревнивий я чи ні — не знаю, менше з тим,&lt;br /&gt;</w:t>
        <w:br/>
        <w:t>Але ділитися не згоден я ні з ким.</w:t>
      </w:r>
    </w:p>
    <w:p>
      <w:r>
        <w:br/>
        <w:t>Оронт&lt;br /&gt;</w:t>
        <w:br/>
        <w:t>Коли до серця їй ви більш припали, пане…</w:t>
      </w:r>
    </w:p>
    <w:p>
      <w:r>
        <w:br/>
        <w:t>Альсест&lt;br /&gt;</w:t>
        <w:br/>
        <w:t>Коли збудили ви в ній почуття жадане…</w:t>
      </w:r>
    </w:p>
    <w:p>
      <w:r>
        <w:br/>
        <w:t>Оронт&lt;br /&gt;</w:t>
        <w:br/>
        <w:t>Клянуся кинути я заміри свої.</w:t>
      </w:r>
    </w:p>
    <w:p>
      <w:r>
        <w:br/>
        <w:t>Альсест&lt;br /&gt;</w:t>
        <w:br/>
        <w:t>Клянусь від цього дня не бачити її.</w:t>
      </w:r>
    </w:p>
    <w:p>
      <w:r>
        <w:br/>
        <w:t>Оронт&lt;br /&gt;</w:t>
        <w:br/>
        <w:t>Ви, пані, маєте сказать останнє слово.</w:t>
      </w:r>
    </w:p>
    <w:p>
      <w:r>
        <w:br/>
        <w:t>Альсест&lt;br /&gt;</w:t>
        <w:br/>
        <w:t>Ви, пані, закінчить повинні цю розмову.</w:t>
      </w:r>
    </w:p>
    <w:p>
      <w:r>
        <w:br/>
        <w:t>Оронт&lt;br /&gt;</w:t>
        <w:br/>
        <w:t>Вам треба з почуттям одкритися своїм.</w:t>
      </w:r>
    </w:p>
    <w:p>
      <w:r>
        <w:br/>
        <w:t>Альсест&lt;br /&gt;</w:t>
        <w:br/>
        <w:t>Вам треба в виборі спиниться на однім.</w:t>
      </w:r>
    </w:p>
    <w:p>
      <w:r>
        <w:br/>
        <w:t>Оронт&lt;br /&gt;</w:t>
        <w:br/>
        <w:t>Як! Ви вагаєтесь! Чи це ж можливо, пані?</w:t>
      </w:r>
    </w:p>
    <w:p>
      <w:r>
        <w:br/>
        <w:t>Альсест&lt;br /&gt;</w:t>
        <w:br/>
        <w:t>Як! Ще не зважили свого ви почування?</w:t>
      </w:r>
    </w:p>
    <w:p>
      <w:r>
        <w:br/>
        <w:t>Селімена&lt;br /&gt;</w:t>
        <w:br/>
        <w:t>Ах, напосталістю ви сердите мене.&lt;br /&gt;</w:t>
        <w:br/>
        <w:t>Що за бажання вас взяло обох чудне!&lt;br /&gt;</w:t>
        <w:br/>
        <w:t>Відома серцеві сердечна таємниця;&lt;br /&gt;</w:t>
        <w:br/>
        <w:t>Сама від себе я не буду, певне, криться&lt;br /&gt;</w:t>
        <w:br/>
        <w:t>І в цьому виборі давно спинилась я&lt;br /&gt;</w:t>
        <w:br/>
        <w:t>На тім, кому душа присвячена моя.&lt;br /&gt;</w:t>
        <w:br/>
        <w:t>Але ж ніяково слова ці таємничі&lt;br /&gt;</w:t>
        <w:br/>
        <w:t>Сказати голосно і не одному в вічі.&lt;br /&gt;</w:t>
        <w:br/>
        <w:t>Є речі, про які освідчуватись нам&lt;br /&gt;</w:t>
        <w:br/>
        <w:t>Годиться-тихо лиш і тільки сам на сам.&lt;br /&gt;</w:t>
        <w:br/>
        <w:t>Та й, виявляючи чуття своє сердечне,&lt;br /&gt;</w:t>
        <w:br/>
        <w:t>Не треба ж ображать людину доконечне,&lt;br /&gt;</w:t>
        <w:br/>
        <w:t>Одверто й різко їй проголосивши: ні.&lt;br /&gt;</w:t>
        <w:br/>
        <w:t>Жорстоким шлях такий ввижається мені.</w:t>
      </w:r>
    </w:p>
    <w:p>
      <w:r>
        <w:br/>
        <w:t>Оронт&lt;br /&gt;</w:t>
        <w:br/>
        <w:t>Ні, правду всю кажіть одверто і до краю;&lt;br /&gt;</w:t>
        <w:br/>
        <w:t>На це я зважився.</w:t>
      </w:r>
    </w:p>
    <w:p>
      <w:r>
        <w:br/>
        <w:t>Альсест&lt;br /&gt;</w:t>
        <w:br/>
        <w:t>Цього я вимагаю.&lt;br /&gt;</w:t>
        <w:br/>
        <w:t>Не зволікаючись, без жодного жалю&lt;br /&gt;</w:t>
        <w:br/>
        <w:t>Одному з-поміж нас ви киньте: не люблю.&lt;br /&gt;</w:t>
        <w:br/>
        <w:t>Хотіли з усіма у злагоді ви жити,&lt;br /&gt;</w:t>
        <w:br/>
        <w:t>Та годі. Скрайній час хитання ці скінчити.&lt;br /&gt;</w:t>
        <w:br/>
        <w:t>Як затялися ви уперто на своїм,&lt;br /&gt;</w:t>
        <w:br/>
        <w:t>То прочитаю я собі відмову в тім —&lt;br /&gt;</w:t>
        <w:br/>
        <w:t>І все, що думав я про вас лихого, пані,&lt;br /&gt;</w:t>
        <w:br/>
        <w:t>Знайде нехибний грунт у вашому мовчанні.</w:t>
      </w:r>
    </w:p>
    <w:p>
      <w:r>
        <w:br/>
        <w:t>Оронт&lt;br /&gt;</w:t>
        <w:br/>
        <w:t>Я не дивуюся нітрохи цим словам&lt;br /&gt;</w:t>
        <w:br/>
        <w:t>І підписатися під ними міг би й сам.</w:t>
      </w:r>
    </w:p>
    <w:p>
      <w:r>
        <w:br/>
        <w:t>Селімена&lt;br /&gt;</w:t>
        <w:br/>
        <w:t>Ах, домагання це нудне й несправедливе&lt;br /&gt;</w:t>
        <w:br/>
        <w:t>І тільки муку ним завдаєте мені ви.&lt;br /&gt;</w:t>
        <w:br/>
        <w:t>Порозумітися нам, далебі, вже час…&lt;br /&gt;</w:t>
        <w:br/>
        <w:t>Та ось кузина йде, вона розсудить нас.</w:t>
      </w:r>
    </w:p>
    <w:p>
      <w:r>
        <w:br/>
        <w:t>ЯВА 3</w:t>
      </w:r>
    </w:p>
    <w:p>
      <w:r>
        <w:br/>
        <w:t>Еліанта, Філінт, Селімена, Оронт, Альсест.</w:t>
      </w:r>
    </w:p>
    <w:p>
      <w:r>
        <w:br/>
        <w:t>Селімена&lt;br /&gt;</w:t>
        <w:br/>
        <w:t>Кузино, захистіть! Тут, наче після змови,&lt;br /&gt;</w:t>
        <w:br/>
        <w:t>На мене з двох боків напали ці панове.&lt;br /&gt;</w:t>
        <w:br/>
        <w:t>Обом їм хочеться, щоб виповіла я,&lt;br /&gt;</w:t>
        <w:br/>
        <w:t>Кому із них любов присвячена моя,&lt;br /&gt;</w:t>
        <w:br/>
        <w:t>І щоб призналася одверто й без вагання,&lt;br /&gt;</w:t>
        <w:br/>
        <w:t>Хто має кинути даремні сподівання.&lt;br /&gt;</w:t>
        <w:br/>
        <w:t>Ну, де ж це чувано? Хіба не дивина?</w:t>
      </w:r>
    </w:p>
    <w:p>
      <w:r>
        <w:br/>
        <w:t>Еліанта&lt;br /&gt;</w:t>
        <w:br/>
        <w:t>Нехай вимога ця здається вам чудна,&lt;br /&gt;</w:t>
        <w:br/>
        <w:t>Але даремне ви звертаєтесь до мене:&lt;br /&gt;</w:t>
        <w:br/>
        <w:t>Я щирість над усе ціную, Селімено.</w:t>
      </w:r>
    </w:p>
    <w:p>
      <w:r>
        <w:br/>
        <w:t>Оронт&lt;br /&gt;</w:t>
        <w:br/>
        <w:t>Підтримки, бачите, і тут вам не найти.</w:t>
      </w:r>
    </w:p>
    <w:p>
      <w:r>
        <w:br/>
        <w:t>Альсест&lt;br /&gt;</w:t>
        <w:br/>
        <w:t>Всі ваші хитрощі не досягнуть мети.</w:t>
      </w:r>
    </w:p>
    <w:p>
      <w:r>
        <w:br/>
        <w:t>Оронт&lt;br /&gt;</w:t>
        <w:br/>
        <w:t>Свій присуд виречіть і терези схитніте.</w:t>
      </w:r>
    </w:p>
    <w:p>
      <w:r>
        <w:br/>
        <w:t>Альсест&lt;br /&gt;</w:t>
        <w:br/>
        <w:t>Все розумію я, не треба й говорити.</w:t>
      </w:r>
    </w:p>
    <w:p>
      <w:r>
        <w:br/>
        <w:t>Оронт&lt;br /&gt;</w:t>
        <w:br/>
        <w:t>Одно лише слівце — і край розмові цій.</w:t>
      </w:r>
    </w:p>
    <w:p>
      <w:r>
        <w:br/>
        <w:t>Альсест&lt;br /&gt;</w:t>
        <w:br/>
        <w:t>В мовчанні вашому читаю жереб свій.</w:t>
      </w:r>
    </w:p>
    <w:p>
      <w:r>
        <w:br/>
        <w:t>ЯВА 4</w:t>
      </w:r>
    </w:p>
    <w:p>
      <w:r>
        <w:br/>
        <w:t>Арсіноя, Селімена, Еліанта, Альсест, Філінт, Акаст, Клітандр, Оронт.</w:t>
      </w:r>
    </w:p>
    <w:p>
      <w:r>
        <w:br/>
        <w:t>Акаст&lt;br /&gt;</w:t>
        <w:br/>
        <w:t>(до Селімепи)&lt;br /&gt;</w:t>
        <w:br/>
        <w:t>Не гнівайтесь на нас, добродійко. ласкава;&lt;br /&gt;</w:t>
        <w:br/>
        <w:t>Нас привела сюди одна маленька справа.</w:t>
      </w:r>
    </w:p>
    <w:p>
      <w:r>
        <w:br/>
        <w:t>Клітандр&lt;br /&gt;</w:t>
        <w:br/>
        <w:t>(до Оронта й Альсеста)&lt;br /&gt;</w:t>
        <w:br/>
        <w:t>До речі, тут і ви. Ця справа водночас,&lt;br /&gt;</w:t>
        <w:br/>
        <w:t>На жаль, стосується, панове, і до вас.</w:t>
      </w:r>
    </w:p>
    <w:p>
      <w:r>
        <w:br/>
        <w:t>Арсіноя&lt;br /&gt;</w:t>
        <w:br/>
        <w:t>(до Селімени)&lt;br /&gt;</w:t>
        <w:br/>
        <w:t>Ви, певне, вражені, що я сюди з’явилась,&lt;br /&gt;</w:t>
        <w:br/>
        <w:t>Та ці добродії до того спричинились;&lt;br /&gt;</w:t>
        <w:br/>
        <w:t>Обидва скаржаться на вчинок, що йому&lt;br /&gt;</w:t>
        <w:br/>
        <w:t>Нема пробачення. Я ж віри не пойму,&lt;br /&gt;</w:t>
        <w:br/>
        <w:t>Шанобу маючи давно до вас незмінну,&lt;br /&gt;</w:t>
        <w:br/>
        <w:t>Щоб зважилися ви на річ таку злочинну.&lt;br /&gt;</w:t>
        <w:br/>
        <w:t>Ні їхні докази, ні змажка та мала,&lt;br /&gt;</w:t>
        <w:br/>
        <w:t>Що в нас лучилася, — ніщо не подола&lt;br /&gt;</w:t>
        <w:br/>
        <w:t>Поваги й приязні глибокої між нами.&lt;br /&gt;</w:t>
        <w:br/>
        <w:t>Я вірю — змиєте ви всі ганебні плями.</w:t>
      </w:r>
    </w:p>
    <w:p>
      <w:r>
        <w:br/>
        <w:t>Акаст&lt;br /&gt;</w:t>
        <w:br/>
        <w:t>Так, пані. Попросить уклінно ми прийшли,&lt;br /&gt;</w:t>
        <w:br/>
        <w:t>Щоб ви пояснення вичерпне нам дали.&lt;br /&gt;</w:t>
        <w:br/>
        <w:t>Ось лист: Клітандрові його ви написали.</w:t>
      </w:r>
    </w:p>
    <w:p>
      <w:r>
        <w:br/>
        <w:t>Клітандр&lt;br /&gt;</w:t>
        <w:br/>
        <w:t>Записку ніжну що ви до Акаста склали.</w:t>
      </w:r>
    </w:p>
    <w:p>
      <w:r>
        <w:br/>
        <w:t>Акаст&lt;br /&gt;</w:t>
        <w:br/>
        <w:t>(до Оронта й Альсеста)&lt;br /&gt;</w:t>
        <w:br/>
        <w:t>Панове, по знаку вам, певне, букви ці,&lt;br /&gt;</w:t>
        <w:br/>
        <w:t>Належать-бо вони увічливій руці,&lt;br /&gt;</w:t>
        <w:br/>
        <w:t>Що знати всім себе дає люб’язне право.&lt;br /&gt;</w:t>
        <w:br/>
        <w:t>Одначе дещо тут послухати цікаво:&lt;br /&gt;</w:t>
        <w:br/>
        <w:t>"Ви дивна людина: судите мене за веселість і дорікаєте, ніби я ніколи не буваю веселіша, як тоді, коли вас нема. Це вельми несправедливо; і коли ви не прибудете якнайскоріше перепросити мене за таку образу, я вам довіку цього не подарую. Наш довготелесий віконт…"&lt;br /&gt;</w:t>
        <w:br/>
        <w:t>От його ще тут бракує!&lt;br /&gt;</w:t>
        <w:br/>
        <w:t>"… Наш довготелесий віконт, що з нього ви починаєте свої скарги, не належить до тих людей, які могли б мені подобатись, і відколи я бачила, як він цілих три чверті години безперестанку плював у криницю, щоб там кружки розходилися, — я не можу добру про нього мати гадку. Щодо маленького маркіза…"&lt;br /&gt;</w:t>
        <w:br/>
        <w:t>Це я сам, панове, без хвастощів.&lt;br /&gt;</w:t>
        <w:br/>
        <w:t>"… Щодо маленького маркіза, котрий так довго вчора мені товаришив, то, на мою думку, нічого нема нікчемнішого за його особу, і тільки його й слави, що плащ та шпага. А про добродія з зеленими стьожками…"&lt;br /&gt;</w:t>
        <w:br/>
        <w:t>(До Альсеста)&lt;br /&gt;</w:t>
        <w:br/>
        <w:t>Маєте й собі, пане ласкавий…&lt;br /&gt;</w:t>
        <w:br/>
        <w:t>"… А про добродія з зеленими стьожками скажу, що він часом розважає мене своїми гострими вихватками та злою похмурістю, але багато частіше буває для мене нестерпний. Щодо пана з сонетом…"&lt;br /&gt;</w:t>
        <w:br/>
        <w:t>(До Оронта)&lt;br /&gt;</w:t>
        <w:br/>
        <w:t>Це на вашу пайку, добродію.&lt;br /&gt;</w:t>
        <w:br/>
        <w:t>"… Щодо пана з сонетом, який спить і бачить себе, наперекір цілому світові, письменником, то для мене мука тяжка слухати його балаканину, і нудна його проза стомлює мене не менше від нудних його віршів. Зважте ж усе це, і ви зрозумієте, що життя моє зовсім не таке веселе, як вам видається; що вас мені бракує більше, ніж я можу це висловити, у всіх отих розвагах, де я мушу брати участь, і що найкраща приправа до наших утіх — це присутність любих серцю людей".</w:t>
      </w:r>
    </w:p>
    <w:p>
      <w:r>
        <w:br/>
        <w:t>Клітандр&lt;br /&gt;</w:t>
        <w:br/>
        <w:t>Так, а тепер я.&lt;br /&gt;</w:t>
        <w:br/>
        <w:t>"Ваш Клітандр, про якого ви пишете і який так усе маніжиться, — останній з-поміж людей, що до них могла б я відчувати приязнь. Він збожеволів, думаючи, ніби його кохають, а ви — гадаючи, що вас не кохають. Верніться ж до розсудливості, поміняйтеся з ним почуттями і заходьте до мене якнайчастіше, щоб помагати мені терпіти набридливі його лицяння".&lt;br /&gt;</w:t>
        <w:br/>
        <w:t>Душа одбилася прекрасна в цім писанні!&lt;br /&gt;</w:t>
        <w:br/>
        <w:t>Самі ви знаєте, як це назвати, пані.&lt;br /&gt;</w:t>
        <w:br/>
        <w:t>Так! Серця вашого збагнули ми секрет&lt;br /&gt;</w:t>
        <w:br/>
        <w:t>І світу цілому покажем ваш портрет.</w:t>
      </w:r>
    </w:p>
    <w:p>
      <w:r>
        <w:br/>
        <w:t>Акаст&lt;br /&gt;</w:t>
        <w:br/>
        <w:t>Чимало дечого сказав би я до цього,&lt;br /&gt;</w:t>
        <w:br/>
        <w:t>Та ні. Обурення не гідні ви мойого.&lt;br /&gt;</w:t>
        <w:br/>
        <w:t>Але побачите: маленький ваш маркіз&lt;br /&gt;</w:t>
        <w:br/>
        <w:t>Зугарен виграти собі й дорожчий приз;</w:t>
      </w:r>
    </w:p>
    <w:p>
      <w:r>
        <w:br/>
        <w:t>ЯВА 5</w:t>
      </w:r>
    </w:p>
    <w:p>
      <w:r>
        <w:br/>
        <w:t>Селімена, Еліанта, Арсіноя, Альсест, Оронт, Філінт.</w:t>
      </w:r>
    </w:p>
    <w:p>
      <w:r>
        <w:br/>
        <w:t>Оронт.&lt;br /&gt;</w:t>
        <w:br/>
        <w:t>Так от яке мені судилося знущання!&lt;br /&gt;</w:t>
        <w:br/>
        <w:t>А речі ж ніжні ті, а ніжне листування!&lt;br /&gt;</w:t>
        <w:br/>
        <w:t>Любов удаючи, хотіли б ви усіх —&lt;br /&gt;</w:t>
        <w:br/>
        <w:t>Щохвилі бачити у себе біля ніг&lt;br /&gt;</w:t>
        <w:br/>
        <w:t>І обіцянки всім солодкі розсипати…&lt;br /&gt;</w:t>
        <w:br/>
        <w:t>О!.. Як же я себе дозволив ошукати!&lt;br /&gt;</w:t>
        <w:br/>
        <w:t>Спасибі ж красне вам, що серце ви мені&lt;br /&gt;</w:t>
        <w:br/>
        <w:t>Моє вертаєте.&lt;br /&gt;</w:t>
        <w:br/>
        <w:t>(До Альсеста).&lt;br /&gt;</w:t>
        <w:br/>
        <w:t>А вам не заздрю, ні,&lt;br /&gt;</w:t>
        <w:br/>
        <w:t>І оступаюся з дороги залюбки вам,&lt;br /&gt;</w:t>
        <w:br/>
        <w:t>З кінцем заздалегідь віншуючи щасливим,</w:t>
      </w:r>
    </w:p>
    <w:p>
      <w:r>
        <w:br/>
        <w:t>ЯВА 6</w:t>
      </w:r>
    </w:p>
    <w:p>
      <w:r>
        <w:br/>
        <w:t>Селімена. Еліанта, Арсіноя, Альсест, Філінт.</w:t>
      </w:r>
    </w:p>
    <w:p>
      <w:r>
        <w:br/>
        <w:t>Арсіноя&lt;br /&gt;</w:t>
        <w:br/>
        <w:t>Як змовчати мені? Палає в серці гнів!&lt;br /&gt;</w:t>
        <w:br/>
        <w:t>На світі ще ніхто так, пані, не чинив&lt;br /&gt;</w:t>
        <w:br/>
        <w:t>І не домислився до зрадництва такого.&lt;br /&gt;</w:t>
        <w:br/>
        <w:t>Але признаюся: не жалую нікого,&lt;br /&gt;</w:t>
        <w:br/>
        <w:t>(Показує на Альсеста).&lt;br /&gt;</w:t>
        <w:br/>
        <w:t>Лиш він, хто присвятив найкращі вам чуття,&lt;br /&gt;</w:t>
        <w:br/>
        <w:t>— Хто з вашим поєднать хотів своє життя,&lt;br /&gt;</w:t>
        <w:br/>
        <w:t>Шляхетний над усіх, розумний та правдивий…</w:t>
      </w:r>
    </w:p>
    <w:p>
      <w:r>
        <w:br/>
        <w:t>Альсест&lt;br /&gt;</w:t>
        <w:br/>
        <w:t>Даремне похвали складаєте мені ви.&lt;br /&gt;</w:t>
        <w:br/>
        <w:t>Скажу по щирості: за них я вдячний вам,&lt;br /&gt;</w:t>
        <w:br/>
        <w:t>Та справу дивну цю розплутаю я сам.&lt;br /&gt;</w:t>
        <w:br/>
        <w:t>Хоч серце в вас жалем глибоким оповите,&lt;br /&gt;</w:t>
        <w:br/>
        <w:t>Нічим не можу я за жаль цей відплатити,&lt;br /&gt;</w:t>
        <w:br/>
        <w:t>І як солодкої настане помсти час,&lt;br /&gt;</w:t>
        <w:br/>
        <w:t>Що в виборі своїм спинюсь я не на вас.</w:t>
      </w:r>
    </w:p>
    <w:p>
      <w:r>
        <w:br/>
        <w:t>Арсіноя&lt;br /&gt;</w:t>
        <w:br/>
        <w:t>От як, добродію! Це, далебі, чудово!&lt;br /&gt;</w:t>
        <w:br/>
        <w:t>Ви певні, що я жду лише на ваше слово,&lt;br /&gt;</w:t>
        <w:br/>
        <w:t>Щоб з вами під вінець без роздуму піти,&lt;br /&gt;</w:t>
        <w:br/>
        <w:t>Що кращої нема для мене і мети.&lt;br /&gt;</w:t>
        <w:br/>
        <w:t>Але довідатись уже вам треба, мабуть,&lt;br /&gt;</w:t>
        <w:br/>
        <w:t>Що крам збракований ніяк мене не вабить,&lt;br /&gt;</w:t>
        <w:br/>
        <w:t>І гордощі свої покинути смішні.&lt;br /&gt;</w:t>
        <w:br/>
        <w:t>У парі з вами жить, мосьпане, не мені.&lt;br /&gt;</w:t>
        <w:br/>
        <w:t>Оддайте ліпше їй і серце ви, і руку…&lt;br /&gt;</w:t>
        <w:br/>
        <w:t>Удвох прегарну ви утворите сполуку.</w:t>
      </w:r>
    </w:p>
    <w:p>
      <w:r>
        <w:br/>
        <w:t>ЯВА 7</w:t>
      </w:r>
    </w:p>
    <w:p>
      <w:r>
        <w:br/>
        <w:t>Селімена, Еліанта, Альсест, Філінт.</w:t>
      </w:r>
    </w:p>
    <w:p>
      <w:r>
        <w:br/>
        <w:t>Альсест&lt;br /&gt;</w:t>
        <w:br/>
        <w:t>(до Селімени)&lt;br /&gt;</w:t>
        <w:br/>
        <w:t>Що ж, пані… Слова я ще й досі не казав&lt;br /&gt;</w:t>
        <w:br/>
        <w:t>І на чергу свою терпливо дожидав,&lt;br /&gt;</w:t>
        <w:br/>
        <w:t>Уста німотою скувавши кам’яною.&lt;br /&gt;</w:t>
        <w:br/>
        <w:t>Чи ж можу нині я…</w:t>
      </w:r>
    </w:p>
    <w:p>
      <w:r>
        <w:br/>
        <w:t>Селімена&lt;br /&gt;</w:t>
        <w:br/>
        <w:t>Так, мовою гіркою&lt;br /&gt;</w:t>
        <w:br/>
        <w:t>Ви право маєте тепер мене ганьбить.&lt;br /&gt;</w:t>
        <w:br/>
        <w:t>Карайте ж! Як огнем, докорами печіть!&lt;br /&gt;</w:t>
        <w:br/>
        <w:t>Мені пробачення найменшого немає,&lt;br /&gt;</w:t>
        <w:br/>
        <w:t>Я винна — і душа від сорому палає. —&lt;br /&gt;</w:t>
        <w:br/>
        <w:t>До інших байдуже, і їхній крик — смішний,&lt;br /&gt;</w:t>
        <w:br/>
        <w:t>Та злочин проти вас нестримний і тяжкий.&lt;br /&gt;</w:t>
        <w:br/>
        <w:t>На мене дивитесь ви з невимовним гнівом,&lt;br /&gt;</w:t>
        <w:br/>
        <w:t>І мушу я його признати справедливим,&lt;br /&gt;</w:t>
        <w:br/>
        <w:t>Лукавства марного цураючись окрас. —&lt;br /&gt;</w:t>
        <w:br/>
        <w:t>Ненависть я прийму заслужену од вас —&lt;br /&gt;</w:t>
        <w:br/>
        <w:t>І мовчки…</w:t>
      </w:r>
    </w:p>
    <w:p>
      <w:r>
        <w:br/>
        <w:t>Альсест&lt;br /&gt;</w:t>
        <w:br/>
        <w:t>Зраднице! Ненависть утікає&lt;br /&gt;</w:t>
        <w:br/>
        <w:t>Із серця, де любов палала і палає,&lt;br /&gt;</w:t>
        <w:br/>
        <w:t>І хоч забути вас навіки б я хотів, —&lt;br /&gt;</w:t>
        <w:br/>
        <w:t>Перемогти, своїх не зможу почуттів.&lt;br /&gt;</w:t>
        <w:br/>
        <w:t>(До Еліанти та Філінта).&lt;br /&gt;</w:t>
        <w:br/>
        <w:t>Ви, друзі, бачите: боротися несила.&lt;br /&gt;</w:t>
        <w:br/>
        <w:t>Якимись чарами вона мене сп’янила,&lt;br /&gt;</w:t>
        <w:br/>
        <w:t>Зустрівся з нею я на лихо й на біду, —&lt;br /&gt;</w:t>
        <w:br/>
        <w:t>І все-таки кінця тут хоч-не-хоч дійду.&lt;br /&gt;</w:t>
        <w:br/>
        <w:t>Що розум, що розважні міркування,&lt;br /&gt;</w:t>
        <w:br/>
        <w:t>Як серцю людському приречене кохання!&lt;br /&gt;</w:t>
        <w:br/>
        <w:t>(До Селімени).&lt;br /&gt;</w:t>
        <w:br/>
        <w:t>Так, так… Забуду все, усе пробачу вам,&lt;br /&gt;</w:t>
        <w:br/>
        <w:t>Скажу, що досі ви жили таким життям,&lt;br /&gt;</w:t>
        <w:br/>
        <w:t>В такім оточенні, де нам під юні роки&lt;br /&gt;</w:t>
        <w:br/>
        <w:t>Неважко прищепить найгірші всі пороки, —&lt;br /&gt;</w:t>
        <w:br/>
        <w:t>Аби ви згодились зо мною утекти&lt;br /&gt;</w:t>
        <w:br/>
        <w:t>Від цеї марної людської суєти&lt;br /&gt;</w:t>
        <w:br/>
        <w:t>В пустелю, в закуток, геть од забав, фальшивих,&lt;br /&gt;</w:t>
        <w:br/>
        <w:t>Для щастя світлого і радощів правдивих.&lt;br /&gt;</w:t>
        <w:br/>
        <w:t>Лише наважтеся — і змиєте ви враз&lt;br /&gt;</w:t>
        <w:br/>
        <w:t>В моїй душі сліди усіх тяжких образ,&lt;br /&gt;</w:t>
        <w:br/>
        <w:t>Вгамуєте людську неумоленну мстивість&lt;br /&gt;</w:t>
        <w:br/>
        <w:t>І вернете мені любити вас можливість.</w:t>
      </w:r>
    </w:p>
    <w:p>
      <w:r>
        <w:br/>
        <w:t>Селімена&lt;br /&gt;</w:t>
        <w:br/>
        <w:t>В пустелю, в закуток сховатися мені?&lt;br /&gt;</w:t>
        <w:br/>
        <w:t>Зректися втіх життя на життєвій весні?</w:t>
      </w:r>
    </w:p>
    <w:p>
      <w:r>
        <w:br/>
        <w:t>Альсест&lt;br /&gt;</w:t>
        <w:br/>
        <w:t>Коли серця горять огнем у нас єдиним, —&lt;br /&gt;</w:t>
        <w:br/>
        <w:t>Навіщо втіхи нам, навіщо люди всі нам?&lt;br /&gt;</w:t>
        <w:br/>
        <w:t>Ми рай спізнаємо на лоні самоти.</w:t>
      </w:r>
    </w:p>
    <w:p>
      <w:r>
        <w:br/>
        <w:t>Селімена&lt;br /&gt;</w:t>
        <w:br/>
        <w:t>Але ж у двадцять літ од світу утекти,&lt;br /&gt;</w:t>
        <w:br/>
        <w:t>В далекій глушині верстати вдвох дорогу.&lt;br /&gt;</w:t>
        <w:br/>
        <w:t>Ні, в мене мужності не вистачить до того!&lt;br /&gt;</w:t>
        <w:br/>
        <w:t>Коли любов іще в грудях у вас горить, —&lt;br /&gt;</w:t>
        <w:br/>
        <w:t>Я шлюбом згоджуюсь усе це довершить,&lt;br /&gt;</w:t>
        <w:br/>
        <w:t>І може…</w:t>
      </w:r>
    </w:p>
    <w:p>
      <w:r>
        <w:br/>
        <w:t>Альсест&lt;br /&gt;</w:t>
        <w:br/>
        <w:t>Годі! Край! Не варті ви любові:&lt;br /&gt;</w:t>
        <w:br/>
        <w:t>Це добре зрозумів я з вашої відмови.&lt;br /&gt;</w:t>
        <w:br/>
        <w:t>Для мене ви й життя, і світ, і все були;&lt;br /&gt;</w:t>
        <w:br/>
        <w:t>Як же в мені того, на жаль, ви не знайшли, —&lt;br /&gt;</w:t>
        <w:br/>
        <w:t>Прощайте. Хай умре на спільний шлях надія,&lt;br /&gt;</w:t>
        <w:br/>
        <w:t>Ганебні з радістю скидаю кайдани я.</w:t>
      </w:r>
    </w:p>
    <w:p>
      <w:r>
        <w:br/>
        <w:t>ЯВА 8</w:t>
      </w:r>
    </w:p>
    <w:p>
      <w:r>
        <w:br/>
        <w:t>Еліанта, Альсест, Філінт.</w:t>
      </w:r>
    </w:p>
    <w:p>
      <w:r>
        <w:br/>
        <w:t>Альсест&lt;br /&gt;</w:t>
        <w:br/>
        <w:t>(до Еліанти)&lt;br /&gt;</w:t>
        <w:br/>
        <w:t>Ви, пані, маєте краси ясної чар&lt;br /&gt;</w:t>
        <w:br/>
        <w:t>І дорогих чеснот високий, чистий дар;&lt;br /&gt;</w:t>
        <w:br/>
        <w:t>Шукати кращої — була б то марна праця…&lt;br /&gt;</w:t>
        <w:br/>
        <w:t>Дозвольте ж зберегти й надалі почуття ці&lt;br /&gt;</w:t>
        <w:br/>
        <w:t>І вище ставити вас од усіх людей,&lt;br /&gt;</w:t>
        <w:br/>
        <w:t>Але з’єднати нас не може Гіменей.&lt;br /&gt;</w:t>
        <w:br/>
        <w:t>Не вартий я того, і на шляху земному&lt;br /&gt;</w:t>
        <w:br/>
        <w:t>Дійти кінця мені судилося самому.&lt;br /&gt;</w:t>
        <w:br/>
        <w:t>Та. Й що б я скласти вам у жертву нині зміг?&lt;br /&gt;</w:t>
        <w:br/>
        <w:t>Те серце, що його тут піднято на сміх,&lt;br /&gt;</w:t>
        <w:br/>
        <w:t>Непотріб, кинуту зрадливою рукою…</w:t>
      </w:r>
    </w:p>
    <w:p>
      <w:r>
        <w:br/>
        <w:t>Еліанта&lt;br /&gt;</w:t>
        <w:br/>
        <w:t>У цій турботі вас я, пане, заспокою:&lt;br /&gt;</w:t>
        <w:br/>
        <w:t>Я другу вашому скажу слівце одно,&lt;br /&gt;</w:t>
        <w:br/>
        <w:t>Якого потай він чекає вже давно,"-&lt;br /&gt;</w:t>
        <w:br/>
        <w:t>І ми з’єднаємо із ним серця і руки.</w:t>
      </w:r>
    </w:p>
    <w:p>
      <w:r>
        <w:br/>
        <w:t>Філінт&lt;br /&gt;</w:t>
        <w:br/>
        <w:t>— За щастя це ладен піти б я і на муки.</w:t>
      </w:r>
    </w:p>
    <w:p>
      <w:r>
        <w:br/>
        <w:t>Альсест&lt;br /&gt;</w:t>
        <w:br/>
        <w:t>Нехай же стелиться вам радісне життя&lt;br /&gt;</w:t>
        <w:br/>
        <w:t>У любій злагоді, без сліз і каяття.&lt;br /&gt;</w:t>
        <w:br/>
        <w:t>А я — окривджений, осміяний жорстоко&lt;br /&gt;</w:t>
        <w:br/>
        <w:t>Піду, втікаючи від злоби, від порока,&lt;br /&gt;</w:t>
        <w:br/>
        <w:t>У тихий закуток, як він на світі єсть,&lt;br /&gt;</w:t>
        <w:br/>
        <w:t>Де правда ще живе і не зів’яла честь.</w:t>
      </w:r>
    </w:p>
    <w:p>
      <w:r>
        <w:br/>
        <w:t>Філінт&lt;br /&gt;</w:t>
        <w:br/>
        <w:t>Ми ж, пані, маємо його переконати,&lt;br /&gt;</w:t>
        <w:br/>
        <w:t>Щоб нас не засудив він до такої втрати.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Мізантроп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