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Мюнхен</w:t>
      </w:r>
    </w:p>
    <w:p>
      <w:r>
        <w:br/>
        <w:t xml:space="preserve"> Ретельне запам’ятовування&lt;br /&gt;</w:t>
        <w:br/>
        <w:t>розташування вулиць,&lt;br /&gt;</w:t>
        <w:br/>
        <w:t>місцезнаходження кнайп,&lt;br /&gt;</w:t>
        <w:br/>
        <w:t>італійських і грецьких ресторанів,&lt;br /&gt;</w:t>
        <w:br/>
        <w:t>снігу плинучого, станцій підземки,&lt;br /&gt;</w:t>
        <w:br/>
        <w:t>сузір'їв і номерів будинків,&lt;br /&gt;</w:t>
        <w:br/>
        <w:t>жесту, яким Андруся тримає кермо,&lt;br /&gt;</w:t>
        <w:br/>
        <w:t>жесту, яким вона ставить порожній&lt;br /&gt;</w:t>
        <w:br/>
        <w:t>келішок,&lt;br /&gt;</w:t>
        <w:br/>
        <w:t>запам’ятовування тривожних мелодій&lt;br /&gt;</w:t>
        <w:br/>
        <w:t>тихого нічного року,&lt;br /&gt;</w:t>
        <w:br/>
        <w:t>голосів покійних джимів, фредів, дженіс,&lt;br /&gt;</w:t>
        <w:br/>
        <w:t>і спалахи запальнички,&lt;br /&gt;</w:t>
        <w:br/>
        <w:t>моментальні знимки твоїх персів,&lt;br /&gt;</w:t>
        <w:br/>
        <w:t>т-в-о-ї-х-з-а-п-л-ю-щ-е-н-и-х-в-і-д-н-а-с-о-л-о-д-и-о-ч-е-й,&lt;br /&gt;</w:t>
        <w:br/>
        <w:t>порухів твоїх з минулого&lt;br /&gt;</w:t>
        <w:br/>
        <w:t>у теперішнє майбутнє,&lt;br /&gt;</w:t>
        <w:br/>
        <w:t>твій стогін, твоя ти, твоє "я".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Мюнхен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