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Місто, премісто, прамісто моє!..</w:t>
      </w:r>
    </w:p>
    <w:p>
      <w:r>
        <w:br/>
        <w:t xml:space="preserve"> Місто, премісто, прамісто моє!&lt;br /&gt;</w:t>
        <w:br/>
        <w:t>Стійбище людське з асфальту й бетону.&lt;br /&gt;</w:t>
        <w:br/>
        <w:t>Як там не буде, а все-таки є&lt;br /&gt;</w:t>
        <w:br/>
        <w:t>той силует у вікні золотому!</w:t>
      </w:r>
    </w:p>
    <w:p>
      <w:r>
        <w:br/>
        <w:t>Ось я проходжу, і ось я пройду.&lt;br /&gt;</w:t>
        <w:br/>
        <w:t>Може, й навік, але справа не в тому —&lt;br /&gt;</w:t>
        <w:br/>
        <w:t>тільки б не танув, як тінь на льоду,&lt;br /&gt;</w:t>
        <w:br/>
        <w:t>той силует у вікні золотому!</w:t>
      </w:r>
    </w:p>
    <w:p>
      <w:r>
        <w:br/>
        <w:t>Скільки душа прориває тенет!&lt;br /&gt;</w:t>
        <w:br/>
        <w:t>З моря і суші — додому, додому!&lt;br /&gt;</w:t>
        <w:br/>
        <w:t>Там, де у мене є той силует,&lt;br /&gt;</w:t>
        <w:br/>
        <w:t>той силует у вікні золотому!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Місто, премісто, прамісто моє!..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