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Мистецтво запам'ятовування</w:t>
      </w:r>
    </w:p>
    <w:p>
      <w:r>
        <w:br/>
        <w:t xml:space="preserve"> &lt;p&gt;Еразм Роттердамський</w:t>
      </w:r>
    </w:p>
    <w:p>
      <w:r>
        <w:br/>
        <w:t>Мистецтво запам'ятовування</w:t>
      </w:r>
    </w:p>
    <w:p>
      <w:r>
        <w:br/>
        <w:t>Дезидерій. Еразмій.</w:t>
      </w:r>
    </w:p>
    <w:p>
      <w:r>
        <w:br/>
        <w:t>Дезидерій. Як посуваються твої наукові заняття, Еразміє?</w:t>
      </w:r>
    </w:p>
    <w:p>
      <w:r>
        <w:br/>
        <w:t>Еразмій. Не дуже-то, по-моєму, до мене музи прихильні. Але мої справи пішли б далеко успішніше, якби я міг від тебе мати невеличку допомогу.</w:t>
      </w:r>
    </w:p>
    <w:p>
      <w:r>
        <w:br/>
        <w:t>Дезидерій. Ні в чому тобі не відмовляю, аби тільки це тобі знадобилось. Отож кажи, у чому річ.</w:t>
      </w:r>
    </w:p>
    <w:p>
      <w:r>
        <w:br/>
        <w:t>Еразмій. Я впевнений, що немає на світі жодного з таємних мистецтв, якого б ти не знав.</w:t>
      </w:r>
    </w:p>
    <w:p>
      <w:r>
        <w:br/>
        <w:t>Дезидерій. Ой, якби ж то так було!</w:t>
      </w:r>
    </w:p>
    <w:p>
      <w:r>
        <w:br/>
        <w:t>Еразмій. Я чув, що існує якесь мистецтво запам'ятовування, яке дозволяє при малих зусиллях вивчити всі вільні науки.</w:t>
      </w:r>
    </w:p>
    <w:p>
      <w:r>
        <w:br/>
        <w:t>Дезидерій. Що я чую? Ти бачив таку книгу?</w:t>
      </w:r>
    </w:p>
    <w:p>
      <w:r>
        <w:br/>
        <w:t>Еразмій. Бачив. І не тільки бачив, а й переконався, що вчителя немає.</w:t>
      </w:r>
    </w:p>
    <w:p>
      <w:r>
        <w:br/>
        <w:t>Дезидерій. Що містила в собі ця книга?</w:t>
      </w:r>
    </w:p>
    <w:p>
      <w:r>
        <w:br/>
        <w:t>Еразмій. Різні зображення, наприклад, драконів, левів, леопардів та інших тварин, далі різні коліщата, а в них слова — і грецькі, і латинські, єврейські, а деякі з варварських мов.</w:t>
      </w:r>
    </w:p>
    <w:p>
      <w:r>
        <w:br/>
        <w:t>Дезидерій. Чи в заголовку було вказано, протягом скількох днів можна засвоїти науки?</w:t>
      </w:r>
    </w:p>
    <w:p>
      <w:r>
        <w:br/>
        <w:t>Еразмій. Так, протягом чотирнадцяти днів.</w:t>
      </w:r>
    </w:p>
    <w:p>
      <w:r>
        <w:br/>
        <w:t>Дезидерій. Гучна обіцянка, нічого не скажеш. Все ж чи знаєш ти хоч одну людину, яку це мистецтво запам'ятовування зробило б ученим?</w:t>
      </w:r>
    </w:p>
    <w:p>
      <w:r>
        <w:br/>
        <w:t>Еразмій. Ні, нікого.</w:t>
      </w:r>
    </w:p>
    <w:p>
      <w:r>
        <w:br/>
        <w:t>Дезидерій. І ніхто інший не бачив такої людини і не побачить, хіба що раніше побачимо такого, хто став багатим з допомогою алхімії.</w:t>
      </w:r>
    </w:p>
    <w:p>
      <w:r>
        <w:br/>
        <w:t>Еразмій. А мені так хотілося б, щоб це була правда!</w:t>
      </w:r>
    </w:p>
    <w:p>
      <w:r>
        <w:br/>
        <w:t>Дезидерій. Мабуть, тому, що не в смак тобі здобувати знання ціною великих зусиль.</w:t>
      </w:r>
    </w:p>
    <w:p>
      <w:r>
        <w:br/>
        <w:t>Еразмій. Звичайно.</w:t>
      </w:r>
    </w:p>
    <w:p>
      <w:r>
        <w:br/>
        <w:t>Дезидерій. Що ж, так забаглося всевишнім богам. Оті звичайні багатства, як золото, самоцвіти, срібло, палаци, царства тощо, вони інколи дарують лінивим і недостойним. Проте справжні багатства, які становлять нашу безперечну власність, можна набути лише трудом. 1 нам не повинен здаватися тяжким труд, з допомогою якого дістається таке цінне добро, особливо коли ми спостерігаємо, як безліч людей через страхітливі небезпеки й нечувані труднощі рвуться до скороминущих і, порівняно з вченістю, воістину нікчемних благ, причому не завжди досягають мети своїх прагнень. Разом з тим наукові заняття приносять приємні відчуття, якщо хто має в науці певні успіхи. Нарешті, від тебе самого великою мірою залежить, щоб ти міг з їх допомогою втамувати духовну нудьгу і печаль.</w:t>
      </w:r>
    </w:p>
    <w:p>
      <w:r>
        <w:br/>
        <w:t>Еразмій. Яким побитом?</w:t>
      </w:r>
    </w:p>
    <w:p>
      <w:r>
        <w:br/>
        <w:t>Дезидерій. Постарайся, по-перше, полюбити наукові заняття, по-друге, захопитися ними.</w:t>
      </w:r>
    </w:p>
    <w:p>
      <w:r>
        <w:br/>
        <w:t>Еразмій. А як домогтися цього?</w:t>
      </w:r>
    </w:p>
    <w:p>
      <w:r>
        <w:br/>
        <w:t>Дезидерій. Поміркуй, скількох чоловік збагатила наука, скількох підняла на вершину пошани і значення. Надто зваж, яка велика різниця між людиною і твариною.</w:t>
      </w:r>
    </w:p>
    <w:p>
      <w:r>
        <w:br/>
        <w:t>Еразмій. Ти правий.</w:t>
      </w:r>
    </w:p>
    <w:p>
      <w:r>
        <w:br/>
        <w:t>Дезидерій. Далі ти повинен привчити свій розум зосереджуватись і відчувати задоволення з того, що радше приносить користь, ніж приємність. Те, що само по собі прекрасне і гідне пізнання, попервах подеколи буває обтяжливе для засвоєння, однак із часом від звички всілякі труднощі відходять на задній план. Завдяки цьому ти і вчителя будеш менше втомлювати, і сам легше будеш засвоювати, згідно із словами Сократа, які слід золотими буквами вивести на титульному листі твоєї книги. Якщо будеш допитливий, то пізнаєш багато.</w:t>
      </w:r>
    </w:p>
    <w:p>
      <w:r>
        <w:br/>
        <w:t>Еразмій. Засвоюю я, щоправда, досить швидко, але засвоєне миттю зникає.</w:t>
      </w:r>
    </w:p>
    <w:p>
      <w:r>
        <w:br/>
        <w:t>Дезидерій. Виходить, ти свого роду дірява бочка.</w:t>
      </w:r>
    </w:p>
    <w:p>
      <w:r>
        <w:br/>
        <w:t>Еразмій. Так воно і є, але зарадити цьому не можу.</w:t>
      </w:r>
    </w:p>
    <w:p>
      <w:r>
        <w:br/>
        <w:t>Дезидерій. Треба замазати щілини, щоб вода не текла.</w:t>
      </w:r>
    </w:p>
    <w:p>
      <w:r>
        <w:br/>
        <w:t>Еразмій. Чим замазати?</w:t>
      </w:r>
    </w:p>
    <w:p>
      <w:r>
        <w:br/>
        <w:t>Дезидерій. Не мохом і гіпсом, а наполегливістю. Хто завчає слова, не розуміючи їх значення, швидко їх</w:t>
      </w:r>
    </w:p>
    <w:p>
      <w:r>
        <w:br/>
        <w:t>забуває, бо слова, як каже Гомер, "крилаті" і легко відлітають, якщо їх не стримує вантаж значення. Отож насамперед старайся зрозуміти суть речі, відтак іще раз гарненько все обміркуй і зваж. І треба, як я вже зазначив, привчати розум до того, щоб він умів мислити зосереджено кожен раз, коли виникне потреба. Якщо ж у кого розум настільки неотесаний, що до цього звикнути не спроможний, то він для науки ніяк не годиться.</w:t>
      </w:r>
    </w:p>
    <w:p>
      <w:r>
        <w:br/>
        <w:t>Еразмій. Я прекрасно розумію, як це важко.</w:t>
      </w:r>
    </w:p>
    <w:p>
      <w:r>
        <w:br/>
        <w:t>Дезидерій. А в кого розум настільки поверховий, що не може зупинитись на якійсь думці, то і слухати довго не спроможний, ні закріпити в пам'яті вивчене. Тривко закарбувати що-небудь можна на свинці, а на воді або на ртуті — речовинах, які постійно пливуть, неможливо нічого відтиснути. Якби тобі вдалося привчити до цього свій розум, то ти з найменшим зусиллям зможеш запам'ятати дуже багато, тим паче, що ти повсякчасно перебуваєш серед учених1, чиї розмови кожний день приносять тобі стільки гідного пізнання.</w:t>
      </w:r>
    </w:p>
    <w:p>
      <w:r>
        <w:br/>
        <w:t>Еразмій. Так, звичайно.</w:t>
      </w:r>
    </w:p>
    <w:p>
      <w:r>
        <w:br/>
        <w:t>Дезидерій. Адже, крім розмов за столом, окрім щоденних балачок, ти відразу ж після сніданку маєш змогу почути вісім добірних, дуже дотепних висловів, вибраних з найкращих авторів, і після обіду стільки ж. Підрахуй, скільки їх назбирається за місяць, скільки за рік.</w:t>
      </w:r>
    </w:p>
    <w:p>
      <w:r>
        <w:br/>
        <w:t>Еразмій. Сила-силенна, якби ж то тільки запам'ятати.</w:t>
      </w:r>
    </w:p>
    <w:p>
      <w:r>
        <w:br/>
        <w:t>Дезидорів. Отже, коли навколо тебе розмовляють гарною латинською мовою, то що заважає тобі вивчити протягом кількох місяців цю мову, адже неграмотні хлопці за короткий час опановують французьку або іспанську мови?</w:t>
      </w:r>
    </w:p>
    <w:p>
      <w:r>
        <w:br/>
        <w:t>Еразмій. Піду за твоєю порадою і спробую, чи мій розум здатний звикнути до ярма Муз.</w:t>
      </w:r>
    </w:p>
    <w:p>
      <w:r>
        <w:br/>
        <w:t>Дезидерій. Іншого мистецтва запам'ятовування, окрім старанності, любові й наполегливості, я не знаю. ,</w:t>
      </w:r>
    </w:p>
    <w:p>
      <w:r>
        <w:br/>
        <w:t>1 ...повсякчасно перебуваєш серед учених... — Друкарня Й.Фробенв пропагувала твори гуманістів Відродження.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Мистецтво запам'ятовування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