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Мистецтво поетичне</w:t>
      </w:r>
    </w:p>
    <w:p>
      <w:r>
        <w:br/>
        <w:t xml:space="preserve"> Нікола Буало&lt;br /&gt;</w:t>
        <w:br/>
        <w:t>Мистецтво поетичне</w:t>
      </w:r>
    </w:p>
    <w:p>
      <w:r>
        <w:br/>
        <w:t>Буало Н. Мистецтво поетичне. К., 1967;&lt;br /&gt;</w:t>
        <w:br/>
        <w:t>переклад М.Т. Рильського</w:t>
      </w:r>
    </w:p>
    <w:p>
      <w:r>
        <w:br/>
        <w:t>ПІСНЯ ПЕРША</w:t>
      </w:r>
    </w:p>
    <w:p>
      <w:r>
        <w:br/>
        <w:t>Дійти поезії парнаських верховин&lt;br /&gt;</w:t>
        <w:br/>
        <w:t>Безумно мріє той, хто зроду їй не син;&lt;br /&gt;</w:t>
        <w:br/>
        <w:t>Коли натхнення він од неба в дар не має, —&lt;br /&gt;</w:t>
        <w:br/>
        <w:t>Пегаса впертого повік не осідлає;&lt;br /&gt;</w:t>
        <w:br/>
        <w:t>Вузького розуму судивсь йому полон,&lt;br /&gt;</w:t>
        <w:br/>
        <w:t>І марних слів його не чує Аполлон.&lt;br /&gt;</w:t>
        <w:br/>
        <w:t>О ви, що рветеся наосліп і без тями&lt;br /&gt;</w:t>
        <w:br/>
        <w:t>На шлях поезії, устелений тернами,&lt;br /&gt;</w:t>
        <w:br/>
        <w:t>Нерозмірковано не кваптеся вбачать&lt;br /&gt;</w:t>
        <w:br/>
        <w:t>Прикмету генія в охоті римувать&lt;br /&gt;</w:t>
        <w:br/>
        <w:t>І, щоб омани вас пусті не спокусили,&lt;br /&gt;</w:t>
        <w:br/>
        <w:t>Свій хист вимірюйте і вивіряйте сили.&lt;br /&gt;</w:t>
        <w:br/>
        <w:t>Природа не скупа на вдачі та уми,&lt;br /&gt;</w:t>
        <w:br/>
        <w:t>Таланти поділять уміє між людьми.&lt;br /&gt;</w:t>
        <w:br/>
        <w:t>Одним-кохання пал оспівувати милий,&lt;br /&gt;</w:t>
        <w:br/>
        <w:t>А другим — епіграм гострити влучні стріли.&lt;br /&gt;</w:t>
        <w:br/>
        <w:t>Про славні подвиги Малерб нам розповів,&lt;br /&gt;</w:t>
        <w:br/>
        <w:t>Ракан змальовує гаї та пастушків.&lt;br /&gt;</w:t>
        <w:br/>
        <w:t>Та інколи поет, пишаючись собою,&lt;br /&gt;</w:t>
        <w:br/>
        <w:t>Іде засліплено дорогою чужою.&lt;br /&gt;</w:t>
        <w:br/>
        <w:t>Так той, хто віршами всі стіни в кабаре&lt;br /&gt;</w:t>
        <w:br/>
        <w:t>Колись убруднював, зійшовшися в Фаре,&lt;br /&gt;</w:t>
        <w:br/>
        <w:t>В поемі подає, собі ж таки на шкоду&lt;br /&gt;</w:t>
        <w:br/>
        <w:t>Утечу славного гебрейського народу,&lt;br /&gt;</w:t>
        <w:br/>
        <w:t>Коли ж єгипетську вода поймає рать, —&lt;br /&gt;</w:t>
        <w:br/>
        <w:t>Сам автор змушений із нею потопать.&lt;br /&gt;</w:t>
        <w:br/>
        <w:t>Сюжет високий ви обрали чи жартливий —&lt;br /&gt;</w:t>
        <w:br/>
        <w:t>Уму коритися повинні завжди співи,&lt;br /&gt;</w:t>
        <w:br/>
        <w:t>Бо римі з розумом не слід ворогувать.&lt;br /&gt;</w:t>
        <w:br/>
        <w:t>Вона — невільниця і мусить послух мать.&lt;br /&gt;</w:t>
        <w:br/>
        <w:t>Коли навчились ми її шукати спритно,&lt;br /&gt;</w:t>
        <w:br/>
        <w:t>То йде вона до нас і легко, й непомітно.&lt;br /&gt;</w:t>
        <w:br/>
        <w:t>Їй не тяжке тоді ярмо думок ясних,&lt;br /&gt;</w:t>
        <w:br/>
        <w:t>Вона збагачує, а не спрощає їх.&lt;br /&gt;</w:t>
        <w:br/>
        <w:t>Та лихо, як рукам віддать її недбалим,&lt;br /&gt;</w:t>
        <w:br/>
        <w:t>Од глузду бо тоді вона втікає чвалом.&lt;br /&gt;</w:t>
        <w:br/>
        <w:t>Любіть же розум ви! Нехай він тільки сам&lt;br /&gt;</w:t>
        <w:br/>
        <w:t>Принадність і красу утворює пісням.&lt;br /&gt;</w:t>
        <w:br/>
        <w:t>Чимало є таких шаленців поміж нами,&lt;br /&gt;</w:t>
        <w:br/>
        <w:t>Що в творах ясності цураються і тями;&lt;br /&gt;</w:t>
        <w:br/>
        <w:t>Було б їм соромно — в рядках своїх тяжких&lt;br /&gt;</w:t>
        <w:br/>
        <w:t>Те саме висловить, що й інший хтось би міг.&lt;br /&gt;</w:t>
        <w:br/>
        <w:t>Та марні крайнощі. Італії лишити&lt;br /&gt;</w:t>
        <w:br/>
        <w:t>Повинні ми ці всі фальшиві самоцвіти.&lt;br /&gt;</w:t>
        <w:br/>
        <w:t>Здоровий розум нам хай сяє, як мета, —&lt;br /&gt;</w:t>
        <w:br/>
        <w:t>Та путь веде туди слизька і непроста.&lt;br /&gt;</w:t>
        <w:br/>
        <w:t>Хто збочить — може той звернути до загину:&lt;br /&gt;</w:t>
        <w:br/>
        <w:t>Незрідка має ум дорогу лиш єдину.&lt;br /&gt;</w:t>
        <w:br/>
        <w:t>Надміру іноді захопиться поет&lt;br /&gt;</w:t>
        <w:br/>
        <w:t>І хоче вичерпать увесь до дна сюжет.&lt;br /&gt;</w:t>
        <w:br/>
        <w:t>Стрічає замок він — малює до останку&lt;br /&gt;</w:t>
        <w:br/>
        <w:t>Увесь фасад його і лінії кружганку,&lt;br /&gt;</w:t>
        <w:br/>
        <w:t>І коридорами без ладу водить нас,&lt;br /&gt;</w:t>
        <w:br/>
        <w:t>І додивлятися до всіх велить терас.&lt;br /&gt;</w:t>
        <w:br/>
        <w:t>Рахує сволоки, обчислює овали,&lt;br /&gt;</w:t>
        <w:br/>
        <w:t>"Оце фестони вам, а це ось — астрагали".&lt;br /&gt;</w:t>
        <w:br/>
        <w:t>Сторінок двадцять я ладен перегорнуть,&lt;br /&gt;</w:t>
        <w:br/>
        <w:t>Щоб вільно у саду нарешті відітхнуть.&lt;br /&gt;</w:t>
        <w:br/>
        <w:t>Такого прикладу, панове, стережіться&lt;br /&gt;</w:t>
        <w:br/>
        <w:t>І не заглиблюйтесь ви надто у дрібниці;&lt;br /&gt;</w:t>
        <w:br/>
        <w:t>Де зайве, там нема правдивого смаку,&lt;br /&gt;</w:t>
        <w:br/>
        <w:t>Там розум запада лише в нуду тяжку.&lt;br /&gt;</w:t>
        <w:br/>
        <w:t>Коли не знаєш меж, не пнися між поети.&lt;br /&gt;</w:t>
        <w:br/>
        <w:t>Буває — від гріха ви часом не втечете:&lt;br /&gt;</w:t>
        <w:br/>
        <w:t>Хотів підсилити — брутальності надав;&lt;br /&gt;</w:t>
        <w:br/>
        <w:t>Прикоротить хотів — і ясність утеряв;&lt;br /&gt;</w:t>
        <w:br/>
        <w:t>Боїться той оздоб — і музу роздягає,&lt;br /&gt;</w:t>
        <w:br/>
        <w:t>А той з низин летить у небеса безкраї.&lt;br /&gt;</w:t>
        <w:br/>
        <w:t>Той тільки матиме читальників любов,&lt;br /&gt;</w:t>
        <w:br/>
        <w:t>Хто розмаїтості у висловах дійшов,&lt;br /&gt;</w:t>
        <w:br/>
        <w:t>Бо надто рівний стиль, скупий і монотонний,&lt;br /&gt;</w:t>
        <w:br/>
        <w:t>Не втіху нам дає, а тільки настрій сонний,&lt;br /&gt;</w:t>
        <w:br/>
        <w:t>І тяжко стомлює такий письменник нас,&lt;br /&gt;</w:t>
        <w:br/>
        <w:t>Що на один лише тягти уміє глас.&lt;br /&gt;</w:t>
        <w:br/>
        <w:t>Щасливий той співець, на кольори багатий,&lt;br /&gt;</w:t>
        <w:br/>
        <w:t>Що вміє ніжний лад з поважним чергувати.&lt;br /&gt;</w:t>
        <w:br/>
        <w:t>І небу любий він, і милий читачам,&lt;br /&gt;</w:t>
        <w:br/>
        <w:t>І ліку сам Барбен не знає покупцям.&lt;br /&gt;</w:t>
        <w:br/>
        <w:t>Просторе чи вузьке собі взяли ви поле,&lt;br /&gt;</w:t>
        <w:br/>
        <w:t>Але шляхетності не зраджуйте ніколи.&lt;br /&gt;</w:t>
        <w:br/>
        <w:t>Був час, коли бурлеск, базарний стиль низький,&lt;br /&gt;</w:t>
        <w:br/>
        <w:t>Усім подобався, бо був для всіх новий,&lt;br /&gt;</w:t>
        <w:br/>
        <w:t>У дотепах брудних вигострювали слово&lt;br /&gt;</w:t>
        <w:br/>
        <w:t>І від перекупок для музи брали мову.&lt;br /&gt;</w:t>
        <w:br/>
        <w:t>На різні витівки письменник був ладен,&lt;br /&gt;</w:t>
        <w:br/>
        <w:t>І Аполлонові дав одяг Табарен.&lt;br /&gt;</w:t>
        <w:br/>
        <w:t>Пішла хвороба ця в провінції пізніше;&lt;br /&gt;</w:t>
        <w:br/>
        <w:t>Хай нісенітниці, аж уші в'януть, пише&lt;br /&gt;</w:t>
        <w:br/>
        <w:t>Який-небуть отам нездара д'Асусі, —&lt;br /&gt;</w:t>
        <w:br/>
        <w:t>А й князь, і міщанин — милуються усі.&lt;br /&gt;</w:t>
        <w:br/>
        <w:t>Нарешті при дворі належно засудили&lt;br /&gt;</w:t>
        <w:br/>
        <w:t>Ті вигадки бридкі, блазенство те немиле,&lt;br /&gt;</w:t>
        <w:br/>
        <w:t>Наївний з вуличним розмежували тон,&lt;br /&gt;</w:t>
        <w:br/>
        <w:t>І лиш провінції ще до смаку Тіфон.&lt;br /&gt;</w:t>
        <w:br/>
        <w:t>Нехай цей стиль повік вам творів не каляє,&lt;br /&gt;</w:t>
        <w:br/>
        <w:t>Маро хай за взірець поет правдивий має,&lt;br /&gt;</w:t>
        <w:br/>
        <w:t>А тривіальністю хай тішиться Pont-Neuf.&lt;br /&gt;</w:t>
        <w:br/>
        <w:t>Та бути нам зразком не може і Бребеф.&lt;br /&gt;</w:t>
        <w:br/>
        <w:t>Що вимальовує, як по фарсальськім бої&lt;br /&gt;</w:t>
        <w:br/>
        <w:t>"Вмирущі з мертвими лежали там горою".&lt;br /&gt;</w:t>
        <w:br/>
        <w:t>Простоти й міри ви учитеся всякчас,&lt;br /&gt;</w:t>
        <w:br/>
        <w:t>До марних і пустих не вдаючись окрас.&lt;br /&gt;</w:t>
        <w:br/>
        <w:t>Давайте нам лиш те, що може бути миле;&lt;br /&gt;</w:t>
        <w:br/>
        <w:t>В кадансі вірному усі напружте сили&lt;br /&gt;</w:t>
        <w:br/>
        <w:t>І навпіл там рядки цезурою діліть,&lt;br /&gt;</w:t>
        <w:br/>
        <w:t>Де й зміст наказує читцеві відпочить.&lt;br /&gt;</w:t>
        <w:br/>
        <w:t>Пильнуйте голосних, щоб бистрою ходою&lt;br /&gt;</w:t>
        <w:br/>
        <w:t>Не зустрічалися вони одна з одною.&lt;br /&gt;</w:t>
        <w:br/>
        <w:t>Музичних досить є у мові нашій слів,&lt;br /&gt;</w:t>
        <w:br/>
        <w:t>Не псуйте ж звуками брутальними рядків.&lt;br /&gt;</w:t>
        <w:br/>
        <w:t>Хоч би й шляхетні ви й розумні склали вірші,&lt;br /&gt;</w:t>
        <w:br/>
        <w:t>Та ухо вражене їх матиме за гірші.&lt;br /&gt;</w:t>
        <w:br/>
        <w:t>Як тільки виникав французький Гелікон,&lt;br /&gt;</w:t>
        <w:br/>
        <w:t>Була у віршиків лиш примха за закон.&lt;br /&gt;</w:t>
        <w:br/>
        <w:t>Самою римою вони усе скрашали,&lt;br /&gt;</w:t>
        <w:br/>
        <w:t>Цезуру нею й ритм безладно заміняли.&lt;br /&gt;</w:t>
        <w:br/>
        <w:t>Війон, родившися у той дитячий вік,&lt;br /&gt;</w:t>
        <w:br/>
        <w:t>Несе в поезію належну міру й лік,&lt;br /&gt;</w:t>
        <w:br/>
        <w:t>А далі вже й маро дзвінкі дає балади,&lt;br /&gt;</w:t>
        <w:br/>
        <w:t>І красний тріолет, і в римах маскаради,&lt;br /&gt;</w:t>
        <w:br/>
        <w:t>Рефренами рондо з-під рук його цвітуть —&lt;br /&gt;</w:t>
        <w:br/>
        <w:t>І повстає нова для піснетворцев путь.&lt;br /&gt;</w:t>
        <w:br/>
        <w:t>Ронсар по нім бере зовсім не ту методу&lt;br /&gt;</w:t>
        <w:br/>
        <w:t>І запроваджує на мішанину моду;&lt;br /&gt;</w:t>
        <w:br/>
        <w:t>Златинська, згрецька він по-нашому співа, —&lt;br /&gt;</w:t>
        <w:br/>
        <w:t>І слава дні його надмірна повива.&lt;br /&gt;</w:t>
        <w:br/>
        <w:t>Та інший час настав, і педантичні вправи&lt;br /&gt;</w:t>
        <w:br/>
        <w:t>Упасти змушені із п'єдесталу слави,&lt;br /&gt;</w:t>
        <w:br/>
        <w:t>Ронсара знижено, — а з тих причин ото&lt;br /&gt;</w:t>
        <w:br/>
        <w:t>Скромнішим робиться Депорт, як і Берто.&lt;br /&gt;</w:t>
        <w:br/>
        <w:t>Аж ось прийшов Малерб — і вперше появив нам&lt;br /&gt;</w:t>
        <w:br/>
        <w:t>Правдивий, чистий вірш у чергуванні рівнім,&lt;br /&gt;</w:t>
        <w:br/>
        <w:t>Міць у порядку слів належнім показав&lt;br /&gt;</w:t>
        <w:br/>
        <w:t>І музі приписи обов'язкові дав.&lt;br /&gt;</w:t>
        <w:br/>
        <w:t>Тож мова, мудрою очищена рукою,&lt;br /&gt;</w:t>
        <w:br/>
        <w:t>Вже не разила нас безладністю гидкою,&lt;br /&gt;</w:t>
        <w:br/>
        <w:t>Строфу свою поет за певним людом вів&lt;br /&gt;</w:t>
        <w:br/>
        <w:t>І забігать з рядка у другий вже не смів.&lt;br /&gt;</w:t>
        <w:br/>
        <w:t>Усі Малербовим скорилися законам, —&lt;br /&gt;</w:t>
        <w:br/>
        <w:t>І брати за взірець пораджено його нам.&lt;br /&gt;</w:t>
        <w:br/>
        <w:t>Ставайте ж на його пошани гідний шлях,&lt;br /&gt;</w:t>
        <w:br/>
        <w:t>Чистоти й ясності пильнуйте у словах.&lt;br /&gt;</w:t>
        <w:br/>
        <w:t>Як не відразу вас я можу зрозуміти, —&lt;br /&gt;</w:t>
        <w:br/>
        <w:t>Не хочу ум у загадках томити,&lt;br /&gt;</w:t>
        <w:br/>
        <w:t>Від марнословства він тіка тоді мерщій&lt;br /&gt;</w:t>
        <w:br/>
        <w:t>І віри не дає поезії такій.&lt;br /&gt;</w:t>
        <w:br/>
        <w:t>Бувають автори, що їхні думки тьмяні&lt;br /&gt;</w:t>
        <w:br/>
        <w:t>В густому плавають, імлистому тумані,&lt;br /&gt;</w:t>
        <w:br/>
        <w:t>Аж сонцем розуму його не розігнать.&lt;br /&gt;</w:t>
        <w:br/>
        <w:t>Ви вчіться мислити, тоді уже писать.&lt;br /&gt;</w:t>
        <w:br/>
        <w:t>Що справу ми собі здаємо виразніше,&lt;br /&gt;</w:t>
        <w:br/>
        <w:t>Той наше твориво складається ясніше.&lt;br /&gt;</w:t>
        <w:br/>
        <w:t>Рука не зрадить нас, як певна голова,&lt;br /&gt;</w:t>
        <w:br/>
        <w:t>І легко ми тоді знаходимо слова.&lt;br /&gt;</w:t>
        <w:br/>
        <w:t>Закони язика ви майте за священні,&lt;br /&gt;</w:t>
        <w:br/>
        <w:t>Хоч би в найвищому писалося натхненні.&lt;br /&gt;</w:t>
        <w:br/>
        <w:t>І мелодійністю не знадити мене,&lt;br /&gt;</w:t>
        <w:br/>
        <w:t>Як бачу слово я невірне чи чудне,&lt;br /&gt;</w:t>
        <w:br/>
        <w:t>Не подарую бо нікому барабаризму,&lt;br /&gt;</w:t>
        <w:br/>
        <w:t>Ані бундючного у віршах солецизму.&lt;br /&gt;</w:t>
        <w:br/>
        <w:t>Поет, як мови він опанувать не зміг,&lt;br /&gt;</w:t>
        <w:br/>
        <w:t>Повік зостанеться у віршниках лихих.&lt;br /&gt;</w:t>
        <w:br/>
        <w:t>Працюйте повагом, хоч пишете й з наказу,&lt;br /&gt;</w:t>
        <w:br/>
        <w:t>Не чваньтесь віршами, що вилились одразу:&lt;br /&gt;</w:t>
        <w:br/>
        <w:t>Рядки, написані квапливо, сяк і так,&lt;br /&gt;</w:t>
        <w:br/>
        <w:t>Не розум виявлять, а радше глузду брак.&lt;br /&gt;</w:t>
        <w:br/>
        <w:t>Миліший нам струмок, що ясно й тихо плине&lt;br /&gt;</w:t>
        <w:br/>
        <w:t>Серед зеленої, квітчастої долини&lt;br /&gt;</w:t>
        <w:br/>
        <w:t>За води збурені, що в далечінь несуть&lt;br /&gt;</w:t>
        <w:br/>
        <w:t>І мул, і камінці, і чорну каламуть.&lt;br /&gt;</w:t>
        <w:br/>
        <w:t>Спішіть поволі ви; не здавшися зарання,&lt;br /&gt;</w:t>
        <w:br/>
        <w:t>Вертайте знов і знов до вашого писання;&lt;br /&gt;</w:t>
        <w:br/>
        <w:t>Шліфуйте, щоб іще не раз пошліфувать,&lt;br /&gt;</w:t>
        <w:br/>
        <w:t>Не бійтесь креслити, а інколи й додать.&lt;br /&gt;</w:t>
        <w:br/>
        <w:t>Дарма, що в творові, де хиба хиба тисне,&lt;br /&gt;</w:t>
        <w:br/>
        <w:t>Стрілою декуди щаслива думка блисне, —&lt;br /&gt;</w:t>
        <w:br/>
        <w:t>Ні! Треба все йому поставить на місця&lt;br /&gt;</w:t>
        <w:br/>
        <w:t>І витримати тон з початку до кінця.&lt;br /&gt;</w:t>
        <w:br/>
        <w:t>Хай пензля тонкого, умілого картини,&lt;br /&gt;</w:t>
        <w:br/>
        <w:t>Митцем керовані, сполучаться в єдине;&lt;br /&gt;</w:t>
        <w:br/>
        <w:t>Хай, слів промовистих шукаючи, поет&lt;br /&gt;</w:t>
        <w:br/>
        <w:t>Далеким обсягом не затира сюжет.&lt;br /&gt;</w:t>
        <w:br/>
        <w:t>Суда громадського ви боїтеся, може?&lt;br /&gt;</w:t>
        <w:br/>
        <w:t>Суворий власний суд найкраще вам поможе:&lt;br /&gt;</w:t>
        <w:br/>
        <w:t>Темнота раз у раз ладна себе хвалить.&lt;br /&gt;</w:t>
        <w:br/>
        <w:t>З-між друзів щирих ви порадника візьміть,&lt;br /&gt;</w:t>
        <w:br/>
        <w:t>Щоб він критикував по правді всі писання&lt;br /&gt;</w:t>
        <w:br/>
        <w:t>І гудив помилки одверто й без вагання:&lt;br /&gt;</w:t>
        <w:br/>
        <w:t>Належить гордощів усіх тоді зректись.&lt;br /&gt;</w:t>
        <w:br/>
        <w:t>Але ж облесника, поете, бережись:&lt;br /&gt;</w:t>
        <w:br/>
        <w:t>У вічі хвалить він, а висміяти радий.&lt;br /&gt;</w:t>
        <w:br/>
        <w:t>Нам треба не хвали, а доброї поради.&lt;br /&gt;</w:t>
        <w:br/>
        <w:t>Облесник захватом вам уші прокричить.&lt;br /&gt;</w:t>
        <w:br/>
        <w:t>З екстазу він ладен умліти кожну мить.&lt;br /&gt;</w:t>
        <w:br/>
        <w:t>Чудове все йому; невдалих слів немає;&lt;br /&gt;</w:t>
        <w:br/>
        <w:t>Він скаче з радості, він од жалю ридає,&lt;br /&gt;</w:t>
        <w:br/>
        <w:t>Він славословити і милуватись звик, —&lt;br /&gt;</w:t>
        <w:br/>
        <w:t>Лиш правди чесної не зна його язик.&lt;br /&gt;</w:t>
        <w:br/>
        <w:t>А мудрий приятель, суворий на вимоги,&lt;br /&gt;</w:t>
        <w:br/>
        <w:t>Не дасть вам збитися з належної дороги:&lt;br /&gt;</w:t>
        <w:br/>
        <w:t>Він хиби жодної не подарує вам,&lt;br /&gt;</w:t>
        <w:br/>
        <w:t>Він визначить місця заблуканим словам,&lt;br /&gt;</w:t>
        <w:br/>
        <w:t>Він зганьбить виплески фальшивої емфази,&lt;br /&gt;</w:t>
        <w:br/>
        <w:t>Він обміркує зміст, розгляне пильно фрази:&lt;br /&gt;</w:t>
        <w:br/>
        <w:t>Отут належало б ясніше здати річ;&lt;br /&gt;</w:t>
        <w:br/>
        <w:t>Отут подвійний сенс; тут вислови, як ніч. —&lt;br /&gt;</w:t>
        <w:br/>
        <w:t>Так вірний каже друг, несхибний і правдивий.&lt;br /&gt;</w:t>
        <w:br/>
        <w:t>Та де з ким з авторів змагання неможливе:&lt;br /&gt;</w:t>
        <w:br/>
        <w:t>Бувають іноді між нас такі співці,&lt;br /&gt;</w:t>
        <w:br/>
        <w:t>Що опинаються на кожному слівці.&lt;br /&gt;</w:t>
        <w:br/>
        <w:t>Ви кажете йому: ось тривіальне слово,&lt;br /&gt;</w:t>
        <w:br/>
        <w:t>А він: даруйте це, зверніть на інше мову!&lt;br /&gt;</w:t>
        <w:br/>
        <w:t>Ви далі: холодом в рядку одгонить цім,&lt;br /&gt;</w:t>
        <w:br/>
        <w:t>Я б викинув його. — Окраса він усім!&lt;br /&gt;</w:t>
        <w:br/>
        <w:t>— Оце тяжкий зворот. — Всі в захваті од нього!&lt;br /&gt;</w:t>
        <w:br/>
        <w:t>Ви не доб'єтеся од автора такого&lt;br /&gt;</w:t>
        <w:br/>
        <w:t>Найменших поправок: у всьому певен він&lt;br /&gt;</w:t>
        <w:br/>
        <w:t>І жодних не найде для осуду причин.&lt;br /&gt;</w:t>
        <w:br/>
        <w:t>Послухати ж його — він критику шанує&lt;br /&gt;</w:t>
        <w:br/>
        <w:t>І вільну руку їй на поправки дарує.&lt;br /&gt;</w:t>
        <w:br/>
        <w:t>Та красні ці слова для того лиш бринять,&lt;br /&gt;</w:t>
        <w:br/>
        <w:t>Що хоче він своє писання прочитать.&lt;br /&gt;</w:t>
        <w:br/>
        <w:t>Од вас же він піде, пишаючись собою,&lt;br /&gt;</w:t>
        <w:br/>
        <w:t>І десь прихильника натрапить між юрбою.&lt;br /&gt;</w:t>
        <w:br/>
        <w:t>Багато маємо поетів ми дурних,&lt;br /&gt;</w:t>
        <w:br/>
        <w:t>Дурні хвалителі є в кожного із них;&lt;br /&gt;</w:t>
        <w:br/>
        <w:t>Найдемо це добро і в селах, і в столиці,&lt;br /&gt;</w:t>
        <w:br/>
        <w:t>При пишних герцогах, у принцовій світлиці,&lt;br /&gt;</w:t>
        <w:br/>
        <w:t>Ба навіть при дворі, де найніжніший смак,&lt;br /&gt;</w:t>
        <w:br/>
        <w:t>Нам хвалять іноді нездарних тих писак.&lt;br /&gt;</w:t>
        <w:br/>
        <w:t>Скінчу сатирою: дурного всюди мова&lt;br /&gt;</w:t>
        <w:br/>
        <w:t>Найде дурнішого за себе славослова.</w:t>
      </w:r>
    </w:p>
    <w:p>
      <w:r>
        <w:br/>
        <w:t>ПІСНЯ ДРУГА</w:t>
      </w:r>
    </w:p>
    <w:p>
      <w:r>
        <w:br/>
        <w:t>Пастушка, як злетить на землю свято красне,&lt;br /&gt;</w:t>
        <w:br/>
        <w:t>Рубінів не кладе собі на чоло ясне,&lt;br /&gt;</w:t>
        <w:br/>
        <w:t>Не сяє в золоті, в алмазах дорогих,&lt;br /&gt;</w:t>
        <w:br/>
        <w:t>А в'є простий вінок із квітів польових.&lt;br /&gt;</w:t>
        <w:br/>
        <w:t>Так і ідилія, щоб нас причарувати,&lt;br /&gt;</w:t>
        <w:br/>
        <w:t>Красою скромною повинна нам сіяти.&lt;br /&gt;</w:t>
        <w:br/>
        <w:t>Простота — ось її найприродніший стрій.&lt;br /&gt;</w:t>
        <w:br/>
        <w:t>І гук бундючних слів не подобає їй.&lt;br /&gt;</w:t>
        <w:br/>
        <w:t>Хай ніжністю вона вколисує нам душі,&lt;br /&gt;</w:t>
        <w:br/>
        <w:t>Та громом не разить жадні спокою душі.&lt;br /&gt;</w:t>
        <w:br/>
        <w:t>Коли ідилії береться віршомаз,&lt;br /&gt;</w:t>
        <w:br/>
        <w:t>Він часом і гобой, і флейту кине враз,&lt;br /&gt;</w:t>
        <w:br/>
        <w:t>Оддасться поривам нестримним і шаленим&lt;br /&gt;</w:t>
        <w:br/>
        <w:t>І голосом сурми зненацька струни рве нам.&lt;br /&gt;</w:t>
        <w:br/>
        <w:t>Пан, ужахнувшися, ховається в комиш&lt;br /&gt;</w:t>
        <w:br/>
        <w:t>І німфи у глибінь пірнають чимскоріш.&lt;br /&gt;</w:t>
        <w:br/>
        <w:t>Знов інший, на низьке понадившися слово,&lt;br /&gt;</w:t>
        <w:br/>
        <w:t>Селянську пастушкам в уста вкладає мову.&lt;br /&gt;</w:t>
        <w:br/>
        <w:t>Краси позбавлені, вульгарну взявши путь,&lt;br /&gt;</w:t>
        <w:br/>
        <w:t>Тяжкі рядки його не плинуть, а повзуть:&lt;br /&gt;</w:t>
        <w:br/>
        <w:t>Сказали б ви — Ронсар, сопілку взявши в руки,&lt;br /&gt;</w:t>
        <w:br/>
        <w:t>Безтямно добува готичні з неї звуки&lt;br /&gt;</w:t>
        <w:br/>
        <w:t>І мінить, злагоди ламаючи закон,&lt;br /&gt;</w:t>
        <w:br/>
        <w:t>Лісідаса в П'єро, а Філіс в Туанон.&lt;br /&gt;</w:t>
        <w:br/>
        <w:t>Між двох цих небезпек вузька тропа, поети!&lt;br /&gt;</w:t>
        <w:br/>
        <w:t>У Теокріта ви й Вергілія знайдете&lt;br /&gt;</w:t>
        <w:br/>
        <w:t>Пісні, що грації продиктували їм, —&lt;br /&gt;</w:t>
        <w:br/>
        <w:t>Ідіть же щоразу за взором їх ясним.&lt;br /&gt;</w:t>
        <w:br/>
        <w:t>Читайте вдень і вніч писання їхні доти,&lt;br /&gt;</w:t>
        <w:br/>
        <w:t>Аж благородної не навчитесь простоти,&lt;br /&gt;</w:t>
        <w:br/>
        <w:t>Де Флори цвіт ясний, Помони і садів,&lt;br /&gt;</w:t>
        <w:br/>
        <w:t>На флейті молодих змагання пастушків,&lt;br /&gt;</w:t>
        <w:br/>
        <w:t>Що гра любовна їх серед лугів з'єднала,&lt;br /&gt;</w:t>
        <w:br/>
        <w:t>Де квітом став Нарцис і Дафна лавром стала, —&lt;br /&gt;</w:t>
        <w:br/>
        <w:t>І зрозумієте, як відгомін лісів&lt;br /&gt;</w:t>
        <w:br/>
        <w:t>У гідний консула завести можна спів.&lt;br /&gt;</w:t>
        <w:br/>
        <w:t>Така в ідилії краса таїться й сила.&lt;br /&gt;</w:t>
        <w:br/>
        <w:t>Сумна елегія, що коси розпустила,&lt;br /&gt;</w:t>
        <w:br/>
        <w:t>В жалобнім одязі склонившись на труну,&lt;br /&gt;</w:t>
        <w:br/>
        <w:t>У вищу, хоч, проте, помірну, б'є струну.&lt;br /&gt;</w:t>
        <w:br/>
        <w:t>Вона закоханих відповіда страждання,&lt;br /&gt;</w:t>
        <w:br/>
        <w:t>Погрози, ревнощі, надії, поривання, —&lt;br /&gt;</w:t>
        <w:br/>
        <w:t>Та поетичного тут мало хисту нам:&lt;br /&gt;</w:t>
        <w:br/>
        <w:t>Справдешнім треба тут горіти почуттям.&lt;br /&gt;</w:t>
        <w:br/>
        <w:t>Ненавиджу співців, котрі холодній музі&lt;br /&gt;</w:t>
        <w:br/>
        <w:t>Горіти, знай, велять у неправдивій тузі,&lt;br /&gt;</w:t>
        <w:br/>
        <w:t>Вдають закоханих нещиро й мимохіть&lt;br /&gt;</w:t>
        <w:br/>
        <w:t>І хочуть римами кохання замінить.&lt;br /&gt;</w:t>
        <w:br/>
        <w:t>Усі в них пориви — слова порожні й марні.&lt;br /&gt;</w:t>
        <w:br/>
        <w:t>Свій бран благословлять вони лише зугарні,&lt;br /&gt;</w:t>
        <w:br/>
        <w:t>Страждання славити, вінки сплітати їм, —&lt;br /&gt;</w:t>
        <w:br/>
        <w:t>І завжди з розумом розходитись ясним.&lt;br /&gt;</w:t>
        <w:br/>
        <w:t>Колись Тібулові по-іншому співати&lt;br /&gt;</w:t>
        <w:br/>
        <w:t>Велів пустун Амур, любові бог крилатий,&lt;br /&gt;</w:t>
        <w:br/>
        <w:t>І, до Овідія злітавши з височин,&lt;br /&gt;</w:t>
        <w:br/>
        <w:t>Науки милої учив інакше він.&lt;br /&gt;</w:t>
        <w:br/>
        <w:t>Само в елегії лиш серце хай панує.&lt;br /&gt;</w:t>
        <w:br/>
        <w:t>Такою ж силою, та й блиском, ще чарує&lt;br /&gt;</w:t>
        <w:br/>
        <w:t>Нас ода, до небес ширяючи крильми,&lt;br /&gt;</w:t>
        <w:br/>
        <w:t>З богами стаючи до мови, не з людьми.&lt;br /&gt;</w:t>
        <w:br/>
        <w:t>Атлетам підійма бар'єр вона в Елладі,&lt;br /&gt;</w:t>
        <w:br/>
        <w:t>Борця уславлює найкращого в громаді,&lt;br /&gt;</w:t>
        <w:br/>
        <w:t>Ахіллу мужньому вінок лавровий в'є&lt;br /&gt;</w:t>
        <w:br/>
        <w:t>І Шельду під ярмо Людовику дає.&lt;br /&gt;</w:t>
        <w:br/>
        <w:t>Неначе та бджола, невтомна й працьовита,&lt;br /&gt;</w:t>
        <w:br/>
        <w:t>На жизних берегах вона спиває квіти:&lt;br /&gt;</w:t>
        <w:br/>
        <w:t>Малює бенкети, веселощі віта,&lt;br /&gt;</w:t>
        <w:br/>
        <w:t>Іриди красної змальовує уста,&lt;br /&gt;</w:t>
        <w:br/>
        <w:t>"Що ухиляються од смілого цілунку,&lt;br /&gt;</w:t>
        <w:br/>
        <w:t>Щоб випити, проте, того п'янкого трунку".&lt;br /&gt;</w:t>
        <w:br/>
        <w:t>Так ода міниться, бурхлива і гучна,&lt;br /&gt;</w:t>
        <w:br/>
        <w:t>І пишним неладом скрашається вона.&lt;br /&gt;</w:t>
        <w:br/>
        <w:t>Чужі поети їй, чий розум флегматичний&lt;br /&gt;</w:t>
        <w:br/>
        <w:t>В ній запроваджує порядок дидактичний,&lt;br /&gt;</w:t>
        <w:br/>
        <w:t>Що, славні подвиги віщаючи для нас,&lt;br /&gt;</w:t>
        <w:br/>
        <w:t>Бояться сплутати подій чергу і час.&lt;br /&gt;</w:t>
        <w:br/>
        <w:t>Сюжету скрізь вони додержуються свято:&lt;br /&gt;</w:t>
        <w:br/>
        <w:t>Не можна взяти Доль, як Ліль іще не взято,&lt;br /&gt;</w:t>
        <w:br/>
        <w:t>Як вірш їх, точності набравши в Мезере,&lt;br /&gt;</w:t>
        <w:br/>
        <w:t>У бої впертому не повалив Куртре!&lt;br /&gt;</w:t>
        <w:br/>
        <w:t>Дарами Аполлон окривдив їх скупими.&lt;br /&gt;</w:t>
        <w:br/>
        <w:t>До речі, — на біду зохоченим до рими, —&lt;br /&gt;</w:t>
        <w:br/>
        <w:t>Примхливий бог отой, навчаючи співців,&lt;br /&gt;</w:t>
        <w:br/>
        <w:t>Сонет суворими законами обвів.&lt;br /&gt;</w:t>
        <w:br/>
        <w:t>У двох катренах там одна пасує міра,&lt;br /&gt;</w:t>
        <w:br/>
        <w:t>І рими дві лише давати має ліра,&lt;br /&gt;</w:t>
        <w:br/>
        <w:t>А далі — шість рядків, щоб вивершить сонет,&lt;br /&gt;</w:t>
        <w:br/>
        <w:t>Розкласти в дві строфи повинен вміть поет.&lt;br /&gt;</w:t>
        <w:br/>
        <w:t>Сваволі жодної не можна тут дозволить:&lt;br /&gt;</w:t>
        <w:br/>
        <w:t>Сонета той не дасть, хто в розмірі сваволить,&lt;br /&gt;</w:t>
        <w:br/>
        <w:t>Бліді до виразних приточує слова&lt;br /&gt;</w:t>
        <w:br/>
        <w:t>І двічі вислову однакого вжива.&lt;br /&gt;</w:t>
        <w:br/>
        <w:t>Красу високу ми у формі цій найдемо:&lt;br /&gt;</w:t>
        <w:br/>
        <w:t>Сонет довершений варт цілої поеми.&lt;br /&gt;</w:t>
        <w:br/>
        <w:t>Та шкода й говорить про марних тих писак,&lt;br /&gt;</w:t>
        <w:br/>
        <w:t>Що впоратись із ним не вміють аніяк.&lt;br /&gt;</w:t>
        <w:br/>
        <w:t>Навряд, чи у Гомбо, Мальвіля і Менара&lt;br /&gt;</w:t>
        <w:br/>
        <w:t>Їх серед тисячі найдеться добрих пара,&lt;br /&gt;</w:t>
        <w:br/>
        <w:t>А решта — віршики такі, як у Пельтьє,&lt;br /&gt;</w:t>
        <w:br/>
        <w:t>І на вагу Серсі їх людям продає.&lt;br /&gt;</w:t>
        <w:br/>
        <w:t>Не легко строгої додержувати форми6&lt;br /&gt;</w:t>
        <w:br/>
        <w:t>Там не дотягнеш ти, там вискочиш із норми.&lt;br /&gt;</w:t>
        <w:br/>
        <w:t>От з епіграмою морока менша нам:&lt;br /&gt;</w:t>
        <w:br/>
        <w:t>Незрідка в дотепі вся сила епіграм.&lt;br /&gt;</w:t>
        <w:br/>
        <w:t>Цих гострих слів раніш не знали в нашім краї, —&lt;br /&gt;</w:t>
        <w:br/>
        <w:t>Аж ось Італія нам блиск їх позичає.&lt;br /&gt;</w:t>
        <w:br/>
        <w:t>І ласа до всього незвичного юрба&lt;br /&gt;</w:t>
        <w:br/>
        <w:t>Фальшиві ті мерщій алмази загріба.&lt;br /&gt;</w:t>
        <w:br/>
        <w:t>Зрадівши з успіху, вони набрали сили&lt;br /&gt;</w:t>
        <w:br/>
        <w:t>І цілий наш Парнас, як повідь, затопили:&lt;br /&gt;</w:t>
        <w:br/>
        <w:t>Спочатку мадригал співучий їм уліг,&lt;br /&gt;</w:t>
        <w:br/>
        <w:t>А там уже й сонет устояти не міг,&lt;br /&gt;</w:t>
        <w:br/>
        <w:t>В трагедію вони не знати як попали&lt;br /&gt;</w:t>
        <w:br/>
        <w:t>Та й елегічний лад розбили й зіпсували.&lt;br /&gt;</w:t>
        <w:br/>
        <w:t>Герой на сцені вже словами мусів грать,&lt;br /&gt;</w:t>
        <w:br/>
        <w:t>Не міг закоханий без жартів і зітхать,&lt;br /&gt;</w:t>
        <w:br/>
        <w:t>І стали пастушки, зрушаючи серця нам&lt;br /&gt;</w:t>
        <w:br/>
        <w:t>Вірніші дотепам, аніж своїм коханим.&lt;br /&gt;</w:t>
        <w:br/>
        <w:t>У слові кожному подвійний зміст постав.&lt;br /&gt;</w:t>
        <w:br/>
        <w:t>У прозі звичай цей так само успіх мав,&lt;br /&gt;</w:t>
        <w:br/>
        <w:t>На прикладках язик гострили адвокати,&lt;br /&gt;</w:t>
        <w:br/>
        <w:t>Ба й проповідники їх стали уживати.&lt;br /&gt;</w:t>
        <w:br/>
        <w:t>Аж розум очі нам ображений розкрив&lt;br /&gt;</w:t>
        <w:br/>
        <w:t>І жарти у письмі поважнім засудив,&lt;br /&gt;</w:t>
        <w:br/>
        <w:t>Од них позбавивши елегію та драму&lt;br /&gt;</w:t>
        <w:br/>
        <w:t>І залишивши їх саму-но епіграму,&lt;br /&gt;</w:t>
        <w:br/>
        <w:t>Де б слова влучного одточена стріла&lt;br /&gt;</w:t>
        <w:br/>
        <w:t>Не тільки ловкістю, а й думкою цвіла.&lt;br /&gt;</w:t>
        <w:br/>
        <w:t>Отак минуло те захоплення широке:&lt;br /&gt;</w:t>
        <w:br/>
        <w:t>Одначе при дворі зостались линвоскоки,&lt;br /&gt;</w:t>
        <w:br/>
        <w:t>Химерні блазники, смішні белькотуни:&lt;br /&gt;</w:t>
        <w:br/>
        <w:t>Слів тривіальну гру обстоюють вони.&lt;br /&gt;</w:t>
        <w:br/>
        <w:t>Як муза іноді всміхається лукаво,&lt;br /&gt;</w:t>
        <w:br/>
        <w:t>Пошуткувати їх дамо ми повне право;&lt;br /&gt;</w:t>
        <w:br/>
        <w:t>І з натяку тоді скористати не гріх,&lt;br /&gt;</w:t>
        <w:br/>
        <w:t>Аби лиш нас самих не підняли на сміх,&lt;br /&gt;</w:t>
        <w:br/>
        <w:t>І щоб не вийшов жарт вульгарний та без тями&lt;br /&gt;</w:t>
        <w:br/>
        <w:t>Замісто зграбної й ясної епіграми.&lt;br /&gt;</w:t>
        <w:br/>
        <w:t>У кожній формі є своя краса і зміст:&lt;br /&gt;</w:t>
        <w:br/>
        <w:t>В рондо наївністю блищати має хист,&lt;br /&gt;</w:t>
        <w:br/>
        <w:t>В баладі, де поет за давнім ладом стежить,&lt;br /&gt;</w:t>
        <w:br/>
        <w:t>Незрідка цілий чар від рим дзвінких залежить,&lt;br /&gt;</w:t>
        <w:br/>
        <w:t>Шляхетний у своїй простоті мадригал&lt;br /&gt;</w:t>
        <w:br/>
        <w:t>Нам серця ніжного являє ніжний пал.&lt;br /&gt;</w:t>
        <w:br/>
        <w:t>Не задля слів лихих — щоб виявити щиро,&lt;br /&gt;</w:t>
        <w:br/>
        <w:t>Обрала істина за зброю злу сатиру.&lt;br /&gt;</w:t>
        <w:br/>
        <w:t>Люцилій перший нам зразки її подав.&lt;br /&gt;</w:t>
        <w:br/>
        <w:t>Він римлян огріхи в свічаді показав,&lt;br /&gt;</w:t>
        <w:br/>
        <w:t>На дук повстаючи ім'ям чеснот високих&lt;br /&gt;</w:t>
        <w:br/>
        <w:t>І кпивши з ледарів, загрузлих у пороках.&lt;br /&gt;</w:t>
        <w:br/>
        <w:t>До глуму приєднав Горацій чистий сміх,&lt;br /&gt;</w:t>
        <w:br/>
        <w:t>І жоден вітрогон втекти його не міг,&lt;br /&gt;</w:t>
        <w:br/>
        <w:t>І ймення дурневе в рядках його лунало,&lt;br /&gt;</w:t>
        <w:br/>
        <w:t>Аби лиш розміру у вірші не ламало.&lt;br /&gt;</w:t>
        <w:br/>
        <w:t>Вмів Персій, хоч не раз тяжкий для читачів,&lt;br /&gt;</w:t>
        <w:br/>
        <w:t>Думок багато дать, сказавши мало слів.&lt;br /&gt;</w:t>
        <w:br/>
        <w:t>Учився Ювенал у риторів крикливих&lt;br /&gt;</w:t>
        <w:br/>
        <w:t>І часом крайнощів доходив в інвективах.&lt;br /&gt;</w:t>
        <w:br/>
        <w:t>Страшною правдою пече нам серце він,&lt;br /&gt;</w:t>
        <w:br/>
        <w:t>А й неперейдених сягає верховин:&lt;br /&gt;</w:t>
        <w:br/>
        <w:t>Прийшов з Капреї лист — і розбива сатира&lt;br /&gt;</w:t>
        <w:br/>
        <w:t>Сеяна статую, олживого кумира;&lt;br /&gt;</w:t>
        <w:br/>
        <w:t>Ганебно стеляться сенатори до ніг&lt;br /&gt;</w:t>
        <w:br/>
        <w:t>Тирану гордому, що зневажає їх,&lt;br /&gt;</w:t>
        <w:br/>
        <w:t>Чи оку видиться огидлива картина —&lt;br /&gt;</w:t>
        <w:br/>
        <w:t>З брудним воротарем в обіймах Мессаліна, —&lt;br /&gt;</w:t>
        <w:br/>
        <w:t>Усюди полум'ям горить його язик.&lt;br /&gt;</w:t>
        <w:br/>
        <w:t>Реньє, цих мудреців кебетний ученик,&lt;br /&gt;</w:t>
        <w:br/>
        <w:t>Один з-посереднас їм у сліди ступає&lt;br /&gt;</w:t>
        <w:br/>
        <w:t>Та давній стиль новим одінням прикрашає.&lt;br /&gt;</w:t>
        <w:br/>
        <w:t>Біда лише, що він із віршів не прогнав&lt;br /&gt;</w:t>
        <w:br/>
        <w:t>Тих місць відгомону, де часто сам бував,&lt;br /&gt;</w:t>
        <w:br/>
        <w:t>І вислови його, різкі й не раз цинічні,&lt;br /&gt;</w:t>
        <w:br/>
        <w:t>Сором'язним ушам немилі і незвичні.&lt;br /&gt;</w:t>
        <w:br/>
        <w:t>Одвертість давньому латинцеві пробач,&lt;br /&gt;</w:t>
        <w:br/>
        <w:t>Але французький звик до чемності читач&lt;br /&gt;</w:t>
        <w:br/>
        <w:t>І непристойного не подарує слова,&lt;br /&gt;</w:t>
        <w:br/>
        <w:t>Як на йому нема належного покрова.&lt;br /&gt;</w:t>
        <w:br/>
        <w:t>Чистоту я люблю в сатирі голосній,&lt;br /&gt;</w:t>
        <w:br/>
        <w:t>А безсоромності не подарую в ній.&lt;br /&gt;</w:t>
        <w:br/>
        <w:t>Любивши дотепи лукаві й легкокрилі,&lt;br /&gt;</w:t>
        <w:br/>
        <w:t>Сатиру переніс француз у водевілі.&lt;br /&gt;</w:t>
        <w:br/>
        <w:t>Нескромна приспівка, та мила і проста,&lt;br /&gt;</w:t>
        <w:br/>
        <w:t>Дедалі ширшає і з уст іде в уста.&lt;br /&gt;</w:t>
        <w:br/>
        <w:t>Французьких вольнощів дитя ясне й лукаве,&lt;br /&gt;</w:t>
        <w:br/>
        <w:t>Родився водевіль для сміху й для забави.&lt;br /&gt;</w:t>
        <w:br/>
        <w:t>Той тільки гострої догани буде варт,&lt;br /&gt;</w:t>
        <w:br/>
        <w:t>Хто з ім'я божого блюзнірський робить жарт.&lt;br /&gt;</w:t>
        <w:br/>
        <w:t>Удавшись в атеїзм, не будеш у пошані&lt;br /&gt;</w:t>
        <w:br/>
        <w:t>І дні свої скінчиш на гревському майдані.&lt;br /&gt;</w:t>
        <w:br/>
        <w:t>Без хисту й пісеньки не втнете доладу.&lt;br /&gt;</w:t>
        <w:br/>
        <w:t>Та часом, од вина сп'янівши на біду,&lt;br /&gt;</w:t>
        <w:br/>
        <w:t>У дикім пориві складає той куплети,&lt;br /&gt;</w:t>
        <w:br/>
        <w:t>Хто пнеться, як Ліньєр, даремно між поети.&lt;br /&gt;</w:t>
        <w:br/>
        <w:t>Нехай далося вам зліпити кілька рим, —&lt;br /&gt;</w:t>
        <w:br/>
        <w:t>Не вірте гордощам дочасним і сліпим.&lt;br /&gt;</w:t>
        <w:br/>
        <w:t>Так автор співанки з легким, немудрим змістом,&lt;br /&gt;</w:t>
        <w:br/>
        <w:t>Сп'янілий з успіху, зове себе артистом,&lt;br /&gt;</w:t>
        <w:br/>
        <w:t>Сонет віршуючи, він ночі не доспить,&lt;br /&gt;</w:t>
        <w:br/>
        <w:t>Імпровізації складає кожну мить;&lt;br /&gt;</w:t>
        <w:br/>
        <w:t>І диво, як такий писака випадковий,&lt;br /&gt;</w:t>
        <w:br/>
        <w:t>До друку даючи свій мотлох паперовий,&lt;br /&gt;</w:t>
        <w:br/>
        <w:t>Портрета там чомусь не прикладе свого,&lt;br /&gt;</w:t>
        <w:br/>
        <w:t>Де лаврами Нантей увінчує його.</w:t>
      </w:r>
    </w:p>
    <w:p>
      <w:r>
        <w:br/>
        <w:t>ПІСНЯ ТРЕТЯ</w:t>
      </w:r>
    </w:p>
    <w:p>
      <w:r>
        <w:br/>
        <w:t>І змії, і гидкі, потворні дивогляди,&lt;br /&gt;</w:t>
        <w:br/>
        <w:t>В мистецтві явлені, очам дають розраду.&lt;br /&gt;</w:t>
        <w:br/>
        <w:t>Стають приємними всі явища страшні,&lt;br /&gt;</w:t>
        <w:br/>
        <w:t>Як пензель їх тонкий віддасть на полотні.&lt;br /&gt;</w:t>
        <w:br/>
        <w:t>Отож трагедія нам чари навіває,&lt;br /&gt;</w:t>
        <w:br/>
        <w:t>Як на кону Едіп скривавлений ридає,&lt;br /&gt;</w:t>
        <w:br/>
        <w:t>І мук Орестових видовище всякчас&lt;br /&gt;</w:t>
        <w:br/>
        <w:t>Солодкі виклика і чисті сльози в нас.&lt;br /&gt;</w:t>
        <w:br/>
        <w:t>О ви, що маєте нестримний пал до сцени,&lt;br /&gt;</w:t>
        <w:br/>
        <w:t>Що слави прагнете і лаврів Мельпомени, —&lt;br /&gt;</w:t>
        <w:br/>
        <w:t>Чи вам хотілось би увесь Париж зібрать&lt;br /&gt;</w:t>
        <w:br/>
        <w:t>І урочистими словами зчарувать,&lt;br /&gt;</w:t>
        <w:br/>
        <w:t>Щоб з твору вашого всі люди дивувались&lt;br /&gt;</w:t>
        <w:br/>
        <w:t>І ним за двадцять літ ще більше милувались?&lt;br /&gt;</w:t>
        <w:br/>
        <w:t>Хай пристрасть у йому гаряча та жива&lt;br /&gt;</w:t>
        <w:br/>
        <w:t>Серця розбуджує, пече і порива!&lt;br /&gt;</w:t>
        <w:br/>
        <w:t>А я к солодкого ним жаху не створили&lt;br /&gt;</w:t>
        <w:br/>
        <w:t>Чи ніжного жалю в серцях не розбудили,&lt;br /&gt;</w:t>
        <w:br/>
        <w:t>То хоч по-вченому і мудро склався він,&lt;br /&gt;</w:t>
        <w:br/>
        <w:t>Лиш забуття йому судилось і загин.&lt;br /&gt;</w:t>
        <w:br/>
        <w:t>Холодних міркувань кладіть туди багато,&lt;br /&gt;</w:t>
        <w:br/>
        <w:t>Але глядач за них не буде вам плескати,&lt;br /&gt;</w:t>
        <w:br/>
        <w:t>Гучну риторику візьме на глум і сміх,&lt;br /&gt;</w:t>
        <w:br/>
        <w:t>Або дріматиме під гомін слів гучних.&lt;br /&gt;</w:t>
        <w:br/>
        <w:t>Серця зворушувать — найвища таємниця,&lt;br /&gt;</w:t>
        <w:br/>
        <w:t>Якої автори усі повинні вчиться.&lt;br /&gt;</w:t>
        <w:br/>
        <w:t>З початку самого повинен нам поет&lt;br /&gt;</w:t>
        <w:br/>
        <w:t>Той позначати шлях, яким піде сюжет.&lt;br /&gt;</w:t>
        <w:br/>
        <w:t>Смішний актор мені, що висловить не вміє,&lt;br /&gt;</w:t>
        <w:br/>
        <w:t>Як розгортатися, зростати буде дія,&lt;br /&gt;</w:t>
        <w:br/>
        <w:t>Інтригу плутає, натомлюючи нас,&lt;br /&gt;</w:t>
        <w:br/>
        <w:t>І в марних збоченнях даремно тратить час.&lt;br /&gt;</w:t>
        <w:br/>
        <w:t>Волю, щоб зразу він сказав одверто й ясно:&lt;br /&gt;</w:t>
        <w:br/>
        <w:t>"Я — цар Агамемнон" чи "Я — Орест нещасний",&lt;br /&gt;</w:t>
        <w:br/>
        <w:t>Ніж різні чудеса нам буде появлять,&lt;br /&gt;</w:t>
        <w:br/>
        <w:t>Що ум дріма од них, а вуха лиш болять.&lt;br /&gt;</w:t>
        <w:br/>
        <w:t>Сюжет з'ясовуйте раніше якомога,&lt;br /&gt;</w:t>
        <w:br/>
        <w:t>І місця певного додержуйтеся строго.&lt;br /&gt;</w:t>
        <w:br/>
        <w:t>За Піренеями такий собі піїт&lt;br /&gt;</w:t>
        <w:br/>
        <w:t>Втискає в день один десятки довгих літ.&lt;br /&gt;</w:t>
        <w:br/>
        <w:t>Спочатку хлопчиком малює він героя,&lt;br /&gt;</w:t>
        <w:br/>
        <w:t>А далі з довгою виводить бородою.&lt;br /&gt;</w:t>
        <w:br/>
        <w:t>Ми інші приписи від розуму візьмім:&lt;br /&gt;</w:t>
        <w:br/>
        <w:t>Одну подію в час єдиний розгорнім,&lt;br /&gt;</w:t>
        <w:br/>
        <w:t>Єдине місце їй за тло ясне узявши:&lt;br /&gt;</w:t>
        <w:br/>
        <w:t>Така трагедія сподобається завше.&lt;br /&gt;</w:t>
        <w:br/>
        <w:t>Скрізь імовірності дотримуйте. Бува,&lt;br /&gt;</w:t>
        <w:br/>
        <w:t>Чудною видасться і правда нам жива.&lt;br /&gt;</w:t>
        <w:br/>
        <w:t>Безглузді ж вигадки нас тішити не можуть,&lt;br /&gt;</w:t>
        <w:br/>
        <w:t>Бо ні ума вони, ні серця ні тривожать.&lt;br /&gt;</w:t>
        <w:br/>
        <w:t>Є речі, що ховать від поглядів людських&lt;br /&gt;</w:t>
        <w:br/>
        <w:t>Належить, даючи лиш в розповіді їх;&lt;br /&gt;</w:t>
        <w:br/>
        <w:t>Хоч відчуття тоді сягне не так глибоко,&lt;br /&gt;</w:t>
        <w:br/>
        <w:t>Та хай сприймає слух, чого не стерпить око.&lt;br /&gt;</w:t>
        <w:br/>
        <w:t>Пильнуймо, щоб росла дедалі таїна&lt;br /&gt;</w:t>
        <w:br/>
        <w:t>І щоб розвіялась у певний час вона.&lt;br /&gt;</w:t>
        <w:br/>
        <w:t>Людського розуму нічим-бо так не вразим,&lt;br /&gt;</w:t>
        <w:br/>
        <w:t>Як дії хід складний йому розкривши разом;&lt;br /&gt;</w:t>
        <w:br/>
        <w:t>Повстане істина зненацька перед ним&lt;br /&gt;</w:t>
        <w:br/>
        <w:t>І обрисів речам надасть усім.&lt;br /&gt;</w:t>
        <w:br/>
        <w:t>Колись трагедія, і дика й недоладна, —&lt;br /&gt;</w:t>
        <w:br/>
        <w:t>То був звичайний хор. Напої виноградні&lt;br /&gt;</w:t>
        <w:br/>
        <w:t>Усі, танцюючи й співаючи, пили&lt;br /&gt;</w:t>
        <w:br/>
        <w:t>І Діонісові складали похвали.&lt;br /&gt;</w:t>
        <w:br/>
        <w:t>Співцеві , щоб найбільш подобався народу,&lt;br /&gt;</w:t>
        <w:br/>
        <w:t>На ігрищах таких буває цап за нагороду.&lt;br /&gt;</w:t>
        <w:br/>
        <w:t>Сяк-так поодягав комедників Теспіс&lt;br /&gt;</w:t>
        <w:br/>
        <w:t>І вперше звичай цей до міста переніс;&lt;br /&gt;</w:t>
        <w:br/>
        <w:t>Він возом виїздив великим на майдани&lt;br /&gt;</w:t>
        <w:br/>
        <w:t>І людові являв видовище незнане.&lt;br /&gt;</w:t>
        <w:br/>
        <w:t>Есхіл змінив і лад, і зміст вистав таких,&lt;br /&gt;</w:t>
        <w:br/>
        <w:t>Осіб докинувши до хору дійових;&lt;br /&gt;</w:t>
        <w:br/>
        <w:t>За нього вже поміст на площі височіє&lt;br /&gt;</w:t>
        <w:br/>
        <w:t>І в масках грають там належних лицедії.&lt;br /&gt;</w:t>
        <w:br/>
        <w:t>Софокл дійшов тоді натхнення верховин:&lt;br /&gt;</w:t>
        <w:br/>
        <w:t>Поваги й злагоди надав усьому він,&lt;br /&gt;</w:t>
        <w:br/>
        <w:t>Примусив хор увесь у дії участь брати&lt;br /&gt;</w:t>
        <w:br/>
        <w:t>І строфи обточив, до нього кострубаті.&lt;br /&gt;</w:t>
        <w:br/>
        <w:t>Таку трагедію він пишну грекам дав,&lt;br /&gt;</w:t>
        <w:br/>
        <w:t>Що відтворити Рим її вже не здолав.&lt;br /&gt;</w:t>
        <w:br/>
        <w:t>У давній Франції театр був у зневазі:&lt;br /&gt;</w:t>
        <w:br/>
        <w:t>Гріх наші прадіди в цій бачили розвазі.&lt;br /&gt;</w:t>
        <w:br/>
        <w:t>Однак юрба прочан в Париж колись прийшла&lt;br /&gt;</w:t>
        <w:br/>
        <w:t>І по-простацькому вдавати узяла&lt;br /&gt;</w:t>
        <w:br/>
        <w:t>І бога, і святих, і янголів, і діву,&lt;br /&gt;</w:t>
        <w:br/>
        <w:t>Народ збираючи на теє дивне диво.&lt;br /&gt;</w:t>
        <w:br/>
        <w:t>Наука променем заглянула своїм&lt;br /&gt;</w:t>
        <w:br/>
        <w:t>В ті нісенітниці — і край поклала їм.&lt;br /&gt;</w:t>
        <w:br/>
        <w:t>Геть непокликані апостоли зникають, —&lt;br /&gt;</w:t>
        <w:br/>
        <w:t>Натомість Гектори й Ахілли воскресають,&lt;br /&gt;</w:t>
        <w:br/>
        <w:t>А тільки маски вже не надіва актор,&lt;br /&gt;</w:t>
        <w:br/>
        <w:t>І скрипка заступа музику давню й хор.&lt;br /&gt;</w:t>
        <w:br/>
        <w:t>Небавом ніжний пал всесильного кохання&lt;br /&gt;</w:t>
        <w:br/>
        <w:t>Панує на кону так само, як в романі;&lt;br /&gt;</w:t>
        <w:br/>
        <w:t>Бо хто б скоріше шлях до сердць людських найшов,&lt;br /&gt;</w:t>
        <w:br/>
        <w:t>Ніж той, що пристрасну змальовує любов?&lt;br /&gt;</w:t>
        <w:br/>
        <w:t>Та дбайте, ідучи дорогою такою,&lt;br /&gt;</w:t>
        <w:br/>
        <w:t>Щоб не скидалися на пастушків герої;&lt;br /&gt;</w:t>
        <w:br/>
        <w:t>Ахілл не так любив, як Тірсіс, — і повір:&lt;br /&gt;</w:t>
        <w:br/>
        <w:t>Не схожий аж ніяк на Артамена Кір.&lt;br /&gt;</w:t>
        <w:br/>
        <w:t>Кохання, що живе з сумлінням у незгоді,&lt;br /&gt;</w:t>
        <w:br/>
        <w:t>Хоч можна зрозуміть, а виславляти годі.&lt;br /&gt;</w:t>
        <w:br/>
        <w:t>Характери не слід нам із романів брать,&lt;br /&gt;</w:t>
        <w:br/>
        <w:t>Та вади деякі герой повинен мать:&lt;br /&gt;</w:t>
        <w:br/>
        <w:t>Ахілл нам любий тим, що, як огонь, гарячий&lt;br /&gt;</w:t>
        <w:br/>
        <w:t>І ревно від образ, мов та дитина плаче.&lt;br /&gt;</w:t>
        <w:br/>
        <w:t>Якби не знав герой ні огріхів, не хиб,&lt;br /&gt;</w:t>
        <w:br/>
        <w:t>Ми натуральності в портреті не найшли б.&lt;br /&gt;</w:t>
        <w:br/>
        <w:t>Малюйте постаті несхибною рукою:&lt;br /&gt;</w:t>
        <w:br/>
        <w:t>Агамемнон вражає нас пихою,&lt;br /&gt;</w:t>
        <w:br/>
        <w:t>Еней побожністю сіяє над усіх.&lt;br /&gt;</w:t>
        <w:br/>
        <w:t>Надайте певних рис ви кожному із їх.&lt;br /&gt;</w:t>
        <w:br/>
        <w:t>Вивчайте звичаї, краї й часи терпляче:&lt;br /&gt;</w:t>
        <w:br/>
        <w:t>Не раз од клімату залежить людська вдача.&lt;br /&gt;</w:t>
        <w:br/>
        <w:t>Отож із Клелії взірця ми не берім,&lt;br /&gt;</w:t>
        <w:br/>
        <w:t>Що в ній на Францію похожий давній Рим,&lt;br /&gt;</w:t>
        <w:br/>
        <w:t>Бо смішно бачити, як відкрива запона&lt;br /&gt;</w:t>
        <w:br/>
        <w:t>Нам Брута-джигуна й зальотника-Катона.&lt;br /&gt;</w:t>
        <w:br/>
        <w:t>Поблажливо роман читається легкий:&lt;br /&gt;</w:t>
        <w:br/>
        <w:t>Там досить плетива химерного подій,&lt;br /&gt;</w:t>
        <w:br/>
        <w:t>Від нього-бо читач розваги лиш бажає.&lt;br /&gt;</w:t>
        <w:br/>
        <w:t>Але трагедія міцні закони має,&lt;br /&gt;</w:t>
        <w:br/>
        <w:t>Кориться розуму й пристойності вона.&lt;br /&gt;</w:t>
        <w:br/>
        <w:t>Як автор малювать героя почина, —&lt;br /&gt;</w:t>
        <w:br/>
        <w:t>Нехай герой собі у всьому вірний буде&lt;br /&gt;</w:t>
        <w:br/>
        <w:t>І з кону тим зійде, ким вийшов перед люди.&lt;br /&gt;</w:t>
        <w:br/>
        <w:t>Не раз письменника ми можемо зустріть,&lt;br /&gt;</w:t>
        <w:br/>
        <w:t>Що скрізь лише себе виводить мимохіть:&lt;br /&gt;</w:t>
        <w:br/>
        <w:t>В гасконця вирина Гасконь, для нього люба;&lt;br /&gt;</w:t>
        <w:br/>
        <w:t>Тих слів, що й Кальпренед, вживає завжди Юба.&lt;br /&gt;</w:t>
        <w:br/>
        <w:t>В природі ти зразок і приклад би найшов:&lt;br /&gt;</w:t>
        <w:br/>
        <w:t>В ній скільки пристрастей, окремих стільки й мов.&lt;br /&gt;</w:t>
        <w:br/>
        <w:t>Пихою гнів себе високий виявляє,&lt;br /&gt;</w:t>
        <w:br/>
        <w:t>А сум — покірності у висловах шукає.&lt;br /&gt;</w:t>
        <w:br/>
        <w:t>Гекуба, як огонь всю Трою охопив,&lt;br /&gt;</w:t>
        <w:br/>
        <w:t>Нехай не розсипа високомірних слів&lt;br /&gt;</w:t>
        <w:br/>
        <w:t>І не розказує, що Понту води сині&lt;br /&gt;</w:t>
        <w:br/>
        <w:t>"Сім гілок Танаїс вливає на чужині".&lt;br /&gt;</w:t>
        <w:br/>
        <w:t>Ні! Декламацію таку порожню тим,&lt;br /&gt;</w:t>
        <w:br/>
        <w:t>Хто в ній кохається, назавжди залишім.&lt;br /&gt;</w:t>
        <w:br/>
        <w:t>Журба і тихий плач пасують до страждання,&lt;br /&gt;</w:t>
        <w:br/>
        <w:t>Ридайте ж ви самі, щоб викликать ридання,&lt;br /&gt;</w:t>
        <w:br/>
        <w:t>І не до діла там проречисті слова,&lt;br /&gt;</w:t>
        <w:br/>
        <w:t>Де серце крається і з болю умліва.&lt;br /&gt;</w:t>
        <w:br/>
        <w:t>В театрі критиків суворих є доволі,&lt;br /&gt;</w:t>
        <w:br/>
        <w:t>І важко вславитись тепер на цьому полі.&lt;br /&gt;</w:t>
        <w:br/>
        <w:t>Не зразу осягнеш тут перемоги ти,&lt;br /&gt;</w:t>
        <w:br/>
        <w:t>Бо завжди висвистать готові є роти.&lt;br /&gt;</w:t>
        <w:br/>
        <w:t>Всім вільно автора картать і дорікати,&lt;br /&gt;</w:t>
        <w:br/>
        <w:t>Аби лиш за квитка належну дав заплату, —&lt;br /&gt;</w:t>
        <w:br/>
        <w:t>І вигинається на тисячу ладів,&lt;br /&gt;</w:t>
        <w:br/>
        <w:t>Хто хоче вдовольнить суворих глядачів.&lt;br /&gt;</w:t>
        <w:br/>
        <w:t>Високе й ніжне він повинен малювати,&lt;br /&gt;</w:t>
        <w:br/>
        <w:t>Шляхетність, глибочінь, поважність виявляти,&lt;br /&gt;</w:t>
        <w:br/>
        <w:t>Буть несподіваним, вражати нам серця,&lt;br /&gt;</w:t>
        <w:br/>
        <w:t>Усіх захоплювать дивами без кінця&lt;br /&gt;</w:t>
        <w:br/>
        <w:t>І дати твір такий, щоб легко всі сприймали,&lt;br /&gt;</w:t>
        <w:br/>
        <w:t>Та, раз побачивши, повік не забували.&lt;br /&gt;</w:t>
        <w:br/>
        <w:t>Ще більше величі епічний має стрій,&lt;br /&gt;</w:t>
        <w:br/>
        <w:t>З байок уроджений, з фантазії та мрій.&lt;br /&gt;</w:t>
        <w:br/>
        <w:t>Там чарувати нас є способів без краю, —&lt;br /&gt;</w:t>
        <w:br/>
        <w:t>Усе там плоть і кров, і ум, і душу має.&lt;br /&gt;</w:t>
        <w:br/>
        <w:t>Там божествам дано з усіх чеснот рости:&lt;br /&gt;</w:t>
        <w:br/>
        <w:t>Мінерві з мудрощів, Венері —з красоти.&lt;br /&gt;</w:t>
        <w:br/>
        <w:t>Там гріх не з випарів виходить, не із тучі,&lt;br /&gt;</w:t>
        <w:br/>
        <w:t>А Зевс ним потряса в руці своїй могучій.&lt;br /&gt;</w:t>
        <w:br/>
        <w:t>Не буря опада нещасних моряків —&lt;br /&gt;</w:t>
        <w:br/>
        <w:t>Вергає то вали страшний Нептунів гнів.&lt;br /&gt;</w:t>
        <w:br/>
        <w:t>Луна — не відляски, не відгуки у лісі, —&lt;br /&gt;</w:t>
        <w:br/>
        <w:t>Сумної німфи плач по красному Нарцісі.&lt;br /&gt;</w:t>
        <w:br/>
        <w:t>З тих пишних вимислів поет бере своє,&lt;br /&gt;</w:t>
        <w:br/>
        <w:t>Єднає, скрашує, у плетеницю в'є,&lt;br /&gt;</w:t>
        <w:br/>
        <w:t>Величним образам дає в уяві жити&lt;br /&gt;</w:t>
        <w:br/>
        <w:t>І свіжі щоразу подибує там квіти.&lt;br /&gt;</w:t>
        <w:br/>
        <w:t>Як борвієм несе Енея кораблі&lt;br /&gt;</w:t>
        <w:br/>
        <w:t>До африканської далекої землі, —&lt;br /&gt;</w:t>
        <w:br/>
        <w:t>Тут мало бачити пригоду нещаслива,&lt;br /&gt;</w:t>
        <w:br/>
        <w:t>А божеського слід дошукуватися гніву:&lt;br /&gt;</w:t>
        <w:br/>
        <w:t>Злоба Юнонина, хоч давня, а жива&lt;br /&gt;</w:t>
        <w:br/>
        <w:t>Троянцям ту біду і лихо навіва;&lt;br /&gt;</w:t>
        <w:br/>
        <w:t>Еол, під ласку їх бажаючи підпасти,&lt;br /&gt;</w:t>
        <w:br/>
        <w:t>Всі вітри шле на їх і чинить їм напасті;&lt;br /&gt;</w:t>
        <w:br/>
        <w:t>А бог морів, Нептун, підноситься з води&lt;br /&gt;</w:t>
        <w:br/>
        <w:t>І хвилі втишує й рятує від біди,&lt;br /&gt;</w:t>
        <w:br/>
        <w:t>Єдиним вигуком приборкавши стихії.&lt;br /&gt;</w:t>
        <w:br/>
        <w:t>Оце чарує нас, оце серця нам гріє!&lt;br /&gt;</w:t>
        <w:br/>
        <w:t>А без таких окрас і заходу шкода,&lt;br /&gt;</w:t>
        <w:br/>
        <w:t>Без них поезія і мертва, і бліда,&lt;br /&gt;</w:t>
        <w:br/>
        <w:t>І ритор — не поет — стає нам перед очі,&lt;br /&gt;</w:t>
        <w:br/>
        <w:t>Що нісенітниці несміливо белькоче.&lt;br /&gt;</w:t>
        <w:br/>
        <w:t>Тож хиблять автори, які за днів нових,&lt;br /&gt;</w:t>
        <w:br/>
        <w:t>Оздоб цураються і вигадок отих,&lt;br /&gt;</w:t>
        <w:br/>
        <w:t>Хотівши, щоб богів античних затупили&lt;br /&gt;</w:t>
        <w:br/>
        <w:t>Господь з пророками та всі небесні сили.&lt;br /&gt;</w:t>
        <w:br/>
        <w:t>До пекла читача вони щораз ведуть,&lt;br /&gt;</w:t>
        <w:br/>
        <w:t>Люцифер, Вельзевул у віршах їх живуть, —&lt;br /&gt;</w:t>
        <w:br/>
        <w:t>А всі ці образи, коли до того мова,&lt;br /&gt;</w:t>
        <w:br/>
        <w:t>Навряд чи похваля релігія Христова:&lt;br /&gt;</w:t>
        <w:br/>
        <w:t>Адже Святе Письмо у приписах своїх&lt;br /&gt;</w:t>
        <w:br/>
        <w:t>Лише навчає нас покутувати гріх,&lt;br /&gt;</w:t>
        <w:br/>
        <w:t>Страждання очищать забруднене сумління, —&lt;br /&gt;</w:t>
        <w:br/>
        <w:t>А різні тут байки і зайві, і злочинні,&lt;br /&gt;</w:t>
        <w:br/>
        <w:t>Саму-бо істину звертають на ману.&lt;br /&gt;</w:t>
        <w:br/>
        <w:t>Та й що тут малювать? Хіба що сатану,&lt;br /&gt;</w:t>
        <w:br/>
        <w:t>Що взявся вашому чинити зло герою&lt;br /&gt;</w:t>
        <w:br/>
        <w:t>І з господом самим стає не раз до бою.&lt;br /&gt;</w:t>
        <w:br/>
        <w:t>Он Тассо — скажуть нам — тут успіху дійшов.&lt;br /&gt;</w:t>
        <w:br/>
        <w:t>Що ж, не судитиму, але додам ізнов:&lt;br /&gt;</w:t>
        <w:br/>
        <w:t>Хоч яке його хваліть, а й він не міг би навіть&lt;br /&gt;</w:t>
        <w:br/>
        <w:t>Своєю книгою Італію прославить,&lt;br /&gt;</w:t>
        <w:br/>
        <w:t>Якби герой його, з молитвою в очах,&lt;br /&gt;</w:t>
        <w:br/>
        <w:t>Одно диявола на правий кликав шлях,&lt;br /&gt;</w:t>
        <w:br/>
        <w:t>Якби не дав поет Рено нам та Аргана,&lt;br /&gt;</w:t>
        <w:br/>
        <w:t>Якби там не Танкред і не його кохана.&lt;br /&gt;</w:t>
        <w:br/>
        <w:t>Запевне, аж ніяк оцим я не сказав,&lt;br /&gt;</w:t>
        <w:br/>
        <w:t>Щоб до поган поет безумно приставав,&lt;br /&gt;</w:t>
        <w:br/>
        <w:t>Як християнського обрав собі сюжета.&lt;br /&gt;</w:t>
        <w:br/>
        <w:t>Але ж як ви мирські картини нам даєте,&lt;br /&gt;</w:t>
        <w:br/>
        <w:t>То нащо із води тритонів виганять,&lt;br /&gt;</w:t>
        <w:br/>
        <w:t>Від Парка ножиці, від Пана флейту брать?&lt;br /&gt;</w:t>
        <w:br/>
        <w:t>Навіщо боронить понурому Харону&lt;br /&gt;</w:t>
        <w:br/>
        <w:t>Царів і пастухів возити в тьму бездонну?&lt;br /&gt;</w:t>
        <w:br/>
        <w:t>Марнота марна це, і смішно лиш було б&lt;br /&gt;</w:t>
        <w:br/>
        <w:t>Давати читачам поеми без оздоб!&lt;br /&gt;</w:t>
        <w:br/>
        <w:t>Ще, може, скажуть нам, узявши того сліду,&lt;br /&gt;</w:t>
        <w:br/>
        <w:t>Пов'язки й терезів позбавити Феміду,&lt;br /&gt;</w:t>
        <w:br/>
        <w:t>У Марса відберуть його несхибний лук&lt;br /&gt;</w:t>
        <w:br/>
        <w:t>І вирвуть Часові годинника із рук!&lt;br /&gt;</w:t>
        <w:br/>
        <w:t>Тоді самі слова за божество нам стануть,&lt;br /&gt;</w:t>
        <w:br/>
        <w:t>А алегорії в поезії зав'януть.&lt;br /&gt;</w:t>
        <w:br/>
        <w:t>Ні! Ми не квапмося за прикладом таким&lt;br /&gt;</w:t>
        <w:br/>
        <w:t>І марні острахи від себе геть женім.&lt;br /&gt;</w:t>
        <w:br/>
        <w:t>Нехай бог істини, коли ми християни,&lt;br /&gt;</w:t>
        <w:br/>
        <w:t>За бога вигадок у віршах не повстане.&lt;br /&gt;</w:t>
        <w:br/>
        <w:t>У мітах є для нас принада не одна:&lt;br /&gt;</w:t>
        <w:br/>
        <w:t>Сказав би — для поем створились імена&lt;br /&gt;</w:t>
        <w:br/>
        <w:t>Ореста, Гектора, Паріса, Одіссея,&lt;br /&gt;</w:t>
        <w:br/>
        <w:t>Гелени Красної та мудрого Енея.&lt;br /&gt;</w:t>
        <w:br/>
        <w:t>Тож вартий не хвали — огуди той талант,&lt;br /&gt;</w:t>
        <w:br/>
        <w:t>Котрому заступив усіх їх Гільдебранд.&lt;br /&gt;</w:t>
        <w:br/>
        <w:t>Буває: лиш ім'я ми варварське найдемо,&lt;br /&gt;</w:t>
        <w:br/>
        <w:t>І варварською вся здається нам поема.&lt;br /&gt;</w:t>
        <w:br/>
        <w:t>Як читача свого не хочете томить,&lt;br /&gt;</w:t>
        <w:br/>
        <w:t>А все цікавити, — героя оберіть&lt;br /&gt;</w:t>
        <w:br/>
        <w:t>Собі величного, щоб славних діл доходив,&lt;br /&gt;</w:t>
        <w:br/>
        <w:t>Щоб навіть хибами будив у серці подив,&lt;br /&gt;</w:t>
        <w:br/>
        <w:t>Щоб з наймужнішими ставав на мужній герць.&lt;br /&gt;</w:t>
        <w:br/>
        <w:t>Людовік, Цезар вам хай буде за взірець,&lt;br /&gt;</w:t>
        <w:br/>
        <w:t>Але ж не Полінік з його лукавим братом:&lt;br /&gt;</w:t>
        <w:br/>
        <w:t>Де ллється кров лише — для читача нудьга там.&lt;br /&gt;</w:t>
        <w:br/>
        <w:t>Не накопичуйте без ладу різних дій:&lt;br /&gt;</w:t>
        <w:br/>
        <w:t>Сам тільки Ахіллес та гнів його страшний&lt;br /&gt;</w:t>
        <w:br/>
        <w:t>Гомерів архитвір виповнює до краю.&lt;br /&gt;</w:t>
        <w:br/>
        <w:t>Бува, що з надміру убозтво випливає.&lt;br /&gt;</w:t>
        <w:br/>
        <w:t>Скупий і жвавий стиль на розповідь беріть,&lt;br /&gt;</w:t>
        <w:br/>
        <w:t>Та в описах зате пишноту розгорніть,&lt;br /&gt;</w:t>
        <w:br/>
        <w:t>У найяснішу їх гармонію уклавши&lt;br /&gt;</w:t>
        <w:br/>
        <w:t>І всього ницого цураючися завше.&lt;br /&gt;</w:t>
        <w:br/>
        <w:t>Хай той безумець вам не буде за зразок,&lt;br /&gt;</w:t>
        <w:br/>
        <w:t>У кого, — як іде з гебреями пророк,&lt;br /&gt;</w:t>
        <w:br/>
        <w:t>З неволі вирвавшись, через Червоне море,&lt;br /&gt;</w:t>
        <w:br/>
        <w:t>І розступилися обабіч хвилі-гори, —&lt;br /&gt;</w:t>
        <w:br/>
        <w:t>У вікнах зграя риб здивована стоїть,&lt;br /&gt;</w:t>
        <w:br/>
        <w:t>А хлопченя мале "за матір'ю біжить&lt;br /&gt;</w:t>
        <w:br/>
        <w:t>І руку з камінцем до неї простягає".&lt;br /&gt;</w:t>
        <w:br/>
        <w:t>Навала тих дрібниць поезію вбиває.&lt;br /&gt;</w:t>
        <w:br/>
        <w:t>Про міру дбайте скрізь і не глушіте нас,&lt;br /&gt;</w:t>
        <w:br/>
        <w:t>коли ще тільки-но засідланий Пегас,&lt;br /&gt;</w:t>
        <w:br/>
        <w:t>Багатомовною заявою такою:&lt;br /&gt;</w:t>
        <w:br/>
        <w:t>"Про найславнішого співатиму героя,&lt;br /&gt;</w:t>
        <w:br/>
        <w:t>Що над усіх прожив величніш і ясніш!"&lt;br /&gt;</w:t>
        <w:br/>
        <w:t>А то гора якраз маленьку вродить миш.&lt;br /&gt;</w:t>
        <w:br/>
        <w:t>Миліший нам поет, нема чого й казати,&lt;br /&gt;</w:t>
        <w:br/>
        <w:t>Що на гармонію та на красу багатий,&lt;br /&gt;</w:t>
        <w:br/>
        <w:t>Початок не гучний кладе своїм пісням:&lt;br /&gt;</w:t>
        <w:br/>
        <w:t>"Про мужа-воїна я заспіваю вам,&lt;br /&gt;</w:t>
        <w:br/>
        <w:t>Що до Авзонії у мандрах запливає&lt;br /&gt;</w:t>
        <w:br/>
        <w:t>І перший на поля Лавінії ступає".&lt;br /&gt;</w:t>
        <w:br/>
        <w:t>Тут муза не склада обітниць голосних,&lt;br /&gt;</w:t>
        <w:br/>
        <w:t>А більше нам дає, ніж хто чекати б міг,&lt;br /&gt;</w:t>
        <w:br/>
        <w:t>У дальших розділах: побачиш незабаром&lt;br /&gt;</w:t>
        <w:br/>
        <w:t>Латинян майбуття, відкрите дивним чарам,&lt;br /&gt;</w:t>
        <w:br/>
        <w:t>І попідземних рік німий та чорний жах,&lt;br /&gt;</w:t>
        <w:br/>
        <w:t>І тіні царственні в Плутонових полях.&lt;br /&gt;</w:t>
        <w:br/>
        <w:t>Я раджу постатей виводити багато&lt;br /&gt;</w:t>
        <w:br/>
        <w:t>І грою різних фарб увагу чарувати,&lt;br /&gt;</w:t>
        <w:br/>
        <w:t>І жарти інколи з поважністю мішать:&lt;br /&gt;</w:t>
        <w:br/>
        <w:t>Одним лиш пафосом ви можете приспать,&lt;br /&gt;</w:t>
        <w:br/>
        <w:t>А не розважити. Миліший Аріосто,&lt;br /&gt;</w:t>
        <w:br/>
        <w:t>Котрий сміховину розповідає просто,&lt;br /&gt;</w:t>
        <w:br/>
        <w:t>Ніж хмарні автори, які беруть за зло,&lt;br /&gt;</w:t>
        <w:br/>
        <w:t>Коли їм грації розгладжують чоло.&lt;br /&gt;</w:t>
        <w:br/>
        <w:t>Природи син, Гомер, щоб нас приворожити,&lt;br /&gt;</w:t>
        <w:br/>
        <w:t>Зняв пояса колись тонкого з Афродіти.&lt;br /&gt;</w:t>
        <w:br/>
        <w:t>Скарб незлічені зміщає книга та,&lt;br /&gt;</w:t>
        <w:br/>
        <w:t>Де в золото усе він диво оберта,&lt;br /&gt;</w:t>
        <w:br/>
        <w:t>Чого лиш мудрою торкається рукою,&lt;br /&gt;</w:t>
        <w:br/>
        <w:t>Різноманітністю нас тішачи ясною.&lt;br /&gt;</w:t>
        <w:br/>
        <w:t>Все тепле, все живе в рядках його дзвінких;&lt;br /&gt;</w:t>
        <w:br/>
        <w:t>Він не кохається у викрутах чудних,&lt;br /&gt;</w:t>
        <w:br/>
        <w:t>А й методичного порядку не плекає:&lt;br /&gt;</w:t>
        <w:br/>
        <w:t>У нього сам сюжет із себе випливає,&lt;br /&gt;</w:t>
        <w:br/>
        <w:t>Події зростають без довгих готувань,&lt;br /&gt;</w:t>
        <w:br/>
        <w:t>І кожний вірш, і звук належну має грань.&lt;br /&gt;</w:t>
        <w:br/>
        <w:t>Навчайтеся ж його любить і цінувати:&lt;br /&gt;</w:t>
        <w:br/>
        <w:t>Там пожиточного ви знайдете багато.&lt;br /&gt;</w:t>
        <w:br/>
        <w:t>Поеми красної, що плине, як ріка,&lt;br /&gt;</w:t>
        <w:br/>
        <w:t>Одною примхою не випише рука:&lt;br /&gt;</w:t>
        <w:br/>
        <w:t>Потрібен час і труд; величної будови&lt;br /&gt;</w:t>
        <w:br/>
        <w:t>Не створить первоук, шкода тієї й мови.&lt;br /&gt;</w:t>
        <w:br/>
        <w:t>Буває іноді — без досвіду поет,&lt;br /&gt;</w:t>
        <w:br/>
        <w:t>Натхненням зрушений в полуменистий лет,&lt;br /&gt;</w:t>
        <w:br/>
        <w:t>Займеться мріями про славу поетичну;&lt;br /&gt;</w:t>
        <w:br/>
        <w:t>Обіруч він сурму хапає героїчну, —&lt;br /&gt;</w:t>
        <w:br/>
        <w:t>І муза, в хаосі згубивши певний шлях,&lt;br /&gt;</w:t>
        <w:br/>
        <w:t>У випадкових лиш підноситься стрибках,&lt;br /&gt;</w:t>
        <w:br/>
        <w:t>А полум'я його без книжки, без освіти&lt;br /&gt;</w:t>
        <w:br/>
        <w:t>Дедалі пригаса, бо ні з чого горіти.&lt;br /&gt;</w:t>
        <w:br/>
        <w:t>Та дарма читачі, на присуди швидкі,&lt;br /&gt;</w:t>
        <w:br/>
        <w:t>Надії втішити хотять йому палкі:&lt;br /&gt;</w:t>
        <w:br/>
        <w:t>Блідому хистові своєму фіміами&lt;br /&gt;</w:t>
        <w:br/>
        <w:t>Він сам палитиме без міри і без тями.&lt;br /&gt;</w:t>
        <w:br/>
        <w:t>Куди Вергілію! — він скаже —що Гомер!&lt;br /&gt;</w:t>
        <w:br/>
        <w:t>Правдивий геній — він! І хай собі тепер&lt;br /&gt;</w:t>
        <w:br/>
        <w:t>Не визнає його юрба сліпа і дика,&lt;br /&gt;</w:t>
        <w:br/>
        <w:t>Та слава в майбутті пов'є його велика.&lt;br /&gt;</w:t>
        <w:br/>
        <w:t>Тим часом, на тріумф чекаючи ясний,&lt;br /&gt;</w:t>
        <w:br/>
        <w:t>В книгарні жмут писань валяється товстий,&lt;br /&gt;</w:t>
        <w:br/>
        <w:t>І марні дні його вкривають шаром пилу,&lt;br /&gt;</w:t>
        <w:br/>
        <w:t>І точать хробаки папір його зжовтілий.&lt;br /&gt;</w:t>
        <w:br/>
        <w:t>Такий поетів ми в спокої залишім&lt;br /&gt;</w:t>
        <w:br/>
        <w:t>І далі на шляху збираймося своїм.&lt;br /&gt;</w:t>
        <w:br/>
        <w:t>Вінчались лаврами видовища трагічні,&lt;br /&gt;</w:t>
        <w:br/>
        <w:t>А з того виросли й комедії античні.&lt;br /&gt;</w:t>
        <w:br/>
        <w:t>Насмішкуватий грек ув ігрищах смішних&lt;br /&gt;</w:t>
        <w:br/>
        <w:t>Людей на кпини брав, отруту лив на всіх,&lt;br /&gt;</w:t>
        <w:br/>
        <w:t>За здобич витівкам блазенським там узято&lt;br /&gt;</w:t>
        <w:br/>
        <w:t>І честь, і ум,і все, що треба шанувати.&lt;br /&gt;</w:t>
        <w:br/>
        <w:t>Там той поет хвали добився в глядачів,&lt;br /&gt;</w:t>
        <w:br/>
        <w:t>Що на позорище високий дух повів:&lt;br /&gt;</w:t>
        <w:br/>
        <w:t>Сократа черні дав у "Хмарах" на поталу —&lt;br /&gt;</w:t>
        <w:br/>
        <w:t>І чернь із мудреця шалено реготала.&lt;br /&gt;</w:t>
        <w:br/>
        <w:t>Зухвальство отаке росло без перепон,&lt;br /&gt;</w:t>
        <w:br/>
        <w:t>Але нарешті край поклав йому закон.&lt;br /&gt;</w:t>
        <w:br/>
        <w:t>Поетам велено обачніше писати&lt;br /&gt;</w:t>
        <w:br/>
        <w:t>І знаних всім людей на глум не виставляти.&lt;br /&gt;</w:t>
        <w:br/>
        <w:t>Зникає з кону геть ненависть і злоба,&lt;br /&gt;</w:t>
        <w:br/>
        <w:t>І вже не злоститься, лиш тішиться юрба.&lt;br /&gt;</w:t>
        <w:br/>
        <w:t>В невинних дотепах без жовчі і отрути&lt;br /&gt;</w:t>
        <w:br/>
        <w:t>Зумів тоді Менандр хвали собі здобути.&lt;br /&gt;</w:t>
        <w:br/>
        <w:t>Глядач, одбившися в цім дзеркалі новім,&lt;br /&gt;</w:t>
        <w:br/>
        <w:t>Сміявся, — а себе не пізнава у нім.&lt;br /&gt;</w:t>
        <w:br/>
        <w:t>Скупого бачивши, скупий за боки брався,&lt;br /&gt;</w:t>
        <w:br/>
        <w:t>Не знаючи, що сам тут за взірець придався,&lt;br /&gt;</w:t>
        <w:br/>
        <w:t>А хвертик і хвастун, бувало, не впізна&lt;br /&gt;</w:t>
        <w:br/>
        <w:t>Портрета власного в портреті хвастуна.&lt;br /&gt;</w:t>
        <w:br/>
        <w:t>Коли комедії ви хочете служити,&lt;br /&gt;</w:t>
        <w:br/>
        <w:t>Природу лиш саму за вчительку візьміте.&lt;br /&gt;</w:t>
        <w:br/>
        <w:t>Хто вміє глибоко в серця людські сягать&lt;br /&gt;</w:t>
        <w:br/>
        <w:t>І таємниці там заховані читать,&lt;br /&gt;</w:t>
        <w:br/>
        <w:t>Хто знає й джигуна, і скнару, й марнотратця,&lt;br /&gt;</w:t>
        <w:br/>
        <w:t>Од кого дивакам, ревнивцям не сховаться —&lt;br /&gt;</w:t>
        <w:br/>
        <w:t>Той у комедії змалює легко їх&lt;br /&gt;</w:t>
        <w:br/>
        <w:t>І разом виведе на сцену, як живих.&lt;br /&gt;</w:t>
        <w:br/>
        <w:t>Малюйте образи ясні усюди і прості,&lt;br /&gt;</w:t>
        <w:br/>
        <w:t>Хай жваві кольори панують на помості.&lt;br /&gt;</w:t>
        <w:br/>
        <w:t>У різних відтінках природа нам жива&lt;br /&gt;</w:t>
        <w:br/>
        <w:t>Людські характери і вдачі розкрива;&lt;br /&gt;</w:t>
        <w:br/>
        <w:t>Багато змісту є у жесті,у дрібниці, —&lt;br /&gt;</w:t>
        <w:br/>
        <w:t>Але не легко нам до того додивиться.&lt;br /&gt;</w:t>
        <w:br/>
        <w:t>Час відміняє все — і норови зміня:&lt;br /&gt;</w:t>
        <w:br/>
        <w:t>Що любе молодим, те для старих бридня;&lt;br /&gt;</w:t>
        <w:br/>
        <w:t>У юнака киплять і міняться бажання,&lt;br /&gt;</w:t>
        <w:br/>
        <w:t>І він порокові дається без вагання;&lt;br /&gt;</w:t>
        <w:br/>
        <w:t>Непоміркований у пристрастях буйних,&lt;br /&gt;</w:t>
        <w:br/>
        <w:t>Порад не любить він і сердиться за них.&lt;br /&gt;</w:t>
        <w:br/>
        <w:t>Хто ж у літа ввійде — ума той набереться:&lt;br /&gt;</w:t>
        <w:br/>
        <w:t>Коло людей значних та дужих треться;&lt;br /&gt;</w:t>
        <w:br/>
        <w:t>З лихою долею стає він до борні&lt;br /&gt;</w:t>
        <w:br/>
        <w:t>І ловить завтрашнє в сьогоднішньому дні.&lt;br /&gt;</w:t>
        <w:br/>
        <w:t>Старі, скупуючи, багатство все збивають,&lt;br /&gt;</w:t>
        <w:br/>
        <w:t>Хоча самі з того користі не зазнають;&lt;br /&gt;</w:t>
        <w:br/>
        <w:t>Не поспішаючи, вперед вони ідуть&lt;br /&gt;</w:t>
        <w:br/>
        <w:t>І хвалять давній час, а нинішній кленуть.&lt;br /&gt;</w:t>
        <w:br/>
        <w:t>Усе здаєтьсяїм і прикре, і немиле,&lt;br /&gt;</w:t>
        <w:br/>
        <w:t>Чому віддатися уже не мають сили.&lt;br /&gt;</w:t>
        <w:br/>
        <w:t>Тож дбайте, щоб у вас актор не говорив,&lt;br /&gt;</w:t>
        <w:br/>
        <w:t>Старого граючи, словами юнаків,&lt;br /&gt;</w:t>
        <w:br/>
        <w:t>Вивчайте пильно двір і спізнавай те місто:&lt;br /&gt;</w:t>
        <w:br/>
        <w:t>Тут є усі зразки для автора й артиста.&lt;br /&gt;</w:t>
        <w:br/>
        <w:t>Якби мольєр отут взірці для себе брав,&lt;br /&gt;</w:t>
        <w:br/>
        <w:t>То, може б, вищої він слави доказав:&lt;br /&gt;</w:t>
        <w:br/>
        <w:t>В мішку, де зважився Скапена він сховати,&lt;br /&gt;</w:t>
        <w:br/>
        <w:t>Вже "Мізантропа" нам творця не упізнати.&lt;br /&gt;</w:t>
        <w:br/>
        <w:t>Дарма в комедії виображали б ми&lt;br /&gt;</w:t>
        <w:br/>
        <w:t>Обличчя, скроплені гарячими слізьми, —&lt;br /&gt;</w:t>
        <w:br/>
        <w:t>Але не слід у ній, хоч часом так і пишуть,&lt;br /&gt;</w:t>
        <w:br/>
        <w:t>Пласкими шутками простолюд марно тішить.&lt;br /&gt;</w:t>
        <w:br/>
        <w:t>Хай будуть жарти всі шляхетні і тонкі.&lt;br /&gt;</w:t>
        <w:br/>
        <w:t>Інтриги хитрої розплутуйте клубки,&lt;br /&gt;</w:t>
        <w:br/>
        <w:t>Щоб дія, розуму піддавшися покірно,&lt;br /&gt;</w:t>
        <w:br/>
        <w:t>Не припинялася і розгорталась вірно.&lt;br /&gt;</w:t>
        <w:br/>
        <w:t>Де треба — стиль простий належно піднесіть,&lt;br /&gt;</w:t>
        <w:br/>
        <w:t>Цікавте публіку, дотепністю смішіть,&lt;br /&gt;</w:t>
        <w:br/>
        <w:t>І, тонкі пристрасті узявшись виявляти,&lt;br /&gt;</w:t>
        <w:br/>
        <w:t>Одною ниткою умійте все зв'язати.&lt;br /&gt;</w:t>
        <w:br/>
        <w:t>поради іншої тут авторам нема:&lt;br /&gt;</w:t>
        <w:br/>
        <w:t>В природи вчітеся, питайтеся в ума.&lt;br /&gt;</w:t>
        <w:br/>
        <w:t>Теренцій змалював, як батько докоряє&lt;br /&gt;</w:t>
        <w:br/>
        <w:t>Своєму синові за те, що він кохає,&lt;br /&gt;</w:t>
        <w:br/>
        <w:t>Як син, послухавши суворі ті слова,&lt;br /&gt;</w:t>
        <w:br/>
        <w:t>В обіймах милої їх зараз забува.&lt;br /&gt;</w:t>
        <w:br/>
        <w:t>Не думайте лише, що просто це портрети6&lt;br /&gt;</w:t>
        <w:br/>
        <w:t>Ні, ви само життя у сценах тих найдете.&lt;br /&gt;</w:t>
        <w:br/>
        <w:t>Люблю я авторів, що, тішачи людей,&lt;br /&gt;</w:t>
        <w:br/>
        <w:t>Своєї гідності не втрачують ніде,&lt;br /&gt;</w:t>
        <w:br/>
        <w:t>І розумові скрізь і завжди улягають.&lt;br /&gt;</w:t>
        <w:br/>
        <w:t>А тим, що все слівця двозначні розсипають,&lt;br /&gt;</w:t>
        <w:br/>
        <w:t>Що безсоромністю безстидний будять сміх,&lt;br /&gt;</w:t>
        <w:br/>
        <w:t>Є рада: Міст Новий — найкращий кін для них.&lt;br /&gt;</w:t>
        <w:br/>
        <w:t>Там їхні витівки простолюд привітає,&lt;br /&gt;</w:t>
        <w:br/>
        <w:t>І брудним жартам їх плескатимуть льокаї.</w:t>
      </w:r>
    </w:p>
    <w:p>
      <w:r>
        <w:br/>
        <w:t>ПІСНЯ ЧЕТВЕРТА</w:t>
      </w:r>
    </w:p>
    <w:p>
      <w:r>
        <w:br/>
        <w:t>В ясній Флоренції колись-то лікар жив,&lt;br /&gt;</w:t>
        <w:br/>
        <w:t>Убивця вславлений, брехун із брехунів;&lt;br /&gt;</w:t>
        <w:br/>
        <w:t>Багато людям він чинив і горя, й знути;&lt;br /&gt;</w:t>
        <w:br/>
        <w:t>Там син благав отця померлого вернути,&lt;br /&gt;</w:t>
        <w:br/>
        <w:t>Там брат за братиком отруєним ридав:&lt;br /&gt;</w:t>
        <w:br/>
        <w:t>Усіх він ліками на той світ заганяв.&lt;br /&gt;</w:t>
        <w:br/>
        <w:t>Хто нежить захопив — він звертав на легені&lt;br /&gt;</w:t>
        <w:br/>
        <w:t>І скажениною оголошав мігрені.&lt;br /&gt;</w:t>
        <w:br/>
        <w:t>Всіма знелюблений, покинув місто він.&lt;br /&gt;</w:t>
        <w:br/>
        <w:t>Із друзів лиш абат зоставсь йому один,&lt;br /&gt;</w:t>
        <w:br/>
        <w:t>Що й запросив до себе в дім чудовий, —&lt;br /&gt;</w:t>
        <w:br/>
        <w:t>Абат той над усе любив стрункі будови.&lt;br /&gt;</w:t>
        <w:br/>
        <w:t>Тут лікар, мов би він родився будувать,&lt;br /&gt;</w:t>
        <w:br/>
        <w:t>Як той Мансар, почав усе критикувать:&lt;br /&gt;</w:t>
        <w:br/>
        <w:t>Оцей, мовляв, фасад в салоні заширокий,&lt;br /&gt;</w:t>
        <w:br/>
        <w:t>Цей темний, так і так поставте передпокій,&lt;br /&gt;</w:t>
        <w:br/>
        <w:t>А в сходах лінія годилась би така.&lt;br /&gt;</w:t>
        <w:br/>
        <w:t>Господар по свого оді будівника,&lt;br /&gt;</w:t>
        <w:br/>
        <w:t>Той вислухав усе і всі прийняв поради.&lt;br /&gt;</w:t>
        <w:br/>
        <w:t>Що ж лікар? З успіху в новому ділі радий,&lt;br /&gt;</w:t>
        <w:br/>
        <w:t>Убійчого свого відрікся ремесла —&lt;br /&gt;</w:t>
        <w:br/>
        <w:t>І між людьми тому зложилася хвала,&lt;br /&gt;</w:t>
        <w:br/>
        <w:t>Хто, Галієнову лишивши путь непевну,&lt;br /&gt;</w:t>
        <w:br/>
        <w:t>архітектурної узявся штуки ревно.&lt;br /&gt;</w:t>
        <w:br/>
        <w:t>Із цього прикладу наука добра всім:&lt;br /&gt;</w:t>
        <w:br/>
        <w:t>Вже краще будь собі каменярем простим, —&lt;br /&gt;</w:t>
        <w:br/>
        <w:t>Як доля іншої не припекла кебети, —&lt;br /&gt;</w:t>
        <w:br/>
        <w:t>Ніж марно пнутися поміж лихі поети.&lt;br /&gt;</w:t>
        <w:br/>
        <w:t>У ділі кожному, хоч би й з не перших ти,&lt;br /&gt;</w:t>
        <w:br/>
        <w:t>Здолаєш людської шаноби засягти, —&lt;br /&gt;</w:t>
        <w:br/>
        <w:t>Лиш в небезпечному письменстві й віршуванні&lt;br /&gt;</w:t>
        <w:br/>
        <w:t>Між "злим" і "так собі" немає зовсім грані.&lt;br /&gt;</w:t>
        <w:br/>
        <w:t>Хто каже: зимний твір, той каже: що за нуд!&lt;br /&gt;</w:t>
        <w:br/>
        <w:t>Пеншена з Буайє рівняє людський суд,&lt;br /&gt;</w:t>
        <w:br/>
        <w:t>І не читаємо Рампаля й Менардьєра&lt;br /&gt;</w:t>
        <w:br/>
        <w:t>Так само, як Суе, Корбена й Ля Морльєра.&lt;br /&gt;</w:t>
        <w:br/>
        <w:t>На блазня дивлячись, нас опаде хоч сміх,&lt;br /&gt;</w:t>
        <w:br/>
        <w:t>А віршник без життя лише приспить усіх.&lt;br /&gt;</w:t>
        <w:br/>
        <w:t>Химерний Бержерак нам більше тішить розум,&lt;br /&gt;</w:t>
        <w:br/>
        <w:t>Аніж скучний Мотен, що все пройма морозом.&lt;br /&gt;</w:t>
        <w:br/>
        <w:t>Не оп'яняйтеся з облесної хвали,&lt;br /&gt;</w:t>
        <w:br/>
        <w:t>Що вам у захисті крикливому сплели,&lt;br /&gt;</w:t>
        <w:br/>
        <w:t>Де всі ладні горлать: чудово! знаменито!&lt;br /&gt;</w:t>
        <w:br/>
        <w:t>Могли, читаючи, ви уші обманити,&lt;br /&gt;</w:t>
        <w:br/>
        <w:t>Та в світлі повному, серед ясного дня&lt;br /&gt;</w:t>
        <w:br/>
        <w:t>Від ока не тече безглуздість і бридня.&lt;br /&gt;</w:t>
        <w:br/>
        <w:t>Кінчають деякі письменники трагічно:&lt;br /&gt;</w:t>
        <w:br/>
        <w:t>Гомбо прославлений лежить в книгарнях вічно,&lt;br /&gt;</w:t>
        <w:br/>
        <w:t>Всіх пильно слухайте, хто раду подає:&lt;br /&gt;</w:t>
        <w:br/>
        <w:t>І вітрогон, бува, в пригоді нам стає.&lt;br /&gt;</w:t>
        <w:br/>
        <w:t>Як часом віршики нам Аполлон надише, —&lt;br /&gt;</w:t>
        <w:br/>
        <w:t>читати не біжіть між люди їх скоріше.&lt;br /&gt;</w:t>
        <w:br/>
        <w:t>Остерігайтеся, щоб схожими не буть&lt;br /&gt;</w:t>
        <w:br/>
        <w:t>На того, хто, коли напише що-небудь,&lt;br /&gt;</w:t>
        <w:br/>
        <w:t>Читає зараз же і в сінях, і в хоромах&lt;br /&gt;</w:t>
        <w:br/>
        <w:t>Або й на вулиці спиняє незнайомих.&lt;br /&gt;</w:t>
        <w:br/>
        <w:t>Та що! Сховайтеся од нього в божий храм, —&lt;br /&gt;</w:t>
        <w:br/>
        <w:t>Декламуватиме запально він і там!&lt;br /&gt;</w:t>
        <w:br/>
        <w:t>Іще нагадую6 на присуди зважайте&lt;br /&gt;</w:t>
        <w:br/>
        <w:t>Ів згоді з розумом писання поправляйте,&lt;br /&gt;</w:t>
        <w:br/>
        <w:t>Але на дурневі не годьтеся слова.&lt;br /&gt;</w:t>
        <w:br/>
        <w:t>Невіглас цілий твір осуджує, бува,&lt;br /&gt;</w:t>
        <w:br/>
        <w:t>Смаку не маючи та беручи за гірші,&lt;br /&gt;</w:t>
        <w:br/>
        <w:t>Найкраще складені, шляхетно смілі вірші.&lt;br /&gt;</w:t>
        <w:br/>
        <w:t>Шкода й перечити оцінниками таким:&lt;br /&gt;</w:t>
        <w:br/>
        <w:t>З них кожен, стоячи уперто на своїм,&lt;br /&gt;</w:t>
        <w:br/>
        <w:t>Хоч і мальнький ум, і око має кволе,&lt;br /&gt;</w:t>
        <w:br/>
        <w:t>Упевнений, що хид не промине ніколи.&lt;br /&gt;</w:t>
        <w:br/>
        <w:t>прийнявши вказівки од нього ви страшні,&lt;br /&gt;</w:t>
        <w:br/>
        <w:t>Замісто берега опинитесь на дні.&lt;br /&gt;</w:t>
        <w:br/>
        <w:t>Судді звіряйтеся одважному й тонкому,&lt;br /&gt;</w:t>
        <w:br/>
        <w:t>В науці сильному і розумом ясному,&lt;br /&gt;</w:t>
        <w:br/>
        <w:t>Чий строгий олівець одкреслив вам умить&lt;br /&gt;</w:t>
        <w:br/>
        <w:t>Місця, що їх би ви воліли потаїть.&lt;br /&gt;</w:t>
        <w:br/>
        <w:t>Лиш він розвіє вам усі смішні вагання&lt;br /&gt;</w:t>
        <w:br/>
        <w:t>І сміло виправить несміливе писання,&lt;br /&gt;</w:t>
        <w:br/>
        <w:t>Він дасть вам приклади, як помахом одним&lt;br /&gt;</w:t>
        <w:br/>
        <w:t>Потужний ум зліта у твориві своїм&lt;br /&gt;</w:t>
        <w:br/>
        <w:t>І, давніх приписів рвучи тісні мережі,&lt;br /&gt;</w:t>
        <w:br/>
        <w:t>Мистецтву відданий, мистецтва ширить межі.&lt;br /&gt;</w:t>
        <w:br/>
        <w:t>Та рідко вам суддя зустрінеться такий:&lt;br /&gt;</w:t>
        <w:br/>
        <w:t>Той римувать митець, а в присудах дурний;&lt;br /&gt;</w:t>
        <w:br/>
        <w:t>Той віршами припав до серця городянам,&lt;br /&gt;</w:t>
        <w:br/>
        <w:t>А переплутає Вергілія з Луканом.&lt;br /&gt;</w:t>
        <w:br/>
        <w:t>На певну, автори, я вас виводжу путь.&lt;br /&gt;</w:t>
        <w:br/>
        <w:t>Ви слави хочете повсюдної здобуть?&lt;br /&gt;</w:t>
        <w:br/>
        <w:t>Тож музі вашій слід і тішити й навчати,&lt;br /&gt;</w:t>
        <w:br/>
        <w:t>З приємним щоразу й корисне сполучати.&lt;br /&gt;</w:t>
        <w:br/>
        <w:t>Читач розсудливий не любить слів дзвінких,&lt;br /&gt;</w:t>
        <w:br/>
        <w:t>Як пожиточного не міститься у них.&lt;br /&gt;</w:t>
        <w:br/>
        <w:t>Ви в творах стаєте на очі всенародні,&lt;br /&gt;</w:t>
        <w:br/>
        <w:t>Являйте ж почуття самі лиш благородні.&lt;br /&gt;</w:t>
        <w:br/>
        <w:t>Тих небезпечних я співців не визнаю,&lt;br /&gt;</w:t>
        <w:br/>
        <w:t>Що честь, віршуючи, утратили свою,&lt;br /&gt;</w:t>
        <w:br/>
        <w:t>Чесноту зрадили — і на папері білім&lt;br /&gt;</w:t>
        <w:br/>
        <w:t>Порок малюють нам привабливим і милим.&lt;br /&gt;</w:t>
        <w:br/>
        <w:t>Та не належу я й до авторів нудних,&lt;br /&gt;</w:t>
        <w:br/>
        <w:t>Що скрізь женуть любов із утворів своїх,&lt;br /&gt;</w:t>
        <w:br/>
        <w:t>Оздоби ніжної позбавлюючи сцену,&lt;br /&gt;</w:t>
        <w:br/>
        <w:t>За грішних беручи Родріго та Хімену.&lt;br /&gt;</w:t>
        <w:br/>
        <w:t>І нечестивий пал в уборі з чистих слів&lt;br /&gt;</w:t>
        <w:br/>
        <w:t>У нас не викличе ганебних почуттів.&lt;br /&gt;</w:t>
        <w:br/>
        <w:t>Коли Дідону я в сльозах прекрасну бачу, —&lt;br /&gt;</w:t>
        <w:br/>
        <w:t>Я гріх її суджу, та разом з нею плачу.&lt;br /&gt;</w:t>
        <w:br/>
        <w:t>Цнотливі автори нам серця не псують,&lt;br /&gt;</w:t>
        <w:br/>
        <w:t>Вінця лаврового розпусті не плетуть&lt;br /&gt;</w:t>
        <w:br/>
        <w:t>І до злочинної не надять нас любові.&lt;br /&gt;</w:t>
        <w:br/>
        <w:t>Тож майте над усе чистоту ви, панове,&lt;br /&gt;</w:t>
        <w:br/>
        <w:t>Бой найсильнішому уму не пощастить&lt;br /&gt;</w:t>
        <w:br/>
        <w:t>Знак серця ницого у віршах потаїть.&lt;br /&gt;</w:t>
        <w:br/>
        <w:t>Найпаче ж заздрості цурайтеся низької,&lt;br /&gt;</w:t>
        <w:br/>
        <w:t>Щораз підбитої вульгарною злобою.&lt;br /&gt;</w:t>
        <w:br/>
        <w:t>Уму високому вона повік чужа&lt;br /&gt;</w:t>
        <w:br/>
        <w:t>І точить лиш нездар, немов залізо — ржа.&lt;br /&gt;</w:t>
        <w:br/>
        <w:t>Блискучі успіхи печуть її й тривожать,&lt;br /&gt;</w:t>
        <w:br/>
        <w:t>Супроти сильного всякчас вона ворожить.&lt;br /&gt;</w:t>
        <w:br/>
        <w:t>Нездатна дорости до велетнів міцних,&lt;br /&gt;</w:t>
        <w:br/>
        <w:t>Вона принизити до себе хоче їх.&lt;br /&gt;</w:t>
        <w:br/>
        <w:t>Ми хитрощів таких ганебних уникаймо.&lt;br /&gt;</w:t>
        <w:br/>
        <w:t>І слави в підступах безславних не шукаймо.&lt;br /&gt;</w:t>
        <w:br/>
        <w:t>Мети єдиної із віршів не робіть.&lt;br /&gt;</w:t>
        <w:br/>
        <w:t>І друзям інколи годину присвятіть:&lt;br /&gt;</w:t>
        <w:br/>
        <w:t>Хай повелося вам зложити твір чудовий,&lt;br /&gt;</w:t>
        <w:br/>
        <w:t>А вчіться й жити ви, й ставати до розмови.&lt;br /&gt;</w:t>
        <w:br/>
        <w:t>За заповідь собі візьміте славу лиш,&lt;br /&gt;</w:t>
        <w:br/>
        <w:t>Нехай не зваблює мерзенний вас бариш.&lt;br /&gt;</w:t>
        <w:br/>
        <w:t>Щоправда, ні ганьби, ні злочину немає,&lt;br /&gt;</w:t>
        <w:br/>
        <w:t>Як працею поет своєю заробляє,&lt;br /&gt;</w:t>
        <w:br/>
        <w:t>Та давній ворог я хваленим тим співцям,&lt;br /&gt;</w:t>
        <w:br/>
        <w:t>Що, ситі славою, у віршах бачать крам,&lt;br /&gt;</w:t>
        <w:br/>
        <w:t>Грошовий тільки зиск у поетичнім дарі —&lt;br /&gt;</w:t>
        <w:br/>
        <w:t>І вроздріб музою торгують на базарі.&lt;br /&gt;</w:t>
        <w:br/>
        <w:t>Допоки ум людський, не знавши жодних слів,&lt;br /&gt;</w:t>
        <w:br/>
        <w:t>Для наших пращурів законів не створив,&lt;br /&gt;</w:t>
        <w:br/>
        <w:t>Жили вони в лісах, за здобиччю ганялись&lt;br /&gt;</w:t>
        <w:br/>
        <w:t>І мало чим тоді од звіра відрізнялись.&lt;br /&gt;</w:t>
        <w:br/>
        <w:t>Не право — сила їм вершила всі діла,&lt;br /&gt;</w:t>
        <w:br/>
        <w:t>І кара, як тепер, по злочині не йшла.&lt;br /&gt;</w:t>
        <w:br/>
        <w:t>Лиш мови людської музика легкокрила&lt;br /&gt;</w:t>
        <w:br/>
        <w:t>Суворі звичаї чудовно пом'якшила,&lt;br /&gt;</w:t>
        <w:br/>
        <w:t>В громади злагідні з'єднала дикунів,&lt;br /&gt;</w:t>
        <w:br/>
        <w:t>Твердині вивела круг міст і городів,&lt;br /&gt;</w:t>
        <w:br/>
        <w:t>Грізними карми вжахнула непокору&lt;br /&gt;</w:t>
        <w:br/>
        <w:t>І право немощним створила на підпору.&lt;br /&gt;</w:t>
        <w:br/>
        <w:t>Це все з поезії, запевнюють, пішло.&lt;br /&gt;</w:t>
        <w:br/>
        <w:t>Відсіль і красне те подання розцвіло,&lt;br /&gt;</w:t>
        <w:br/>
        <w:t>Що нібито Орфей здвигав піснями скелі&lt;br /&gt;</w:t>
        <w:br/>
        <w:t>І тигрів зборкував, набіглих із пустелі,&lt;br /&gt;</w:t>
        <w:br/>
        <w:t>Що змусив Амфіон, музика чарівний,&lt;br /&gt;</w:t>
        <w:br/>
        <w:t>Каміння рушитися і стати в вал міцний.&lt;br /&gt;</w:t>
        <w:br/>
        <w:t>Усі такі дива з гармонії вродились.&lt;br /&gt;</w:t>
        <w:br/>
        <w:t>Тоді й оракули у віршах об'явились,&lt;br /&gt;</w:t>
        <w:br/>
        <w:t>І жрець, напоєний божистим почуттям,&lt;br /&gt;</w:t>
        <w:br/>
        <w:t>Гучними віршам стрясав високий храм.&lt;br /&gt;</w:t>
        <w:br/>
        <w:t>Небавом, про діла співавши вікопомні,&lt;br /&gt;</w:t>
        <w:br/>
        <w:t>Гомер скликав людей на подвиги невтомні,&lt;br /&gt;</w:t>
        <w:br/>
        <w:t>А там і Гесіод досвічений учив,&lt;br /&gt;</w:t>
        <w:br/>
        <w:t>Як жниво раннє нам з ледачих брати нив.&lt;br /&gt;</w:t>
        <w:br/>
        <w:t>Так тисячі писань, віршованих уміло,&lt;br /&gt;</w:t>
        <w:br/>
        <w:t>Земному родові являли мудру силу&lt;br /&gt;</w:t>
        <w:br/>
        <w:t>І, ставши з давньою темнотою на герць,&lt;br /&gt;</w:t>
        <w:br/>
        <w:t>Ушима сприйняті, доходили до серць.&lt;br /&gt;</w:t>
        <w:br/>
        <w:t>Отож у Греції, на дяку музам красним&lt;br /&gt;</w:t>
        <w:br/>
        <w:t>Вселюдно курено їм фіміамом ясним,&lt;br /&gt;</w:t>
        <w:br/>
        <w:t>Мистецтво їхнє культ священий оточив,&lt;br /&gt;</w:t>
        <w:br/>
        <w:t>І сотні їм на честь повстало вівтарів.&lt;br /&gt;</w:t>
        <w:br/>
        <w:t>Аж бідність, ведучи й підлоту за собою,&lt;br /&gt;</w:t>
        <w:br/>
        <w:t>Парнас позбавила шляхетності такої.&lt;br /&gt;</w:t>
        <w:br/>
        <w:t>Поживи прагнення, як пошесть, розійшлось,&lt;br /&gt;</w:t>
        <w:br/>
        <w:t>І слово писане олжею пойнялось,&lt;br /&gt;</w:t>
        <w:br/>
        <w:t>І книги виникли без хисту та без тями,&lt;br /&gt;</w:t>
        <w:br/>
        <w:t>І слуги Фебові зробились крамарями.&lt;br /&gt;</w:t>
        <w:br/>
        <w:t>Не піддавайтеся ж захланним почуттям!&lt;br /&gt;</w:t>
        <w:br/>
        <w:t>Як тільки золото блискуче сниться вам, —&lt;br /&gt;</w:t>
        <w:br/>
        <w:t>Пермеса світлого минайте світлі межі:&lt;br /&gt;</w:t>
        <w:br/>
        <w:t>Багатство не росте на тому узбережжі.&lt;br /&gt;</w:t>
        <w:br/>
        <w:t>Поет — як і герой, і їм один закон:&lt;br /&gt;</w:t>
        <w:br/>
        <w:t>Їх тільки лаврами вінчає Аполлон.&lt;br /&gt;</w:t>
        <w:br/>
        <w:t>Ви скажете на це: і муза гордовита&lt;br /&gt;</w:t>
        <w:br/>
        <w:t>Самою славою не може бути сита,&lt;br /&gt;</w:t>
        <w:br/>
        <w:t>А бідний, голодом намучений піїт,&lt;br /&gt;</w:t>
        <w:br/>
        <w:t>Як жалібно щодня мурчить його живіт,&lt;br /&gt;</w:t>
        <w:br/>
        <w:t>На геліконову б вершину не зіп'явся:&lt;br /&gt;</w:t>
        <w:br/>
        <w:t>Горацій не натще з менадами стрічався,&lt;br /&gt;</w:t>
        <w:br/>
        <w:t>не мусів, як Кольте, він з остраху тремтіть,&lt;br /&gt;</w:t>
        <w:br/>
        <w:t>Чи зможе віршами на їжу заробить.&lt;br /&gt;</w:t>
        <w:br/>
        <w:t>Я не перечу вам, — та рідко в нашім часі&lt;br /&gt;</w:t>
        <w:br/>
        <w:t>Така біда тяжка буває на Парнасі.&lt;br /&gt;</w:t>
        <w:br/>
        <w:t>Хай не лякає нас убожества ярмо,&lt;br /&gt;</w:t>
        <w:br/>
        <w:t>Бо під зорею ми ясною живемо,&lt;br /&gt;</w:t>
        <w:br/>
        <w:t>І мудрий наш король того пильнує дбало,&lt;br /&gt;</w:t>
        <w:br/>
        <w:t>Щоб лихо слуг його уклінних не спіткало.&lt;br /&gt;</w:t>
        <w:br/>
        <w:t>О, Музи! Це ім'я — дорожче над усе.&lt;br /&gt;</w:t>
        <w:br/>
        <w:t>Нехай же знов воно Корнеля піднесе&lt;br /&gt;</w:t>
        <w:br/>
        <w:t>На рівну "Сідові" прекрасному вершину,&lt;br /&gt;</w:t>
        <w:br/>
        <w:t>Натхнення хай воно потужне дасть Расіну,&lt;br /&gt;</w:t>
        <w:br/>
        <w:t>Щоб зору нашому дива він появив;&lt;br /&gt;</w:t>
        <w:br/>
        <w:t>Хай Бансерад його вкладе у любий спів —&lt;br /&gt;</w:t>
        <w:br/>
        <w:t>І на устах красунь той спів лунає всюди,&lt;br /&gt;</w:t>
        <w:br/>
        <w:t>Розвагу несучи і радощі між юди;&lt;br /&gt;</w:t>
        <w:br/>
        <w:t>Еклогу хай Сегре прикрасить цим ім'ям,&lt;br /&gt;</w:t>
        <w:br/>
        <w:t>Хай славному дзвенять і стріли епіграм.&lt;br /&gt;</w:t>
        <w:br/>
        <w:t>А де ж найти творця нової Енеїди,&lt;br /&gt;</w:t>
        <w:br/>
        <w:t>Над Райном буде хто супутником Алкіду?&lt;br /&gt;</w:t>
        <w:br/>
        <w:t>Хто в лірнім рокоті гучні його діла&lt;br /&gt;</w:t>
        <w:br/>
        <w:t>Прославить, щоб луна всю землю потрясла,&lt;br /&gt;</w:t>
        <w:br/>
        <w:t>І про Батавію нас слово дивне мовить,&lt;br /&gt;</w:t>
        <w:br/>
        <w:t>Як з остраху вона собі наслала повідь?&lt;br /&gt;</w:t>
        <w:br/>
        <w:t>Хто сонце Мастріхта ясне змалює нам&lt;br /&gt;</w:t>
        <w:br/>
        <w:t>І військо, що лягло в страшному бої там?&lt;br /&gt;</w:t>
        <w:br/>
        <w:t>Тимчасом, поки нам ці спогади зринають,&lt;br /&gt;</w:t>
        <w:br/>
        <w:t>Героя Альпи вже новим вінцем вінчають,&lt;br /&gt;</w:t>
        <w:br/>
        <w:t>Селен і Доль чоло приклонюють йому,&lt;br /&gt;</w:t>
        <w:br/>
        <w:t>І пада Безансон у полум'ї й диму.&lt;br /&gt;</w:t>
        <w:br/>
        <w:t>Де ж велетні, котрі, у спілку ставши грізну,&lt;br /&gt;</w:t>
        <w:br/>
        <w:t>Стримали цей потік і силу цю залізну?&lt;br /&gt;</w:t>
        <w:br/>
        <w:t>Чи, може, відступом одвернуть карний грім,&lt;br /&gt;</w:t>
        <w:br/>
        <w:t>Раді, що повелось втекти ганебно їм?&lt;br /&gt;</w:t>
        <w:br/>
        <w:t>О, скільки він твердинь і міст розбив унівець!&lt;br /&gt;</w:t>
        <w:br/>
        <w:t>Якої слави він засяг собі, щасливець!&lt;br /&gt;</w:t>
        <w:br/>
        <w:t>Злітайте ж, о співці, на щонайвищий шпиль:&lt;br /&gt;</w:t>
        <w:br/>
        <w:t>Не досить буде тут звичайних вам зусиль.&lt;br /&gt;</w:t>
        <w:br/>
        <w:t>А я, годованець колючої сатири,&lt;br /&gt;</w:t>
        <w:br/>
        <w:t>Сурму не зважуся додати ще до ліри, —&lt;br /&gt;</w:t>
        <w:br/>
        <w:t>Лише побачите, що я на полі цім&lt;br /&gt;</w:t>
        <w:br/>
        <w:t>Допомагатиму порадами усім;&lt;br /&gt;</w:t>
        <w:br/>
        <w:t>Додам до вашого натхнення і до праці&lt;br /&gt;</w:t>
        <w:br/>
        <w:t>Науки, що її навчав мене Горацій;&lt;br /&gt;</w:t>
        <w:br/>
        <w:t>Я покріплятиму уми вам і серця&lt;br /&gt;</w:t>
        <w:br/>
        <w:t>І лаври покажу далекого вінця.&lt;br /&gt;</w:t>
        <w:br/>
        <w:t>Пробачте ж, як таким керованим бажанням&lt;br /&gt;</w:t>
        <w:br/>
        <w:t>Я приглядатимусь уважно всім писанням,&lt;br /&gt;</w:t>
        <w:br/>
        <w:t>Од злота щирого фальшиве відділю&lt;br /&gt;</w:t>
        <w:br/>
        <w:t>І витівки нездар огуджу без жалю.&lt;br /&gt;</w:t>
        <w:br/>
        <w:t>Без мене іноді вам тяжко простувати,&lt;br /&gt;</w:t>
        <w:br/>
        <w:t>Хоч краще я судить умію, ніж писати.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Мистецтво поетичне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