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Міський романс</w:t>
      </w:r>
    </w:p>
    <w:p>
      <w:r>
        <w:br/>
        <w:t xml:space="preserve"> Якось вештався звільна столицею —&lt;br /&gt;</w:t>
        <w:br/>
        <w:t>дві мармизи зопалу натовк,&lt;br /&gt;</w:t>
        <w:br/>
        <w:t>опинившись потому в міліції,&lt;br /&gt;</w:t>
        <w:br/>
        <w:t>я побачив її — скляк і змовк.</w:t>
      </w:r>
    </w:p>
    <w:p>
      <w:r>
        <w:br/>
        <w:t>Вже не знаю, з якою потрібкою,&lt;br /&gt;</w:t>
        <w:br/>
        <w:t>може, паспорт забрати простий, —&lt;br /&gt;</w:t>
        <w:br/>
        <w:t>білолиця краса-молодичка... Я&lt;br /&gt;</w:t>
        <w:br/>
        <w:t>побожився її віднайти.</w:t>
      </w:r>
    </w:p>
    <w:p>
      <w:r>
        <w:br/>
        <w:t>Йшов за нею аж до передпокою...&lt;br /&gt;</w:t>
        <w:br/>
        <w:t>Що їй скажеш? — бо ж я хуліган...&lt;br /&gt;</w:t>
        <w:br/>
        <w:t>Для відваги хильнув — й синьоокую&lt;br /&gt;</w:t>
        <w:br/>
        <w:t>запросив я в один ресторан.</w:t>
      </w:r>
    </w:p>
    <w:p>
      <w:r>
        <w:br/>
        <w:t>Їй всміхались, дивились пронизливо,&lt;br /&gt;</w:t>
        <w:br/>
        <w:t>що мені — хоч кричи "Караул"!&lt;br /&gt;</w:t>
        <w:br/>
        <w:t>Заліпив я одному у фізію&lt;br /&gt;</w:t>
        <w:br/>
        <w:t>лиш за те, що він їй підморгнув.</w:t>
      </w:r>
    </w:p>
    <w:p>
      <w:r>
        <w:br/>
        <w:t>Я ікру їй на булки намащував,&lt;br /&gt;</w:t>
        <w:br/>
        <w:t>гроші геть із кишені текли,&lt;br /&gt;</w:t>
        <w:br/>
        <w:t>я такими піснями улещував,&lt;br /&gt;</w:t>
        <w:br/>
        <w:t>на закінчення — он, "Журавлі"!</w:t>
      </w:r>
    </w:p>
    <w:p>
      <w:r>
        <w:br/>
        <w:t>Обіцянками сипав, куражачись.&lt;br /&gt;</w:t>
        <w:br/>
        <w:t>Я повторював щось — знов і знов:&lt;br /&gt;</w:t>
        <w:br/>
        <w:t>"Я п'ять днів і не мислю покражею,&lt;br /&gt;</w:t>
        <w:br/>
        <w:t>враз моя до безтями любов!"</w:t>
      </w:r>
    </w:p>
    <w:p>
      <w:r>
        <w:br/>
        <w:t>Що життя моє втрачене — їй співав,&lt;br /&gt;</w:t>
        <w:br/>
        <w:t>в шалик сльози і шмарклі ловив, —&lt;br /&gt;</w:t>
        <w:br/>
        <w:t>а вона проказала: "Я вірю вам,&lt;br /&gt;</w:t>
        <w:br/>
        <w:t>і за ціну домовимось ми."</w:t>
      </w:r>
    </w:p>
    <w:p>
      <w:r>
        <w:br/>
        <w:t>Ой, сердешну, тоді довбонув її, —&lt;br /&gt;</w:t>
        <w:br/>
        <w:t>закипіла образою кров:&lt;br /&gt;</w:t>
        <w:br/>
        <w:t>зрозумів, що робила в міліції&lt;br /&gt;</w:t>
        <w:br/>
        <w:t>моя "враз до безтями" любов...</w:t>
      </w:r>
    </w:p>
    <w:p>
      <w:r>
        <w:br/>
        <w:t>© Лариса Іллюк. Переклад, 2011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Міський романс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