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Місяця срібний дзюб...</w:t>
      </w:r>
    </w:p>
    <w:p>
      <w:r>
        <w:br/>
        <w:t xml:space="preserve"> Місяця срібний дзюб&lt;br /&gt;</w:t>
        <w:br/>
        <w:t>Там, в далині, вгорі.&lt;br /&gt;</w:t>
        <w:br/>
        <w:t>Місто — камінний куб,&lt;br /&gt;</w:t>
        <w:br/>
        <w:t>Сум і сон — ліхтарі.</w:t>
      </w:r>
    </w:p>
    <w:p>
      <w:r>
        <w:br/>
        <w:t>Зовсім звичайна річ,&lt;br /&gt;</w:t>
        <w:br/>
        <w:t>І не помітив я —&lt;br /&gt;</w:t>
        <w:br/>
        <w:t>Помандрувала ніч&lt;br /&gt;</w:t>
        <w:br/>
        <w:t>В чорні, німі поля.</w:t>
      </w:r>
    </w:p>
    <w:p>
      <w:r>
        <w:br/>
        <w:t>Зовсім звичайне все —&lt;br /&gt;</w:t>
        <w:br/>
        <w:t>Стіл і папір, книжки.&lt;br /&gt;</w:t>
        <w:br/>
        <w:t>Хвиля (чия?) несе&lt;br /&gt;</w:t>
        <w:br/>
        <w:t>Тихі мої думки.</w:t>
      </w:r>
    </w:p>
    <w:p>
      <w:r>
        <w:br/>
        <w:t>Зникла стеля, стіни —&lt;br /&gt;</w:t>
        <w:br/>
        <w:t>Мов не було ніде.&lt;br /&gt;</w:t>
        <w:br/>
        <w:t>Десь ідуть чабани,&lt;br /&gt;</w:t>
        <w:br/>
        <w:t>Серце шляхів — тверде.</w:t>
      </w:r>
    </w:p>
    <w:p>
      <w:r>
        <w:br/>
        <w:t>Чую твій перший крик,&lt;br /&gt;</w:t>
        <w:br/>
        <w:t>Пращуре, крик землі, —&lt;br /&gt;</w:t>
        <w:br/>
        <w:t>Ти у печерах звик&lt;br /&gt;</w:t>
        <w:br/>
        <w:t>Слухать намови злі.</w:t>
      </w:r>
    </w:p>
    <w:p>
      <w:r>
        <w:br/>
        <w:t>Темним мовив: моє —&lt;br /&gt;</w:t>
        <w:br/>
        <w:t>Жінка, табун, стріла.&lt;br /&gt;</w:t>
        <w:br/>
        <w:t>Онде твій син встає,&lt;br /&gt;</w:t>
        <w:br/>
        <w:t>Бачить сонце й орла.</w:t>
      </w:r>
    </w:p>
    <w:p>
      <w:r>
        <w:br/>
        <w:t>Перша думка летить&lt;br /&gt;</w:t>
        <w:br/>
        <w:t>У неозорий світ,&lt;br /&gt;</w:t>
        <w:br/>
        <w:t>Перша пісня дзвенить,&lt;br /&gt;</w:t>
        <w:br/>
        <w:t>В пісні — сонячний міф.</w:t>
      </w:r>
    </w:p>
    <w:p>
      <w:r>
        <w:br/>
        <w:t>Всюди літа орел,&lt;br /&gt;</w:t>
        <w:br/>
        <w:t>Сонце горить для всіх,&lt;br /&gt;</w:t>
        <w:br/>
        <w:t>Із золотих джерел&lt;br /&gt;</w:t>
        <w:br/>
        <w:t>Ллється радість і сміх.</w:t>
      </w:r>
    </w:p>
    <w:p>
      <w:r>
        <w:br/>
        <w:t>Може, й не син, а внук,&lt;br /&gt;</w:t>
        <w:br/>
        <w:t>Може, не внук, а всі, —&lt;br /&gt;</w:t>
        <w:br/>
        <w:t>Сходять зерна наук&lt;br /&gt;</w:t>
        <w:br/>
        <w:t>В гімнах ясній красі.</w:t>
      </w:r>
    </w:p>
    <w:p>
      <w:r>
        <w:br/>
        <w:t>Слово росте, живе&lt;br /&gt;</w:t>
        <w:br/>
        <w:t>Квітка мала і дуб.&lt;br /&gt;</w:t>
        <w:br/>
        <w:t>Півень співа, й пливе&lt;br /&gt;</w:t>
        <w:br/>
        <w:t>Місяця срібний дзюб.</w:t>
      </w:r>
    </w:p>
    <w:p>
      <w:r>
        <w:br/>
        <w:t>Думка росте, немов&lt;br /&gt;</w:t>
        <w:br/>
        <w:t>Башту дме Вавілон.&lt;br /&gt;</w:t>
        <w:br/>
        <w:t>Пристрасть, ніжність, любов,&lt;br /&gt;</w:t>
        <w:br/>
        <w:t>Мрійника мудрий сон...</w:t>
      </w:r>
    </w:p>
    <w:p>
      <w:r>
        <w:br/>
        <w:t>1924. ПРОСТІР. Київ, 1925; передрук із ПОЕЗІЇ. Мюнхен, 1957, с. 77-78.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Місяця срібний дзюб...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