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Місячний сміх</w:t>
      </w:r>
    </w:p>
    <w:p>
      <w:r>
        <w:br/>
        <w:t xml:space="preserve"> &lt;p&gt;— Слухай, плюнь на всю безконечно велику і малу філософію! Серйозно, тобі це треба зробить...</w:t>
      </w:r>
    </w:p>
    <w:p>
      <w:r>
        <w:br/>
        <w:t>Очі Чубрієнка прижмурились; тільки дві маленькі лінії заграли коло соковитого рота, а дим цигарки,— іронічний, покручений,— послався на губах, як кокетливий туман...</w:t>
      </w:r>
    </w:p>
    <w:p>
      <w:r>
        <w:br/>
        <w:t>— Кажеш, треба зрушити страждання, любов, витягти їх з намулу душі людської?.. Чудак ти, чудак! Який намул? Це ж просто — vivat fantasi — я! Ти — хвора людина, більш нічого...</w:t>
      </w:r>
    </w:p>
    <w:p>
      <w:r>
        <w:br/>
        <w:t>— Кожна людина страждає по-своєму, розумієш?</w:t>
      </w:r>
    </w:p>
    <w:p>
      <w:r>
        <w:br/>
        <w:t>— А колективне страждання... Ти поганий тоді психолог, але будь хоч нормальною людиною... Так-от...</w:t>
      </w:r>
    </w:p>
    <w:p>
      <w:r>
        <w:br/>
        <w:t>Чубрієнко задоволено затягся, дістав з моєї торби пшеничний сухар (він дурно нічого не розказував!) і розпочав широко, з деталями...</w:t>
      </w:r>
    </w:p>
    <w:p>
      <w:r>
        <w:br/>
        <w:t>Я глянув на торбу, портрет Карла Маркса і шматок сухаря, недоїдений товаришем,— десь глибоко гадючкою поповз егоїзм.</w:t>
      </w:r>
    </w:p>
    <w:p>
      <w:r>
        <w:br/>
        <w:t>Але Чубрієнко тонко розумів психологічні нюанси душі людської.</w:t>
      </w:r>
    </w:p>
    <w:p>
      <w:r>
        <w:br/>
        <w:t>Він, як передмову, кинув:</w:t>
      </w:r>
    </w:p>
    <w:p>
      <w:r>
        <w:br/>
        <w:t>— Перше. Я не поет, але люблю поетів за тягу до краси: вони хороші, ідеальні люди, правда, їх мало на світі, але дух їх, тяга до краси...</w:t>
      </w:r>
    </w:p>
    <w:p>
      <w:r>
        <w:br/>
        <w:t>І ще з більшою повагою, як брав сухар, узяв коржик.</w:t>
      </w:r>
    </w:p>
    <w:p>
      <w:r>
        <w:br/>
        <w:t>Я розсміявся.</w:t>
      </w:r>
    </w:p>
    <w:p>
      <w:r>
        <w:br/>
        <w:t>Чубрієнко ж задоволено плямкнув, посміхнувся злодійкувато: "Я розумію, товаришу, твої страждання!" — казали його невеличкі, як прорізані осокою, очі.</w:t>
      </w:r>
    </w:p>
    <w:p>
      <w:r>
        <w:br/>
        <w:t>— Так-от... Поетів люблю за тягу до краси, але це не важно! Я хочу розказати тобі історію свого земного страждання... простіше — кохання... Слухаєш?</w:t>
      </w:r>
    </w:p>
    <w:p>
      <w:r>
        <w:br/>
        <w:t>— Слухаю.</w:t>
      </w:r>
    </w:p>
    <w:p>
      <w:r>
        <w:br/>
        <w:t>— В минулу осінь, осінь великої соціальної революції, я тікав з села до города і тікав, звичайно, з стражданням, а по дорозі... Знаєш дорогу "Гола спекулянтка"?</w:t>
      </w:r>
    </w:p>
    <w:p>
      <w:r>
        <w:br/>
        <w:t>— З яким стражданням? Бан...</w:t>
      </w:r>
    </w:p>
    <w:p>
      <w:r>
        <w:br/>
        <w:t>Чубрієнко хитро моргнув: "Не мішай!"</w:t>
      </w:r>
    </w:p>
    <w:p>
      <w:r>
        <w:br/>
        <w:t>— "Гола спекулянтка" — шлях з Києва до Обухова, назва революційна й правдива, бо тим шляхом іде до города дрібна спекуляція,— а як ідуть, брат ти мой, аж земля гнеться... Але це не важно! Іду й я з дівчатами: весело, цілу дорогу співи; а головне — ти зрозумій поезію.</w:t>
      </w:r>
    </w:p>
    <w:p>
      <w:r>
        <w:br/>
        <w:t>Тридцять-сорок душ дівчат з сапетами, клумаками муки гатить у землю босими ногами і курявою на соснах пісню вішають...</w:t>
      </w:r>
    </w:p>
    <w:p>
      <w:r>
        <w:br/>
        <w:t>А хитрий бір шумить... Я помітив тоді його легку іронію над піснею дівчат: коли співали гарно — він кидав спів до сонця, а коли ні — засумує, посміхнеться і гомонить соснами, гомонить...</w:t>
      </w:r>
    </w:p>
    <w:p>
      <w:r>
        <w:br/>
        <w:t>Старий, гордий бір любив, брат, дівчат не хуже нас!..</w:t>
      </w:r>
    </w:p>
    <w:p>
      <w:r>
        <w:br/>
        <w:t>— Стой, ти ж, здається, до жінок побожно, не по-людському, я забув... Да.</w:t>
      </w:r>
    </w:p>
    <w:p>
      <w:r>
        <w:br/>
        <w:t>— Гомонить бір. Цілуються, ой да милуються...</w:t>
      </w:r>
    </w:p>
    <w:p>
      <w:r>
        <w:br/>
        <w:t>— Чого ти такий кислий? Апостол страждання... ха-ха!..</w:t>
      </w:r>
    </w:p>
    <w:p>
      <w:r>
        <w:br/>
        <w:t>— Так. А я тоді саме страждав земним коханням: купувати жінку не хочеться — грязь, а наші міщанські часи!.. Але тобі це незрозуміло, а нам, смертним...</w:t>
      </w:r>
    </w:p>
    <w:p>
      <w:r>
        <w:br/>
        <w:t>— Нужно закури-и-ть...</w:t>
      </w:r>
    </w:p>
    <w:p>
      <w:r>
        <w:br/>
        <w:t>— Назустріч, понімаєш, дубовий лісок, поміж ним берези — білобрисий трохи і...</w:t>
      </w:r>
    </w:p>
    <w:p>
      <w:r>
        <w:br/>
        <w:t>— Здрастуйте!..</w:t>
      </w:r>
    </w:p>
    <w:p>
      <w:r>
        <w:br/>
        <w:t>У мене, знаєш, аж торба затремтіла: це ж була з сусіднього села Марійка — таке чорняве чортеня з глибокими, як криниця ранком, очима.</w:t>
      </w:r>
    </w:p>
    <w:p>
      <w:r>
        <w:br/>
        <w:t>— Здрастуйте, Марійко!..</w:t>
      </w:r>
    </w:p>
    <w:p>
      <w:r>
        <w:br/>
        <w:t>Язик мій — великий естет і політик — облизав пилюгу на верхній губі, якось солодко защемів, а рука простяглася — весела, гаряча...</w:t>
      </w:r>
    </w:p>
    <w:p>
      <w:r>
        <w:br/>
        <w:t>А, чорт! До мене чорною потрісканою корою посміхнулась стара береза, а Марійка кокетливо нахилилась до клумака і поміж чорно-червоними мережками у поділках обмережались на сонці прекрасні, трошки загорілі дівочі ноги...</w:t>
      </w:r>
    </w:p>
    <w:p>
      <w:r>
        <w:br/>
        <w:t>Нахилився помогти, а вона посміхнулась і гарно посміхнулась: як білі пелюстки троянд розсіяла...</w:t>
      </w:r>
    </w:p>
    <w:p>
      <w:r>
        <w:br/>
        <w:t>Ех ти, мабуть, ніколи не бачив, який іноді хороший сміх сіють жінки?..</w:t>
      </w:r>
    </w:p>
    <w:p>
      <w:r>
        <w:br/>
        <w:t>Крутнув головою. Чубрієнко спинився.</w:t>
      </w:r>
    </w:p>
    <w:p>
      <w:r>
        <w:br/>
        <w:t>— Слухай, не цінікай, ради Христа, це страждання, моя кров...</w:t>
      </w:r>
    </w:p>
    <w:p>
      <w:r>
        <w:br/>
        <w:t>— А, ну тебе! Розказуй.</w:t>
      </w:r>
    </w:p>
    <w:p>
      <w:r>
        <w:br/>
        <w:t>Мій товариш весело засміявся і очі засвітились, заморгали...</w:t>
      </w:r>
    </w:p>
    <w:p>
      <w:r>
        <w:br/>
        <w:t>— Ви, Василь Демид... теж до Києва?</w:t>
      </w:r>
    </w:p>
    <w:p>
      <w:r>
        <w:br/>
        <w:t>Ах ти ж, чортеня! В місті двохкласові кінчали — і "отчество" забула!..</w:t>
      </w:r>
    </w:p>
    <w:p>
      <w:r>
        <w:br/>
        <w:t>— До Києва... Разом, значить...</w:t>
      </w:r>
    </w:p>
    <w:p>
      <w:r>
        <w:br/>
        <w:t>Чубрієнко крутнув якось кумедно головою, перехилився на один бік.</w:t>
      </w:r>
    </w:p>
    <w:p>
      <w:r>
        <w:br/>
        <w:t>— Ех, давно-давно, Марійко...</w:t>
      </w:r>
    </w:p>
    <w:p>
      <w:r>
        <w:br/>
        <w:t>Одним оком глянула.</w:t>
      </w:r>
    </w:p>
    <w:p>
      <w:r>
        <w:br/>
        <w:t>Глянула... І білобрисий бір затанцював вершками аж коло сонця (саме заходило), і дивно, далі засоромився, затих і став чорний-чорний, а гілля, здавалось мені, струнко стояло...</w:t>
      </w:r>
    </w:p>
    <w:p>
      <w:r>
        <w:br/>
        <w:t>— Ви й досі учитесь, а я...</w:t>
      </w:r>
    </w:p>
    <w:p>
      <w:r>
        <w:br/>
        <w:t>Не доказала, зашарілась і повела мою думку на тернисту стежку:</w:t>
      </w:r>
    </w:p>
    <w:p>
      <w:r>
        <w:br/>
        <w:t>— А ми з матір’ю оце до Києва, треба солі к пречистій, дома хазяйство...— І зразу дівчина набралась рішучості і тихо запитала: — Ви, мабуть, і не знаєте, що я заміж вийшла?</w:t>
      </w:r>
    </w:p>
    <w:p>
      <w:r>
        <w:br/>
        <w:t>— Давно?</w:t>
      </w:r>
    </w:p>
    <w:p>
      <w:r>
        <w:br/>
        <w:t>Плюнув — зачепився за корч, а очі засвітились синім-синім огником і наче вирізали на корі молодої берези: "Мати... молодиця..."</w:t>
      </w:r>
    </w:p>
    <w:p>
      <w:r>
        <w:br/>
        <w:t>— Не знав... А ви, Марійко, трошки змарніли... Мабуть, чоловік... Та й справді — давно ж це черничка молодицею?..</w:t>
      </w:r>
    </w:p>
    <w:p>
      <w:r>
        <w:br/>
        <w:t>— Уже три місяці... Степан Чугуєнків, знаєш?..</w:t>
      </w:r>
    </w:p>
    <w:p>
      <w:r>
        <w:br/>
        <w:t>— Знаю... знаю...</w:t>
      </w:r>
    </w:p>
    <w:p>
      <w:r>
        <w:br/>
        <w:t>— А я думала, що ти вже, Маріє, заблудила...</w:t>
      </w:r>
    </w:p>
    <w:p>
      <w:r>
        <w:br/>
        <w:t>Марійчина мати якось смішно шавкнула, як гуска, я ввічливо поздоровкався, і на губах заплигало зле: "Старого чорта догнав..."</w:t>
      </w:r>
    </w:p>
    <w:p>
      <w:r>
        <w:br/>
        <w:t>Ліс посміхнувся... Моргнув до мене зеленими бровами, закурив люльку — погасла, і почав у сонця огонь вершками кресать — не дістає; поцілує золотий крайок — не запалюється: розсердився, аж посинів до степу...</w:t>
      </w:r>
    </w:p>
    <w:p>
      <w:r>
        <w:br/>
        <w:t>Не викресав. Зашумів і ліг на спині Лисої гори спати...</w:t>
      </w:r>
    </w:p>
    <w:p>
      <w:r>
        <w:br/>
        <w:t>А я... тоді саме, як ліс лягав спати, почалося моє страждання: плювати я хотів, що він не закурив, у мене серйозніше діло з Марійкою, як його люлька!..</w:t>
      </w:r>
    </w:p>
    <w:p>
      <w:r>
        <w:br/>
        <w:t>Згори зліз вечір; засвітив одну зорю — темно, кашлянув тінями, подумав і спересердя на тоненькі золоті лінії сонця кинув ще одну зорю над св. Лаврою — засвітилась, і, веселий, як майнув тоді по небу зорі сіять... Золота луска.</w:t>
      </w:r>
    </w:p>
    <w:p>
      <w:r>
        <w:br/>
        <w:t>Хай сіє... Ми з Марійкою до Деміївки вже доходили.</w:t>
      </w:r>
    </w:p>
    <w:p>
      <w:r>
        <w:br/>
        <w:t>Стара ззаду чмихає...</w:t>
      </w:r>
    </w:p>
    <w:p>
      <w:r>
        <w:br/>
        <w:t>Весела ніч зустріла нас у Києві, на квартирі дрібного спекулянта Сашки; іудина борідка лопаточкою, чуб проблем на два боки прилизаний, ходить півником, а на губах брехлива ласка, наче лій розлитий...</w:t>
      </w:r>
    </w:p>
    <w:p>
      <w:r>
        <w:br/>
        <w:t>— Роздягайтесь, пожалуста, будьте как дома... Ми сійчас електрічество... Вечерять... Анька, самоварчик гостям!.. А це що за молодий человек?</w:t>
      </w:r>
    </w:p>
    <w:p>
      <w:r>
        <w:br/>
        <w:t>Познайомились.</w:t>
      </w:r>
    </w:p>
    <w:p>
      <w:r>
        <w:br/>
        <w:t>— Приятно... Кописточка... Александр Іванович... Учиться до города?</w:t>
      </w:r>
    </w:p>
    <w:p>
      <w:r>
        <w:br/>
        <w:t>Зла, хитра іронія застигла на лойових губах Кописточки, далі розплилася, і він не втерпів:</w:t>
      </w:r>
    </w:p>
    <w:p>
      <w:r>
        <w:br/>
        <w:t>— Какая тепер наука? Ех, господи, господи! Наказав нас грєшних... Комуни-совєти настали на свєті, а жизні нєту... Да-с... Ви можеть самі партєйний, а я, знаєте, человєк старий…</w:t>
      </w:r>
    </w:p>
    <w:p>
      <w:r>
        <w:br/>
        <w:t>І знов розсипав смішок і підлизнув його обережно язиком.</w:t>
      </w:r>
    </w:p>
    <w:p>
      <w:r>
        <w:br/>
        <w:t>Стара ліниво глянула на мою зелену сорочку, перехрестила рота і тільки ясна з пеньками жовтих зубів зачервонілись...</w:t>
      </w:r>
    </w:p>
    <w:p>
      <w:r>
        <w:br/>
        <w:t>— Це ви правду, Сашка... Хіба за царизни така розпуста була? Банди всякі, злодійства, молоді прямо тобі як покаширились — до церкви не Ходять: бога, кажуть, немає...</w:t>
      </w:r>
    </w:p>
    <w:p>
      <w:r>
        <w:br/>
        <w:t>Кописточка перебив стару і скоромовкою кинув:</w:t>
      </w:r>
    </w:p>
    <w:p>
      <w:r>
        <w:br/>
        <w:t>— Пришилось до слова: бил Ніколка дурачок, а хлєбушко — п’ятачок, а тепер і Совєти, а хлєба — нєту... Да. Жизнь наша стала горькая: когда-то лавочку ймєл — человеком жив, а тепер — самі відітє...</w:t>
      </w:r>
    </w:p>
    <w:p>
      <w:r>
        <w:br/>
        <w:t>І наче ненарочне показав рукою на гарно обставлену спальню з м’якими кріслами і великим трюмо; в углі голова Христа в терновому вінчику, а по вікнах — маленькі тазочки з квітками...</w:t>
      </w:r>
    </w:p>
    <w:p>
      <w:r>
        <w:br/>
        <w:t>Стара задивилась на голову Христа, закивала зажурено і проказала сама до себе: "Господи, який страдник був... Розп’ятий, в пустині постився сорок..."</w:t>
      </w:r>
    </w:p>
    <w:p>
      <w:r>
        <w:br/>
        <w:t>Гикнула і заклопотано вела розмову з Кописточкою:</w:t>
      </w:r>
    </w:p>
    <w:p>
      <w:r>
        <w:br/>
        <w:t>— А дорожнеча, мати божа, й докупиться не можна!.. Це ваш, Сашка, хлопчик?</w:t>
      </w:r>
    </w:p>
    <w:p>
      <w:r>
        <w:br/>
        <w:t>— Да. Мой наслєдніх... Подойди до баби, дурачок!</w:t>
      </w:r>
    </w:p>
    <w:p>
      <w:r>
        <w:br/>
        <w:t>Рудий хлопчина підкотився на кривих ногах до старої й серйозно спитав її:</w:t>
      </w:r>
    </w:p>
    <w:p>
      <w:r>
        <w:br/>
        <w:t>— Насіння привезли?..</w:t>
      </w:r>
    </w:p>
    <w:p>
      <w:r>
        <w:br/>
        <w:t>— Єсть, синок, є... Зараз дам тобі гостинця.</w:t>
      </w:r>
    </w:p>
    <w:p>
      <w:r>
        <w:br/>
        <w:t>Вона дістала з торби три жмені соняшникового, перемішаного з гарбузовим, і розсипала перед хлопцем, як разок доброго намиста.</w:t>
      </w:r>
    </w:p>
    <w:p>
      <w:r>
        <w:br/>
        <w:t>Хлопець не подякував.</w:t>
      </w:r>
    </w:p>
    <w:p>
      <w:r>
        <w:br/>
        <w:t>Кописточка незадоволено гукнув на нього:</w:t>
      </w:r>
    </w:p>
    <w:p>
      <w:r>
        <w:br/>
        <w:t>— Поблагодарі, дурак, бабушку!</w:t>
      </w:r>
    </w:p>
    <w:p>
      <w:r>
        <w:br/>
        <w:t>— Спасіба...</w:t>
      </w:r>
    </w:p>
    <w:p>
      <w:r>
        <w:br/>
        <w:t>Сіли вечеряти. Серед сивої пари попили чай; дякували Кописточку за руку, а він задоволено лащився з папіросами і сіяв на всі боки свій мерзенний смішок:</w:t>
      </w:r>
    </w:p>
    <w:p>
      <w:r>
        <w:br/>
        <w:t>— Пожалуста, старий табак "Месаксуді". От когда б ви раньше... до театру пошли б, хотя тепер і грають... Лучче дома сиди...</w:t>
      </w:r>
    </w:p>
    <w:p>
      <w:r>
        <w:br/>
        <w:t>Стара піддержала:</w:t>
      </w:r>
    </w:p>
    <w:p>
      <w:r>
        <w:br/>
        <w:t>— Спокійніше. А тепер — помолимось богу, а завтра дасть день, дасть і пищу...</w:t>
      </w:r>
    </w:p>
    <w:p>
      <w:r>
        <w:br/>
        <w:t>У синє вікно черкнулась листком тополя, десь далеко завив поїзд, зарохкав автомобіль, і зоряна курява ночі кинула надворі до мене гарячу Марійку...</w:t>
      </w:r>
    </w:p>
    <w:p>
      <w:r>
        <w:br/>
        <w:t>Проказала:</w:t>
      </w:r>
    </w:p>
    <w:p>
      <w:r>
        <w:br/>
        <w:t>— Хтось побач... Чудний ти який — вуса, як золота щетинка... Як будеш тихенький — ляжу з твого боку... Тільки пам’ятай: т и х е н ь к и й...</w:t>
      </w:r>
    </w:p>
    <w:p>
      <w:r>
        <w:br/>
        <w:t>І торкнула за ухо пальцем.</w:t>
      </w:r>
    </w:p>
    <w:p>
      <w:r>
        <w:br/>
        <w:t>— Тихенький... Ех ти!</w:t>
      </w:r>
    </w:p>
    <w:p>
      <w:r>
        <w:br/>
        <w:t>Махнув на сходах кулаком — розчинились двері:</w:t>
      </w:r>
    </w:p>
    <w:p>
      <w:r>
        <w:br/>
        <w:t>— Ай!..</w:t>
      </w:r>
    </w:p>
    <w:p>
      <w:r>
        <w:br/>
        <w:t>Щось жалібно заскуготало:</w:t>
      </w:r>
    </w:p>
    <w:p>
      <w:r>
        <w:br/>
        <w:t>— Тю, чорт підніс!</w:t>
      </w:r>
    </w:p>
    <w:p>
      <w:r>
        <w:br/>
        <w:t>Придержуючи лікоть, хлипав і плювався старий єврей: він посковзнувся на лушпинні і попав під двері у буйну хвилю радості.</w:t>
      </w:r>
    </w:p>
    <w:p>
      <w:r>
        <w:br/>
        <w:t>Марійка оглянулась. Круторогий місяць поцілував її розкішну косу, засвітив соромливо червінця на намисті і...</w:t>
      </w:r>
    </w:p>
    <w:p>
      <w:r>
        <w:br/>
        <w:t>— Тихо.</w:t>
      </w:r>
    </w:p>
    <w:p>
      <w:r>
        <w:br/>
        <w:t>Я припав до її прозорих очей, вона охопила шию руками і поцілувала гарячими, сухими губами, а...</w:t>
      </w:r>
    </w:p>
    <w:p>
      <w:r>
        <w:br/>
        <w:t>Спати лягли на помості трикутником: стара праворуч, дочка ліворуч, а я... (це, дорогий товаришу, не важно!), мої ноги міцні, як клени молоді, упирались у білі берези — ноги Марійки — ніжні, гарячі...</w:t>
      </w:r>
    </w:p>
    <w:p>
      <w:r>
        <w:br/>
        <w:t>Кописточка погасив електрику у спальні і хитро, насмішкувато поспитав Марійку:</w:t>
      </w:r>
    </w:p>
    <w:p>
      <w:r>
        <w:br/>
        <w:t>— Ви клопов не боїтесь? Ха-ха!.. У городі, знаєте, клопи...— закректав, перевернувся, заскрипіла кровать, і — затих.</w:t>
      </w:r>
    </w:p>
    <w:p>
      <w:r>
        <w:br/>
        <w:t>Я помалу скригнув зубами: "Гад, клопи найшов!"</w:t>
      </w:r>
    </w:p>
    <w:p>
      <w:r>
        <w:br/>
        <w:t>Марійка мовчала і хропла: так треба.</w:t>
      </w:r>
    </w:p>
    <w:p>
      <w:r>
        <w:br/>
        <w:t>От тільки пекельне одіяло з шерстю лоскочеться, важко дише і смиче помалу за спідницю...</w:t>
      </w:r>
    </w:p>
    <w:p>
      <w:r>
        <w:br/>
        <w:t>Тополя знов заглянула до вікна, а за нею одним рогом виткнувся місяць і срібною смужкою освітив матір Марійки: вона спала. Губи її плямкали, як у малої дитини, кругле підборіддя з волом гойдалося кумедно на печі, і тільки сіра смага у куточках рота застигла і робила його широким-широким...</w:t>
      </w:r>
    </w:p>
    <w:p>
      <w:r>
        <w:br/>
        <w:t>Я ліг під пекельне одіяло.</w:t>
      </w:r>
    </w:p>
    <w:p>
      <w:r>
        <w:br/>
        <w:t>Дивно: срібна смужка перескочила на моє голе лігво, затремтіла, засміялась на комірі піджака і стала.</w:t>
      </w:r>
    </w:p>
    <w:p>
      <w:r>
        <w:br/>
        <w:t>Сухі губи шептали: "Тихо, тихо".</w:t>
      </w:r>
    </w:p>
    <w:p>
      <w:r>
        <w:br/>
        <w:t>І, на злість, десь голосно, як перед світом у селі, заспівав півень.</w:t>
      </w:r>
    </w:p>
    <w:p>
      <w:r>
        <w:br/>
        <w:t>— Куй...— тричі вигукнув...</w:t>
      </w:r>
    </w:p>
    <w:p>
      <w:r>
        <w:br/>
        <w:t>Весела ніч...</w:t>
      </w:r>
    </w:p>
    <w:p>
      <w:r>
        <w:br/>
        <w:t>Одіяло зайнялося зразу низом, жевріло іскрами, а коли тонка пазуха розгорнула тверді перса і губи заіскрились у палкий, жагучий поцілунок, почулось останнє, покірне: "Тихо..."</w:t>
      </w:r>
    </w:p>
    <w:p>
      <w:r>
        <w:br/>
        <w:t>Не пригадую добре: чи хруснула гілляка тополі, коли дивився місяць, чи мої пальці... о, це була глупа хвилина людського страждання, але...</w:t>
      </w:r>
    </w:p>
    <w:p>
      <w:r>
        <w:br/>
        <w:t>Обома рогами, крізь зорю і срібний лист тополі, дивився місяць: одіяло мінилось, палахкотіло, а тремтючі тіні розбігались кутками і, здавалось, танцювали якийсь скажений танець... Місяць сміявся...</w:t>
      </w:r>
    </w:p>
    <w:p>
      <w:r>
        <w:br/>
        <w:t>Стара прокинулась, звелась на лікоть і, здивована, застигла; я засвітив злим, жовтим огнем одне око до місяця, Марійка соромливо закрила пазуху і гордо кинула чорну, блискучу косу на подушку, круторогий ще раз заскалив до зорі зуби і, мов огненна птиця ночі, шугнув у жовті хмари неба...</w:t>
      </w:r>
    </w:p>
    <w:p>
      <w:r>
        <w:br/>
        <w:t>Товариш скінчив...</w:t>
      </w:r>
    </w:p>
    <w:p>
      <w:r>
        <w:br/>
        <w:t>— Страждання, правда? Ні, це тільки м і с я ч н и й с м і х, а може...</w:t>
      </w:r>
    </w:p>
    <w:p>
      <w:r>
        <w:br/>
        <w:t>Я мовчки запропонував Чубрієнкові закурити, він плямкнув тричі над економним моргунцем, погасив його, а думку скінчив, коли жевріла папіроса:</w:t>
      </w:r>
    </w:p>
    <w:p>
      <w:r>
        <w:br/>
        <w:t>— А може... це була любов... Не знаю.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Місячний сміх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