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стежка</w:t>
      </w:r>
    </w:p>
    <w:p>
      <w:r>
        <w:br/>
        <w:t xml:space="preserve"> 1.&lt;br /&gt;</w:t>
        <w:br/>
        <w:t>С т р і т е н н я&lt;br /&gt;</w:t>
        <w:br/>
        <w:t>Лоша&lt;br /&gt;</w:t>
        <w:br/>
        <w:t>на студених ніжках&lt;br /&gt;</w:t>
        <w:br/>
        <w:t>таке бліде,&lt;br /&gt;</w:t>
        <w:br/>
        <w:t>наче б його удосвіта&lt;br /&gt;</w:t>
        <w:br/>
        <w:t>ще й у срібній короні&lt;br /&gt;</w:t>
        <w:br/>
        <w:t>колись убито, —&lt;br /&gt;</w:t>
        <w:br/>
        <w:t>це ще не місяць,&lt;br /&gt;</w:t>
        <w:br/>
        <w:t>це — тільки місяцесяйність&lt;br /&gt;</w:t>
        <w:br/>
        <w:t>блукає узимку&lt;br /&gt;</w:t>
        <w:br/>
        <w:t>між селами.&lt;br /&gt;</w:t>
        <w:br/>
        <w:t>Виходить&lt;br /&gt;</w:t>
        <w:br/>
        <w:t>хлопчик у морозяних кучерях&lt;br /&gt;</w:t>
        <w:br/>
        <w:t>і поїть його&lt;br /&gt;</w:t>
        <w:br/>
        <w:t>з долонь.&lt;br /&gt;</w:t>
        <w:br/>
        <w:t>І вже:&lt;br /&gt;</w:t>
        <w:br/>
        <w:t>хмарний кінь,&lt;br /&gt;</w:t>
        <w:br/>
        <w:t>роспустивши гриву&lt;br /&gt;</w:t>
        <w:br/>
        <w:t>зі снігу&lt;br /&gt;</w:t>
        <w:br/>
        <w:t>на ліси і на луки,&lt;br /&gt;</w:t>
        <w:br/>
        <w:t>повільно сходить у небо,&lt;br /&gt;</w:t>
        <w:br/>
        <w:t>мовби вертається.&lt;br /&gt;</w:t>
        <w:br/>
        <w:t>І за ним — розтанулим —&lt;br /&gt;</w:t>
        <w:br/>
        <w:t>сіється&lt;br /&gt;</w:t>
        <w:br/>
        <w:t>світла стежка.&lt;br /&gt;</w:t>
        <w:br/>
        <w:t>У кризі долоньок —&lt;br /&gt;</w:t>
        <w:br/>
        <w:t>усміхнений дотик&lt;br /&gt;</w:t>
        <w:br/>
        <w:t>місячних вуст.</w:t>
      </w:r>
    </w:p>
    <w:p>
      <w:r>
        <w:br/>
        <w:t>2.&lt;br /&gt;</w:t>
        <w:br/>
        <w:t>Д у ш а у х в и л я х&lt;br /&gt;</w:t>
        <w:br/>
        <w:t>Срібним перснем&lt;br /&gt;</w:t>
        <w:br/>
        <w:t>котиться&lt;br /&gt;</w:t>
        <w:br/>
        <w:t>сліпа весняна повінь.&lt;br /&gt;</w:t>
        <w:br/>
        <w:t>Скільки ж це часу збігло?</w:t>
      </w:r>
    </w:p>
    <w:p>
      <w:r>
        <w:br/>
        <w:t>Вже ані душі навколо:&lt;br /&gt;</w:t>
        <w:br/>
        <w:t>нема чиїми очима&lt;br /&gt;</w:t>
        <w:br/>
        <w:t>воді дивитися.&lt;br /&gt;</w:t>
        <w:br/>
        <w:t>Прагне зіниць&lt;br /&gt;</w:t>
        <w:br/>
        <w:t>прозорість,&lt;br /&gt;</w:t>
        <w:br/>
        <w:t>кучерявиться ввись&lt;br /&gt;</w:t>
        <w:br/>
        <w:t>по білих слідах:&lt;br /&gt;</w:t>
        <w:br/>
        <w:t>що вище —&lt;br /&gt;</w:t>
        <w:br/>
        <w:t>то променистіше,&lt;br /&gt;</w:t>
        <w:br/>
        <w:t>а в небі вже&lt;br /&gt;</w:t>
        <w:br/>
        <w:t>обіймається&lt;br /&gt;</w:t>
        <w:br/>
        <w:t>золотим обручем.&lt;br /&gt;</w:t>
        <w:br/>
        <w:t>Тепер це: місяць.&lt;br /&gt;</w:t>
        <w:br/>
        <w:t>Кришталева —&lt;br /&gt;</w:t>
        <w:br/>
        <w:t>зоря чи душа? —&lt;br /&gt;</w:t>
        <w:br/>
        <w:t>тоне внизу у хвилях.</w:t>
      </w:r>
    </w:p>
    <w:p>
      <w:r>
        <w:br/>
        <w:t>3.&lt;br /&gt;</w:t>
        <w:br/>
        <w:t>З а р у ч и н и з м і с я ц е м&lt;br /&gt;</w:t>
        <w:br/>
        <w:t>На місці втонулого —&lt;br /&gt;</w:t>
        <w:br/>
        <w:t>за одну тільки мить!-&lt;br /&gt;</w:t>
        <w:br/>
        <w:t>мрево рибини.&lt;br /&gt;</w:t>
        <w:br/>
        <w:t>А була ж і у нього&lt;br /&gt;</w:t>
        <w:br/>
        <w:t>золота обручка.&lt;br /&gt;</w:t>
        <w:br/>
        <w:t>Як була вона схожа&lt;br /&gt;</w:t>
        <w:br/>
        <w:t>на круглий&lt;br /&gt;</w:t>
        <w:br/>
        <w:t>місячний рот&lt;br /&gt;</w:t>
        <w:br/>
        <w:t>води вечірньої!&lt;br /&gt;</w:t>
        <w:br/>
        <w:t>Місячне зерня&lt;br /&gt;</w:t>
        <w:br/>
        <w:t>глибоко в серці.&lt;br /&gt;</w:t>
        <w:br/>
        <w:t>Туга і відчай&lt;br /&gt;</w:t>
        <w:br/>
        <w:t>у непроникну луску ріки&lt;br /&gt;</w:t>
        <w:br/>
        <w:t>огорнулися.</w:t>
      </w:r>
    </w:p>
    <w:p>
      <w:r>
        <w:br/>
        <w:t>4.&lt;br /&gt;</w:t>
        <w:br/>
        <w:t>Т е к у ч и й к і н ь&lt;br /&gt;</w:t>
        <w:br/>
        <w:t>Дихає холодом&lt;br /&gt;</w:t>
        <w:br/>
        <w:t>риб’яча паща&lt;br /&gt;</w:t>
        <w:br/>
        <w:t>яерела.&lt;br /&gt;</w:t>
        <w:br/>
        <w:t>Обхопив променисто руками&lt;br /&gt;</w:t>
        <w:br/>
        <w:t>власну голову місяць.&lt;br /&gt;</w:t>
        <w:br/>
        <w:t>Темніє&lt;br /&gt;</w:t>
        <w:br/>
        <w:t>текучий кінь,&lt;br /&gt;</w:t>
        <w:br/>
        <w:t>спливаючи іскрами,&lt;br /&gt;</w:t>
        <w:br/>
        <w:t>і воду свою спиває.&lt;br /&gt;</w:t>
        <w:br/>
        <w:t>Чіткішають обриси:&lt;br /&gt;</w:t>
        <w:br/>
        <w:t>його самого&lt;br /&gt;</w:t>
        <w:br/>
        <w:t>і обручки на дні.</w:t>
      </w:r>
    </w:p>
    <w:p>
      <w:r>
        <w:br/>
        <w:t>5.&lt;br /&gt;</w:t>
        <w:br/>
        <w:t>П і д в о д я н и м д е р е в о м&lt;br /&gt;</w:t>
        <w:br/>
        <w:t>Місяцева тінь — вода.&lt;br /&gt;</w:t>
        <w:br/>
        <w:t>Звелося з неї&lt;br /&gt;</w:t>
        <w:br/>
        <w:t>дерево холодне.&lt;br /&gt;</w:t>
        <w:br/>
        <w:t>Під ним —&lt;br /&gt;</w:t>
        <w:br/>
        <w:t>сріблясосяйний хлопець&lt;br /&gt;</w:t>
        <w:br/>
        <w:t>на воронім коні.&lt;br /&gt;</w:t>
        <w:br/>
        <w:t>А на піску лишили хвилі&lt;br /&gt;</w:t>
        <w:br/>
        <w:t>недовершені обличчя.&lt;br /&gt;</w:t>
        <w:br/>
        <w:t>Тінь води&lt;br /&gt;</w:t>
        <w:br/>
        <w:t>відлітає в далекі далі&lt;br /&gt;</w:t>
        <w:br/>
        <w:t>нічними птахами.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