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Місячна соната</w:t>
      </w:r>
    </w:p>
    <w:p>
      <w:r>
        <w:br/>
        <w:t xml:space="preserve"> Часом, як смерк розстелить сірі крила&lt;br /&gt;</w:t>
        <w:br/>
        <w:t>І довгі дні стануть западати,&lt;br /&gt;</w:t>
        <w:br/>
        <w:t>Ти в дім приходиш, моя ясна, біла,&lt;br /&gt;</w:t>
        <w:br/>
        <w:t>І крізь самотні тихо йдеш кімнати.&lt;br /&gt;</w:t>
        <w:br/>
        <w:t>Віє від тебе запах рож весняних,&lt;br /&gt;</w:t>
        <w:br/>
        <w:t>Шо заквітчали голову дугою;&lt;br /&gt;</w:t>
        <w:br/>
        <w:t>Ідеш до мене, а в очах коханих&lt;br /&gt;</w:t>
        <w:br/>
        <w:t>Тремтить жалоба срібною росою…&lt;br /&gt;</w:t>
        <w:br/>
        <w:t>Мовчки сідаєш поруч мого ложа,&lt;br /&gt;</w:t>
        <w:br/>
        <w:t>Топиш у мені добрі тихі очі,&lt;br /&gt;</w:t>
        <w:br/>
        <w:t>На твоїх грудях гасне біла рожа,&lt;br /&gt;</w:t>
        <w:br/>
        <w:t>Сповита в чари місячної ночі…&lt;br /&gt;</w:t>
        <w:br/>
        <w:t>Ти знову кличеш у світи забуті&lt;br /&gt;</w:t>
        <w:br/>
        <w:t>На стрічу сонцю — сонцю золотому?..&lt;br /&gt;</w:t>
        <w:br/>
        <w:t>Звідки ж той безмір смутку в кожній нуті,&lt;br /&gt;</w:t>
        <w:br/>
        <w:t>Смутку, неначе шуми, що їх віє&lt;br /&gt;</w:t>
        <w:br/>
        <w:t>Вечірній вітер понад сонне море…&lt;br /&gt;</w:t>
        <w:br/>
        <w:t>І знов на струни, що покрились ржою,&lt;br /&gt;</w:t>
        <w:br/>
        <w:t>Кладеш легенько свої білі руки,&lt;br /&gt;</w:t>
        <w:br/>
        <w:t>І чути пісню…&lt;br /&gt;</w:t>
        <w:br/>
        <w:t>Люблю тебе! Все тужу за тобою…&lt;br /&gt;</w:t>
        <w:br/>
        <w:t>В тобі відбився сум землі моєї,&lt;br /&gt;</w:t>
        <w:br/>
        <w:t>В тобі відбились зорі світла грою&lt;br /&gt;</w:t>
        <w:br/>
        <w:t>І сонця скін в скривавленій киреї…&lt;br /&gt;</w:t>
        <w:br/>
        <w:t>Люблю тебе, як ранній сміх природи,&lt;br /&gt;</w:t>
        <w:br/>
        <w:t>Як даль степів, завіяних снігами,&lt;br /&gt;</w:t>
        <w:br/>
        <w:t>Люблю тебе, як небо в час негоди,&lt;br /&gt;</w:t>
        <w:br/>
        <w:t>Люблю тебе!..</w:t>
      </w:r>
    </w:p>
    <w:p>
      <w:r>
        <w:br/>
        <w:t>. . . . . . . . . . . . . . . . . . . . . . . . . . . . . .</w:t>
      </w:r>
    </w:p>
    <w:p>
      <w:r>
        <w:br/>
        <w:t>І так усе, як смерк розстелить крила&lt;br /&gt;</w:t>
        <w:br/>
        <w:t>І сірі тіні стануть западати,&lt;br /&gt;</w:t>
        <w:br/>
        <w:t>Ти в дім приходиш, моя ясна, біла,&lt;br /&gt;</w:t>
        <w:br/>
        <w:t>Крізь опустілі тихо йдеш кімнати,&lt;br /&gt;</w:t>
        <w:br/>
        <w:t>Мовчки сідаєш поруч мого ложа,&lt;br /&gt;</w:t>
        <w:br/>
        <w:t>З усміхом дивишся у мої очі,&lt;br /&gt;</w:t>
        <w:br/>
        <w:t>На твоїх грудях гасне біла рожа,&lt;br /&gt;</w:t>
        <w:br/>
        <w:t>Сповита в чари місячної ночі…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Місячна соната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