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Міщани</w:t>
      </w:r>
    </w:p>
    <w:p>
      <w:r>
        <w:br/>
        <w:t xml:space="preserve"> РОЗДІЛ І.</w:t>
      </w:r>
    </w:p>
    <w:p>
      <w:r>
        <w:br/>
        <w:t>1</w:t>
      </w:r>
    </w:p>
    <w:p>
      <w:r>
        <w:br/>
        <w:t>Давно за синю хмару сонце впало,&lt;br /&gt;</w:t>
        <w:br/>
        <w:t>з-над Києва пісок густий одплів,&lt;br /&gt;</w:t>
        <w:br/>
        <w:t>а денний клекіт одійшов помалу&lt;br /&gt;</w:t>
        <w:br/>
        <w:t>туди, де сквери квітнуть та гаї&lt;br /&gt;</w:t>
        <w:br/>
        <w:t>і веселять муровані будівлі&lt;br /&gt;</w:t>
        <w:br/>
        <w:t>та ловлять роси із небес вечірні&lt;br /&gt;</w:t>
        <w:br/>
        <w:t>у соковитий та тремтючий лист,&lt;br /&gt;</w:t>
        <w:br/>
        <w:t>що на вітри небесні ясно звис.</w:t>
      </w:r>
    </w:p>
    <w:p>
      <w:r>
        <w:br/>
        <w:t>2</w:t>
      </w:r>
    </w:p>
    <w:p>
      <w:r>
        <w:br/>
        <w:t>Туди, під дерева старі, ставнисті,&lt;br /&gt;</w:t>
        <w:br/>
        <w:t>з казарми від наук спішить солдат&lt;br /&gt;</w:t>
        <w:br/>
        <w:t>і наймички-селянки від колиски,&lt;br /&gt;</w:t>
        <w:br/>
        <w:t>що цілий день возили паненят&lt;br /&gt;</w:t>
        <w:br/>
        <w:t>та сумували мовчки за ріднею,&lt;br /&gt;</w:t>
        <w:br/>
        <w:t>за стиглою, гривастою пашнею:&lt;br /&gt;</w:t>
        <w:br/>
        <w:t>вона в степу там колосом трясе&lt;br /&gt;</w:t>
        <w:br/>
        <w:t>і зерна дух на вітрі їм несе.</w:t>
      </w:r>
    </w:p>
    <w:p>
      <w:r>
        <w:br/>
        <w:t>3</w:t>
      </w:r>
    </w:p>
    <w:p>
      <w:r>
        <w:br/>
        <w:t>І ці боління носите у сквери,&lt;br /&gt;</w:t>
        <w:br/>
        <w:t>мої селючки, завше ув очах&lt;br /&gt;</w:t>
        <w:br/>
        <w:t>і там свою невинність на шинелі&lt;br /&gt;</w:t>
        <w:br/>
        <w:t>віддаєте солдатам у сльозах,&lt;br /&gt;</w:t>
        <w:br/>
        <w:t>а потім вас вигонять догнивати&lt;br /&gt;</w:t>
        <w:br/>
        <w:t>з хворобою важкою в рідні хати —&lt;br /&gt;</w:t>
        <w:br/>
        <w:t>й над гробом вашим в рідному ж селі&lt;br /&gt;</w:t>
        <w:br/>
        <w:t>справляють пранці чорні пожарі.</w:t>
      </w:r>
    </w:p>
    <w:p>
      <w:r>
        <w:br/>
        <w:t>4</w:t>
      </w:r>
    </w:p>
    <w:p>
      <w:r>
        <w:br/>
        <w:t>І от у сквері городському сквернім&lt;br /&gt;</w:t>
        <w:br/>
        <w:t>вирує публіка, кипить, гуля —&lt;br /&gt;</w:t>
        <w:br/>
        <w:t>повії хлопців зупиняють чемно:&lt;br /&gt;</w:t>
        <w:br/>
        <w:t>"Пардон, таваріщ, нєт лі в вас агня?"&lt;br /&gt;</w:t>
        <w:br/>
        <w:t>Од ліхтаря, що світить у тремтінні,&lt;br /&gt;</w:t>
        <w:br/>
        <w:t>спадають довгі фантастичні тіні,&lt;br /&gt;</w:t>
        <w:br/>
        <w:t>бо сухокрилі тихі кажани&lt;br /&gt;</w:t>
        <w:br/>
        <w:t>давно літать круг нього почали.</w:t>
      </w:r>
    </w:p>
    <w:p>
      <w:r>
        <w:br/>
        <w:t>5</w:t>
      </w:r>
    </w:p>
    <w:p>
      <w:r>
        <w:br/>
        <w:t>Під липою на довгому ослоні&lt;br /&gt;</w:t>
        <w:br/>
        <w:t>у байронці, з цигаркою в руці,&lt;br /&gt;</w:t>
        <w:br/>
        <w:t>Комар Пилип. Він дивиться у дзвонні,&lt;br /&gt;</w:t>
        <w:br/>
        <w:t>вечірні вулиці, немов мечі,&lt;br /&gt;</w:t>
        <w:br/>
        <w:t>що на камінні темним дзвоном грають;&lt;br /&gt;</w:t>
        <w:br/>
        <w:t>од їх аж іскри в небо одлітають,&lt;br /&gt;</w:t>
        <w:br/>
        <w:t>а ті пливуть на мовчазних вітрах&lt;br /&gt;</w:t>
        <w:br/>
        <w:t>і світять скрізь вночі по городах.</w:t>
      </w:r>
    </w:p>
    <w:p>
      <w:r>
        <w:br/>
        <w:t>6</w:t>
      </w:r>
    </w:p>
    <w:p>
      <w:r>
        <w:br/>
        <w:t>Сидить і курить цигарки нервово,&lt;br /&gt;</w:t>
        <w:br/>
        <w:t>жіночу постать всяку огляда,&lt;br /&gt;</w:t>
        <w:br/>
        <w:t>що стежкою іде згори до нього&lt;br /&gt;</w:t>
        <w:br/>
        <w:t>і за каштани темні заверта.&lt;br /&gt;</w:t>
        <w:br/>
        <w:t>Провівши оком, голову одводить&lt;br /&gt;</w:t>
        <w:br/>
        <w:t>і знов до хвіртки, де вже інша входить,&lt;br /&gt;</w:t>
        <w:br/>
        <w:t>та все ж тії ніяк не впізнає,&lt;br /&gt;</w:t>
        <w:br/>
        <w:t>котра думки йому лоскоче та снує.</w:t>
      </w:r>
    </w:p>
    <w:p>
      <w:r>
        <w:br/>
        <w:t>7</w:t>
      </w:r>
    </w:p>
    <w:p>
      <w:r>
        <w:br/>
        <w:t>Пилип Комар колись бував у бандах,&lt;br /&gt;</w:t>
        <w:br/>
        <w:t>з радянським військом бився у лісах:&lt;br /&gt;</w:t>
        <w:br/>
        <w:t>і прапора підносив над димами,&lt;br /&gt;</w:t>
        <w:br/>
        <w:t>і хмари над степами примножав.&lt;br /&gt;</w:t>
        <w:br/>
        <w:t>Коли ж повстанці загубили сили,&lt;br /&gt;</w:t>
        <w:br/>
        <w:t>Пилип яри і ліс густий покинув,&lt;br /&gt;</w:t>
        <w:br/>
        <w:t>пішов до влади в канівський повіт&lt;br /&gt;</w:t>
        <w:br/>
        <w:t>і щиро склав за товариство звіт.</w:t>
      </w:r>
    </w:p>
    <w:p>
      <w:r>
        <w:br/>
        <w:t>8</w:t>
      </w:r>
    </w:p>
    <w:p>
      <w:r>
        <w:br/>
        <w:t>А нині служить… і в часи вечірні&lt;br /&gt;</w:t>
        <w:br/>
        <w:t>гуляти любить в шумах городських&lt;br /&gt;</w:t>
        <w:br/>
        <w:t>і стежити, як вітер плав надгірний&lt;br /&gt;</w:t>
        <w:br/>
        <w:t>по вулицях широких та стрімких&lt;br /&gt;</w:t>
        <w:br/>
        <w:t>несе і обмива жіночі ноги,&lt;br /&gt;</w:t>
        <w:br/>
        <w:t>немов живі колони мармурові,&lt;br /&gt;</w:t>
        <w:br/>
        <w:t>а очі сірі, карі-молоді&lt;br /&gt;</w:t>
        <w:br/>
        <w:t>гойда, неначе квітки на воді.</w:t>
      </w:r>
    </w:p>
    <w:p>
      <w:r>
        <w:br/>
        <w:t>9</w:t>
      </w:r>
    </w:p>
    <w:p>
      <w:r>
        <w:br/>
        <w:t>За кожним поглядом жіночим лине&lt;br /&gt;</w:t>
        <w:br/>
        <w:t>на полум’ї бентежному жадань;&lt;br /&gt;</w:t>
        <w:br/>
        <w:t>отак тічки, розгойдані, звірині,&lt;br /&gt;</w:t>
        <w:br/>
        <w:t>у лісі збуривши осінній шал,&lt;br /&gt;</w:t>
        <w:br/>
        <w:t>дні теплі та хітливі доганяють,&lt;br /&gt;</w:t>
        <w:br/>
        <w:t>що в вересні на горах догоряють&lt;br /&gt;</w:t>
        <w:br/>
        <w:t>та розпускають млосний білий чад&lt;br /&gt;</w:t>
        <w:br/>
        <w:t>у павутині довгій на лісах.</w:t>
      </w:r>
    </w:p>
    <w:p>
      <w:r>
        <w:br/>
        <w:t>10</w:t>
      </w:r>
    </w:p>
    <w:p>
      <w:r>
        <w:br/>
        <w:t>Йому вже одкуріло тридцять років&lt;br /&gt;</w:t>
        <w:br/>
        <w:t>на битому життєвому шляху,&lt;br /&gt;</w:t>
        <w:br/>
        <w:t>дружитися ж не має ще охоти,&lt;br /&gt;</w:t>
        <w:br/>
        <w:t>хоча йому на голову лиху&lt;br /&gt;</w:t>
        <w:br/>
        <w:t>і падає потроху пил дорожній,&lt;br /&gt;</w:t>
        <w:br/>
        <w:t>неначе іній кований, морозний&lt;br /&gt;</w:t>
        <w:br/>
        <w:t>із яблуні зимою та на тин,&lt;br /&gt;</w:t>
        <w:br/>
        <w:t>Що мерзне під снігами від журби.</w:t>
      </w:r>
    </w:p>
    <w:p>
      <w:r>
        <w:br/>
        <w:t>11</w:t>
      </w:r>
    </w:p>
    <w:p>
      <w:r>
        <w:br/>
        <w:t>Він тільки ходить на озерах мутних,&lt;br /&gt;</w:t>
        <w:br/>
        <w:t>шука незайманих ніким джерел,&lt;br /&gt;</w:t>
        <w:br/>
        <w:t>що водами з глибин аж камінь крутять&lt;br /&gt;</w:t>
        <w:br/>
        <w:t>і ловлять у свічада очерет.&lt;br /&gt;</w:t>
        <w:br/>
        <w:t>Та джерело його притягне чисте&lt;br /&gt;</w:t>
        <w:br/>
        <w:t>єдиний раз нагнутися напитись.&lt;br /&gt;</w:t>
        <w:br/>
        <w:t>аби уже ніколи там не пить,&lt;br /&gt;</w:t>
        <w:br/>
        <w:t>а йти шукати іншої води.</w:t>
      </w:r>
    </w:p>
    <w:p>
      <w:r>
        <w:br/>
        <w:t>12</w:t>
      </w:r>
    </w:p>
    <w:p>
      <w:r>
        <w:br/>
        <w:t>І от сидить він на ослоні в сквері,&lt;br /&gt;</w:t>
        <w:br/>
        <w:t>лисиними стежинами прийшов&lt;br /&gt;</w:t>
        <w:br/>
        <w:t>уста змочити у новій джерельній,&lt;br /&gt;</w:t>
        <w:br/>
        <w:t>щоб не томилася у серці кров;&lt;br /&gt;</w:t>
        <w:br/>
        <w:t>щоб не томилася, грудей не рвала…&lt;br /&gt;</w:t>
        <w:br/>
        <w:t>неначе пси з ланців своїх іржавих&lt;br /&gt;</w:t>
        <w:br/>
        <w:t>без краю рвуться під тополі в луг,&lt;br /&gt;</w:t>
        <w:br/>
        <w:t>де свіжі лози хилить гавкіт сук.</w:t>
      </w:r>
    </w:p>
    <w:p>
      <w:r>
        <w:br/>
        <w:t>13</w:t>
      </w:r>
    </w:p>
    <w:p>
      <w:r>
        <w:br/>
        <w:t>Уже й порожнюю коробку кинув&lt;br /&gt;</w:t>
        <w:br/>
        <w:t>од цигарок на темную траву,&lt;br /&gt;</w:t>
        <w:br/>
        <w:t>потягся тоскно на закляклу спину&lt;br /&gt;</w:t>
        <w:br/>
        <w:t>і голову до неба повернув,&lt;br /&gt;</w:t>
        <w:br/>
        <w:t>що засипалося, мов білим маком,&lt;br /&gt;</w:t>
        <w:br/>
        <w:t>і ним, як з поля молодого, пахло;&lt;br /&gt;</w:t>
        <w:br/>
        <w:t>та відти впала в душу чорна мить —&lt;br /&gt;</w:t>
        <w:br/>
        <w:t>чи недарма ввесь вечір тут сидить.</w:t>
      </w:r>
    </w:p>
    <w:p>
      <w:r>
        <w:br/>
        <w:t>14</w:t>
      </w:r>
    </w:p>
    <w:p>
      <w:r>
        <w:br/>
        <w:t>"Добривечір! — ураз до нього збоку. —&lt;br /&gt;</w:t>
        <w:br/>
        <w:t>Чи вже давно чекаєте мене?.."&lt;br /&gt;</w:t>
        <w:br/>
        <w:t>Дівочий голос, ніби срібне коло,&lt;br /&gt;</w:t>
        <w:br/>
        <w:t>що передзвонами іскристими гуде,&lt;br /&gt;</w:t>
        <w:br/>
        <w:t>як падає на сніг, санками тертий,&lt;br /&gt;</w:t>
        <w:br/>
        <w:t>морозом костяним забитий твердо…&lt;br /&gt;</w:t>
        <w:br/>
        <w:t>Дитячий голос, хвиля золота,&lt;br /&gt;</w:t>
        <w:br/>
        <w:t>душа моя тебе ще пам’ята!</w:t>
      </w:r>
    </w:p>
    <w:p>
      <w:r>
        <w:br/>
        <w:t>15</w:t>
      </w:r>
    </w:p>
    <w:p>
      <w:r>
        <w:br/>
        <w:t>Ти в ній палаєш лунами святими&lt;br /&gt;</w:t>
        <w:br/>
        <w:t>в пустій печері, ніби на степу,&lt;br /&gt;</w:t>
        <w:br/>
        <w:t>і заглушить тебе не хватить сили&lt;br /&gt;</w:t>
        <w:br/>
        <w:t>і в цю добу жорстоку та глуху.&lt;br /&gt;</w:t>
        <w:br/>
        <w:t>Не знаю, чи тебе заглушить гуркіт&lt;br /&gt;</w:t>
        <w:br/>
        <w:t>груддя землі, що зірветься на груди&lt;br /&gt;</w:t>
        <w:br/>
        <w:t>з лопати в яму, де, моя труно,&lt;br /&gt;</w:t>
        <w:br/>
        <w:t>вростеш навіки у холодне дно.</w:t>
      </w:r>
    </w:p>
    <w:p>
      <w:r>
        <w:br/>
        <w:t>16</w:t>
      </w:r>
    </w:p>
    <w:p>
      <w:r>
        <w:br/>
        <w:t>Пилип держав малу дівочу руку&lt;br /&gt;</w:t>
        <w:br/>
        <w:t>і гладив чудно, ніби ворожбит;&lt;br /&gt;</w:t>
        <w:br/>
        <w:t>отак мале дитя курча застука,&lt;br /&gt;</w:t>
        <w:br/>
        <w:t>у жмені радісно його держить&lt;br /&gt;</w:t>
        <w:br/>
        <w:t>і тулить губи весело до спини,&lt;br /&gt;</w:t>
        <w:br/>
        <w:t>жагучо дихає та густо слинить,&lt;br /&gt;</w:t>
        <w:br/>
        <w:t>аж доки те курча мале зовсім&lt;br /&gt;</w:t>
        <w:br/>
        <w:t>не стане мокре, ніби на дощі.</w:t>
      </w:r>
    </w:p>
    <w:p>
      <w:r>
        <w:br/>
        <w:t>17</w:t>
      </w:r>
    </w:p>
    <w:p>
      <w:r>
        <w:br/>
        <w:t>Ця дівчина, чорноволоса Ліда,&lt;br /&gt;</w:t>
        <w:br/>
        <w:t>Пилипові не каже в вічі "ти"…&lt;br /&gt;</w:t>
        <w:br/>
        <w:t>мов та голубка, що недавно тільки&lt;br /&gt;</w:t>
        <w:br/>
        <w:t>у нас на плечах боязко сидить,&lt;br /&gt;</w:t>
        <w:br/>
        <w:t>воркує та боїться взяти певно&lt;br /&gt;</w:t>
        <w:br/>
        <w:t>до дзьоба чистого вівсяне зерно,&lt;br /&gt;</w:t>
        <w:br/>
        <w:t>туге й блискуче, з нашої руки,&lt;br /&gt;</w:t>
        <w:br/>
        <w:t>неначе крем’яхи важкі з води.</w:t>
      </w:r>
    </w:p>
    <w:p>
      <w:r>
        <w:br/>
        <w:t>18</w:t>
      </w:r>
    </w:p>
    <w:p>
      <w:r>
        <w:br/>
        <w:t>Вона задихано тремтить-говорить:&lt;br /&gt;</w:t>
        <w:br/>
        <w:t>"Цілуйте в мене руки досхочу, —&lt;br /&gt;</w:t>
        <w:br/>
        <w:t>іще раз кине смугою за город&lt;br /&gt;</w:t>
        <w:br/>
        <w:t>летюча зірка, — я від вас втечу:&lt;br /&gt;</w:t>
        <w:br/>
        <w:t>бо цілий день сьогодні я не дома —&lt;br /&gt;</w:t>
        <w:br/>
        <w:t>веселая, на пляжі, без утоми,&lt;br /&gt;</w:t>
        <w:br/>
        <w:t>в метелика літала на крилі,&lt;br /&gt;</w:t>
        <w:br/>
        <w:t>немов пилинка золота в огні".</w:t>
      </w:r>
    </w:p>
    <w:p>
      <w:r>
        <w:br/>
        <w:t>19</w:t>
      </w:r>
    </w:p>
    <w:p>
      <w:r>
        <w:br/>
        <w:t>"Та ще й од швачки прийдуть мати рано&lt;br /&gt;</w:t>
        <w:br/>
        <w:t>і сядуть з батьком мовчки до вікна&lt;br /&gt;</w:t>
        <w:br/>
        <w:t>та ждатимуть дочку свою погану,&lt;br /&gt;</w:t>
        <w:br/>
        <w:t>що вже частенько із очей зника…&lt;br /&gt;</w:t>
        <w:br/>
        <w:t>О, бачте, зірка пропалила смугу,&lt;br /&gt;</w:t>
        <w:br/>
        <w:t>де церква в небо загострила дуги…&lt;br /&gt;</w:t>
        <w:br/>
        <w:t>Пора мені додому одлетіть…&lt;br /&gt;</w:t>
        <w:br/>
        <w:t>Ой пальці!.. пальці!.. боляче… пустіть!"</w:t>
      </w:r>
    </w:p>
    <w:p>
      <w:r>
        <w:br/>
        <w:t>20</w:t>
      </w:r>
    </w:p>
    <w:p>
      <w:r>
        <w:br/>
        <w:t>Пилип підсунувся до Ліди ближче,&lt;br /&gt;</w:t>
        <w:br/>
        <w:t>жадібно голову вперед нагнув,&lt;br /&gt;</w:t>
        <w:br/>
        <w:t>вхопив рукою коло стану й дише,&lt;br /&gt;</w:t>
        <w:br/>
        <w:t>неначе хворий у тяжкім жару;&lt;br /&gt;</w:t>
        <w:br/>
        <w:t>а під тремтячою його рукою&lt;br /&gt;</w:t>
        <w:br/>
        <w:t>дівочий стан лозиною тонкою&lt;br /&gt;</w:t>
        <w:br/>
        <w:t>гарячі хвилі м’яко вигинав&lt;br /&gt;</w:t>
        <w:br/>
        <w:t>і нерухомо раптом завмирав.</w:t>
      </w:r>
    </w:p>
    <w:p>
      <w:r>
        <w:br/>
        <w:t>21</w:t>
      </w:r>
    </w:p>
    <w:p>
      <w:r>
        <w:br/>
        <w:t>"А ти мені казала… говорила, —&lt;br /&gt;</w:t>
        <w:br/>
        <w:t>шептав-корив стурбовано Пилип, —&lt;br /&gt;</w:t>
        <w:br/>
        <w:t>що аж сьогодні вже моя квартира&lt;br /&gt;</w:t>
        <w:br/>
        <w:t>тебе, як у гніздечку приютить…"&lt;br /&gt;</w:t>
        <w:br/>
        <w:t>Та дівчина не слухає, бо очі&lt;br /&gt;</w:t>
        <w:br/>
        <w:t>туди напружила, де рівно з ночі&lt;br /&gt;</w:t>
        <w:br/>
        <w:t>шумів каштан од стрижених кущів,&lt;br /&gt;</w:t>
        <w:br/>
        <w:t>мов тисячі летіло кажанів.</w:t>
      </w:r>
    </w:p>
    <w:p>
      <w:r>
        <w:br/>
        <w:t>22</w:t>
      </w:r>
    </w:p>
    <w:p>
      <w:r>
        <w:br/>
        <w:t>"Та я ніяк… нігде я не ходила&lt;br /&gt;</w:t>
        <w:br/>
        <w:t>і, думаю, до вас не буду йти…&lt;br /&gt;</w:t>
        <w:br/>
        <w:t>А вже людей у сквері спорожніло&lt;br /&gt;</w:t>
        <w:br/>
        <w:t>і вітер як пронизливо шумить…&lt;br /&gt;</w:t>
        <w:br/>
        <w:t>Мене турбує та самотня постать,&lt;br /&gt;</w:t>
        <w:br/>
        <w:t>що дивиться на нас неначе скоса&lt;br /&gt;</w:t>
        <w:br/>
        <w:t>з ослона бокового за кущем…&lt;br /&gt;</w:t>
        <w:br/>
        <w:t>Ведіть мене додому, от і все!.."</w:t>
      </w:r>
    </w:p>
    <w:p>
      <w:r>
        <w:br/>
        <w:t>23</w:t>
      </w:r>
    </w:p>
    <w:p>
      <w:r>
        <w:br/>
        <w:t>Рішучо встала, станом похитнувши,&lt;br /&gt;</w:t>
        <w:br/>
        <w:t>немов берізка стрімко-молода,&lt;br /&gt;</w:t>
        <w:br/>
        <w:t>що під корою води запахущі&lt;br /&gt;</w:t>
        <w:br/>
        <w:t>солодким соком густо розлива&lt;br /&gt;</w:t>
        <w:br/>
        <w:t>та всі вітри п’янить навколо себе:&lt;br /&gt;</w:t>
        <w:br/>
        <w:t>вони як зварені блукають степом&lt;br /&gt;</w:t>
        <w:br/>
        <w:t>і тьмяно-гострим сонячним теплом&lt;br /&gt;</w:t>
        <w:br/>
        <w:t>у жилах наших бунтом бурять кров.</w:t>
      </w:r>
    </w:p>
    <w:p>
      <w:r>
        <w:br/>
        <w:t>24</w:t>
      </w:r>
    </w:p>
    <w:p>
      <w:r>
        <w:br/>
        <w:t>Хвости губили в небі метеори&lt;br /&gt;</w:t>
        <w:br/>
        <w:t>і разом танули в прозорій тьмі,&lt;br /&gt;</w:t>
        <w:br/>
        <w:t>зітхав за ними сонний город&lt;br /&gt;</w:t>
        <w:br/>
        <w:t>одковами далекими підків.&lt;br /&gt;</w:t>
        <w:br/>
        <w:t>Пилип щось Ліді нетерпляче правив&lt;br /&gt;</w:t>
        <w:br/>
        <w:t>на вулиці коло низької брами;&lt;br /&gt;</w:t>
        <w:br/>
        <w:t>вона ж стояла дивно мовчазна,&lt;br /&gt;</w:t>
        <w:br/>
        <w:t>а в оці плавала сльоза смутна.</w:t>
      </w:r>
    </w:p>
    <w:p>
      <w:r>
        <w:br/>
        <w:t>25</w:t>
      </w:r>
    </w:p>
    <w:p>
      <w:r>
        <w:br/>
        <w:t>Але нарешті разом — ніжно й міцно —&lt;br /&gt;</w:t>
        <w:br/>
        <w:t>узяв під руку дівчину Пилип&lt;br /&gt;</w:t>
        <w:br/>
        <w:t>і в улицю повів, що бігла скісно&lt;br /&gt;</w:t>
        <w:br/>
        <w:t>з ліхтариком, похиленим згори;&lt;br /&gt;</w:t>
        <w:br/>
        <w:t>за ними затінками швидко вельми&lt;br /&gt;</w:t>
        <w:br/>
        <w:t>пішла якась жіноча постать темна&lt;br /&gt;</w:t>
        <w:br/>
        <w:t>та й заховалася за той же ріг,&lt;br /&gt;</w:t>
        <w:br/>
        <w:t>куди Пилип і дівчину повів.</w:t>
      </w:r>
    </w:p>
    <w:p>
      <w:r>
        <w:br/>
        <w:t>***</w:t>
      </w:r>
    </w:p>
    <w:p>
      <w:r>
        <w:br/>
        <w:t>РОЗДІЛ ІІ.</w:t>
      </w:r>
    </w:p>
    <w:p>
      <w:r>
        <w:br/>
        <w:t>26</w:t>
      </w:r>
    </w:p>
    <w:p>
      <w:r>
        <w:br/>
        <w:t>У теслі Прокопа старого світить&lt;br /&gt;</w:t>
        <w:br/>
        <w:t>на шафі вкручений малий гасник,&lt;br /&gt;</w:t>
        <w:br/>
        <w:t>півмрячно осяває чисті стіни,&lt;br /&gt;</w:t>
        <w:br/>
        <w:t>на гвозді пилку, долі колодки.&lt;br /&gt;</w:t>
        <w:br/>
        <w:t>У ліжку спить господар нероздітий,&lt;br /&gt;</w:t>
        <w:br/>
        <w:t>порозстібавши верхній одяг тільки, —&lt;br /&gt;</w:t>
        <w:br/>
        <w:t>і груди волосаті та круті&lt;br /&gt;</w:t>
        <w:br/>
        <w:t>на волі дихають, як гони степові.</w:t>
      </w:r>
    </w:p>
    <w:p>
      <w:r>
        <w:br/>
        <w:t>27</w:t>
      </w:r>
    </w:p>
    <w:p>
      <w:r>
        <w:br/>
        <w:t>Він, видно, ждав когось, але даремне,&lt;br /&gt;</w:t>
        <w:br/>
        <w:t>бо на столі з вечері все хрящем;&lt;br /&gt;</w:t>
        <w:br/>
        <w:t>часово ліг, а спатиме, напевне,&lt;br /&gt;</w:t>
        <w:br/>
        <w:t>аж доки сонце добре припече.&lt;br /&gt;</w:t>
        <w:br/>
        <w:t>Одне погано: нероззуті ноги&lt;br /&gt;</w:t>
        <w:br/>
        <w:t>із ліжка звисли важко до підлоги,&lt;br /&gt;</w:t>
        <w:br/>
        <w:t>підводяться й звисають знов без сил,&lt;br /&gt;</w:t>
        <w:br/>
        <w:t>мов ранених у птаха двоє крил.</w:t>
      </w:r>
    </w:p>
    <w:p>
      <w:r>
        <w:br/>
        <w:t>28</w:t>
      </w:r>
    </w:p>
    <w:p>
      <w:r>
        <w:br/>
        <w:t>Сіріють вікна угорі потроху —&lt;br /&gt;</w:t>
        <w:br/>
        <w:t>коротка ніч тікає на спокiй,&lt;br /&gt;</w:t>
        <w:br/>
        <w:t>бо рaнкова зоря купається до сходу&lt;br /&gt;</w:t>
        <w:br/>
        <w:t>на горах десь у озері — в воді;&lt;br /&gt;</w:t>
        <w:br/>
        <w:t>од неї у повітрі линуть бризки,&lt;br /&gt;</w:t>
        <w:br/>
        <w:t>схиляють верби під росою низько,&lt;br /&gt;</w:t>
        <w:br/>
        <w:t>а верби скроплять ніч з країв ясних:&lt;br /&gt;</w:t>
        <w:br/>
        <w:t>і ніч тікає, одлітають сни.</w:t>
      </w:r>
    </w:p>
    <w:p>
      <w:r>
        <w:br/>
        <w:t>29</w:t>
      </w:r>
    </w:p>
    <w:p>
      <w:r>
        <w:br/>
        <w:t>Ось двері одчинились до кімнати,&lt;br /&gt;</w:t>
        <w:br/>
        <w:t>і жінка стала з дивом на поріг…&lt;br /&gt;</w:t>
        <w:br/>
        <w:t>здалося, ніч як здумала тікати —&lt;br /&gt;</w:t>
        <w:br/>
        <w:t>забрати сон забігла у цей двір.&lt;br /&gt;</w:t>
        <w:br/>
        <w:t>Була похожа на широку липу,&lt;br /&gt;</w:t>
        <w:br/>
        <w:t>мов жлуктами, так дуплами пробиту,&lt;br /&gt;</w:t>
        <w:br/>
        <w:t>що в листі має гнізда для ворон&lt;br /&gt;</w:t>
        <w:br/>
        <w:t>і скрипи бурям од усіх сторон.</w:t>
      </w:r>
    </w:p>
    <w:p>
      <w:r>
        <w:br/>
        <w:t>30</w:t>
      </w:r>
    </w:p>
    <w:p>
      <w:r>
        <w:br/>
        <w:t>"Чого це навстіж ти покинув сіни? —&lt;br /&gt;</w:t>
        <w:br/>
        <w:t>збудила Прокопа вона від сну. —&lt;br /&gt;</w:t>
        <w:br/>
        <w:t>Адже злодії бігають, аж пінять,&lt;br /&gt;</w:t>
        <w:br/>
        <w:t>немов вовки з густого туману,&lt;br /&gt;</w:t>
        <w:br/>
        <w:t>та пробують замки від кожної кватири,&lt;br /&gt;</w:t>
        <w:br/>
        <w:t>щоб все до цурочки звідтіль потирить;&lt;br /&gt;</w:t>
        <w:br/>
        <w:t>а ти ще й двері одчинив свої —&lt;br /&gt;</w:t>
        <w:br/>
        <w:t>будь ласка, йдіть, злодії дорогі…</w:t>
      </w:r>
    </w:p>
    <w:p>
      <w:r>
        <w:br/>
        <w:t>31</w:t>
      </w:r>
    </w:p>
    <w:p>
      <w:r>
        <w:br/>
        <w:t>Усім тварюкам у господі волю&lt;br /&gt;</w:t>
        <w:br/>
        <w:t>хазяйнувати весело даєш…&lt;br /&gt;</w:t>
        <w:br/>
        <w:t>а де ж ти дів свою кохану доню,&lt;br /&gt;</w:t>
        <w:br/>
        <w:t>що вже он ранок небесами йде,&lt;br /&gt;</w:t>
        <w:br/>
        <w:t>а ліжко чисте досі, не пом’яте&lt;br /&gt;</w:t>
        <w:br/>
        <w:t>боками теплими твого дівчати!&lt;br /&gt;</w:t>
        <w:br/>
        <w:t>Подушками до стелі все росте…&lt;br /&gt;</w:t>
        <w:br/>
        <w:t>На чому ж спить дочка твоя тепер?</w:t>
      </w:r>
    </w:p>
    <w:p>
      <w:r>
        <w:br/>
        <w:t>32</w:t>
      </w:r>
    </w:p>
    <w:p>
      <w:r>
        <w:br/>
        <w:t>Чого ж мовчиш, погойдуєш очима,&lt;br /&gt;</w:t>
        <w:br/>
        <w:t>як з вивода пустого ситий сич?&lt;br /&gt;</w:t>
        <w:br/>
        <w:t>Адже ж прибігла, бачиш, від дочки я —&lt;br /&gt;</w:t>
        <w:br/>
        <w:t>її під боком вигріва "панич"…&lt;br /&gt;</w:t>
        <w:br/>
        <w:t>З дитячої коси зірвав, як вишню,&lt;br /&gt;</w:t>
        <w:br/>
        <w:t>рожеву квітку, першим цвітом пишну,&lt;br /&gt;</w:t>
        <w:br/>
        <w:t>а з неї чиста, весняна роса&lt;br /&gt;</w:t>
        <w:br/>
        <w:t>омила стегна злого ласуна!"</w:t>
      </w:r>
    </w:p>
    <w:p>
      <w:r>
        <w:br/>
        <w:t>33</w:t>
      </w:r>
    </w:p>
    <w:p>
      <w:r>
        <w:br/>
        <w:t>"Гей, жінко, — тихо промовляє Прокіп, —&lt;br /&gt;</w:t>
        <w:br/>
        <w:t>докладніше кажи, просю тебе…&lt;br /&gt;</w:t>
        <w:br/>
        <w:t>бо за дочку й мені є, певне, клопіт…&lt;br /&gt;</w:t>
        <w:br/>
        <w:t>у мене ж Ліда — всіх моїх дітей!.."&lt;br /&gt;</w:t>
        <w:br/>
        <w:t>І на коліно дуже праву руку&lt;br /&gt;</w:t>
        <w:br/>
        <w:t>поклав, мов скелю, зірвану від ґрунту,&lt;br /&gt;</w:t>
        <w:br/>
        <w:t>од неї пальці чорні одросли,&lt;br /&gt;</w:t>
        <w:br/>
        <w:t>неначе з дуба корінь вузловий.</w:t>
      </w:r>
    </w:p>
    <w:p>
      <w:r>
        <w:br/>
        <w:t>34</w:t>
      </w:r>
    </w:p>
    <w:p>
      <w:r>
        <w:br/>
        <w:t>Свою дружину Прокіп слухав завше&lt;br /&gt;</w:t>
        <w:br/>
        <w:t>через мотиви саме ті, що й бик&lt;br /&gt;</w:t>
        <w:br/>
        <w:t>пастушку слухає на ситій пашні,&lt;br /&gt;</w:t>
        <w:br/>
        <w:t>коли вона його лозою бить&lt;br /&gt;</w:t>
        <w:br/>
        <w:t>ушняпиться, аж од усердя пада;&lt;br /&gt;</w:t>
        <w:br/>
        <w:t>одійде він звідтіль — пастушка рада,&lt;br /&gt;</w:t>
        <w:br/>
        <w:t>а бик з полегшенням скубе траву,&lt;br /&gt;</w:t>
        <w:br/>
        <w:t>хвостом тіпаючи на ребрах мух.</w:t>
      </w:r>
    </w:p>
    <w:p>
      <w:r>
        <w:br/>
        <w:t>35</w:t>
      </w:r>
    </w:p>
    <w:p>
      <w:r>
        <w:br/>
        <w:t>Коли ж почує ревище за гони&lt;br /&gt;</w:t>
        <w:br/>
        <w:t>таких, як сам, ставних, міцних биків —&lt;br /&gt;</w:t>
        <w:br/>
        <w:t>собі на спину закидає роги&lt;br /&gt;</w:t>
        <w:br/>
        <w:t>й біжить, аж лан під ним гуде, на бій.&lt;br /&gt;</w:t>
        <w:br/>
        <w:t>А повертається спокійно відти,&lt;br /&gt;</w:t>
        <w:br/>
        <w:t>лише на розі коливає вітер&lt;br /&gt;</w:t>
        <w:br/>
        <w:t>зелене сіно, вирваний пирій&lt;br /&gt;</w:t>
        <w:br/>
        <w:t>і шерсть волячу, рижу від крові.</w:t>
      </w:r>
    </w:p>
    <w:p>
      <w:r>
        <w:br/>
        <w:t>36</w:t>
      </w:r>
    </w:p>
    <w:p>
      <w:r>
        <w:br/>
        <w:t>"Ти дома все рубанками тупими&lt;br /&gt;</w:t>
        <w:br/>
        <w:t>в майстерні дерево гниле стружеш,&lt;br /&gt;</w:t>
        <w:br/>
        <w:t>сам деревом, не гірше від вербини,&lt;br /&gt;</w:t>
        <w:br/>
        <w:t>на корені трухлявієш, гниєш:&lt;br /&gt;</w:t>
        <w:br/>
        <w:t>одна дитина, ніби сонце в небі,&lt;br /&gt;</w:t>
        <w:br/>
        <w:t>світила в хаті нам, світила в тебе —&lt;br /&gt;</w:t>
        <w:br/>
        <w:t>ти ж безтурботно тільки в шкурі прів,&lt;br /&gt;</w:t>
        <w:br/>
        <w:t>а знати за дитину не хотів…</w:t>
      </w:r>
    </w:p>
    <w:p>
      <w:r>
        <w:br/>
        <w:t>37</w:t>
      </w:r>
    </w:p>
    <w:p>
      <w:r>
        <w:br/>
        <w:t>Я ж не могла оглянутись навколо,&lt;br /&gt;</w:t>
        <w:br/>
        <w:t>бо вечори над голкою сиджу&lt;br /&gt;</w:t>
        <w:br/>
        <w:t>у швачки, щоб моя дитина гола&lt;br /&gt;</w:t>
        <w:br/>
        <w:t>не йшла на людські шепоти та шум…&lt;br /&gt;</w:t>
        <w:br/>
        <w:t>І ледве трупом навзнак не упала,&lt;br /&gt;</w:t>
        <w:br/>
        <w:t>коли сусідка вбігла та сказала,&lt;br /&gt;</w:t>
        <w:br/>
        <w:t>що прослідила Ліду на Поділ,&lt;br /&gt;</w:t>
        <w:br/>
        <w:t>як солодко її розпутник вів…</w:t>
      </w:r>
    </w:p>
    <w:p>
      <w:r>
        <w:br/>
        <w:t>38</w:t>
      </w:r>
    </w:p>
    <w:p>
      <w:r>
        <w:br/>
        <w:t>Туди побігла я з роботи просто…&lt;br /&gt;</w:t>
        <w:br/>
        <w:t>горіли тротуари у ногах,&lt;br /&gt;</w:t>
        <w:br/>
        <w:t>зривалась, падала на цеглу гостру&lt;br /&gt;</w:t>
        <w:br/>
        <w:t>збивала нігті й шкуру на руках…&lt;br /&gt;</w:t>
        <w:br/>
        <w:t>У двері там гатила кулаками…&lt;br /&gt;</w:t>
        <w:br/>
        <w:t>Хтось вийшов звідти й пхнув мене&lt;br /&gt;</w:t>
        <w:br/>
        <w:t>на камінь,&lt;br /&gt;</w:t>
        <w:br/>
        <w:t>прочухалась — сіріти почало,&lt;br /&gt;</w:t>
        <w:br/>
        <w:t>і вогкістю від берега дуло…</w:t>
      </w:r>
    </w:p>
    <w:p>
      <w:r>
        <w:br/>
        <w:t>39</w:t>
      </w:r>
    </w:p>
    <w:p>
      <w:r>
        <w:br/>
        <w:t>Бери бриля оно, й ходім негайно&lt;br /&gt;</w:t>
        <w:br/>
        <w:t>на той гнилий та проклятий Поділ…&lt;br /&gt;</w:t>
        <w:br/>
        <w:t>Не встигне сонце вийти із-за гаю&lt;br /&gt;</w:t>
        <w:br/>
        <w:t>у сонному тумані з Броварів —&lt;br /&gt;</w:t>
        <w:br/>
        <w:t>ми їх застанемо обох у ліжку…"&lt;br /&gt;</w:t>
        <w:br/>
        <w:t>"Чи не здуріла ти, нещасна жінко,&lt;br /&gt;</w:t>
        <w:br/>
        <w:t>що йдеш дочці робити сором-глум?&lt;br /&gt;</w:t>
        <w:br/>
        <w:t>Адже на кривду є закон та суд…"</w:t>
      </w:r>
    </w:p>
    <w:p>
      <w:r>
        <w:br/>
        <w:t>40</w:t>
      </w:r>
    </w:p>
    <w:p>
      <w:r>
        <w:br/>
        <w:t>"Чи бач який! про що мені провадить!&lt;br /&gt;</w:t>
        <w:br/>
        <w:t>так ніби сам забув… забув за те,&lt;br /&gt;</w:t>
        <w:br/>
        <w:t>як цей тхоряка людям силу збавив&lt;br /&gt;</w:t>
        <w:br/>
        <w:t>довірливих і недурних дітей:&lt;br /&gt;</w:t>
        <w:br/>
        <w:t>уже аж двом він платить аліменти&lt;br /&gt;</w:t>
        <w:br/>
        <w:t>і ще платитиме, бо має щенти, —&lt;br /&gt;</w:t>
        <w:br/>
        <w:t>та й далі буде бугаєм ревти&lt;br /&gt;</w:t>
        <w:br/>
        <w:t>понад Подолом темної доби.</w:t>
      </w:r>
    </w:p>
    <w:p>
      <w:r>
        <w:br/>
        <w:t>41</w:t>
      </w:r>
    </w:p>
    <w:p>
      <w:r>
        <w:br/>
        <w:t>І я на суд такий, такі закони&lt;br /&gt;</w:t>
        <w:br/>
        <w:t>ніколи зроду легко не піду,&lt;br /&gt;</w:t>
        <w:br/>
        <w:t>бо що мені од всього, коли в домі&lt;br /&gt;</w:t>
        <w:br/>
        <w:t>прийдеться бачити свою біду?&lt;br /&gt;</w:t>
        <w:br/>
        <w:t>Ще добре, як з дитиною хто візьме,&lt;br /&gt;</w:t>
        <w:br/>
        <w:t>а як вона не віддана й облізе&lt;br /&gt;</w:t>
        <w:br/>
        <w:t>самотня дома в мене на вічу&lt;br /&gt;</w:t>
        <w:br/>
        <w:t>від довгого безгучного плачу?</w:t>
      </w:r>
    </w:p>
    <w:p>
      <w:r>
        <w:br/>
        <w:t>42</w:t>
      </w:r>
    </w:p>
    <w:p>
      <w:r>
        <w:br/>
        <w:t>Та я собі скоріше очі вирву&lt;br /&gt;</w:t>
        <w:br/>
        <w:t>із лоба з мозком на поріг&lt;br /&gt;</w:t>
        <w:br/>
        <w:t>і сукою скаженою загину&lt;br /&gt;</w:t>
        <w:br/>
        <w:t>у невгамованій своїй крові,&lt;br /&gt;</w:t>
        <w:br/>
        <w:t>аніж побачу Ліду без дружини,&lt;br /&gt;</w:t>
        <w:br/>
        <w:t>аніж почую крик хоча б єдиний&lt;br /&gt;</w:t>
        <w:br/>
        <w:t>пересудів у себе над двором,&lt;br /&gt;</w:t>
        <w:br/>
        <w:t>що стелять матерям шляхи стидом!..</w:t>
      </w:r>
    </w:p>
    <w:p>
      <w:r>
        <w:br/>
        <w:t>43</w:t>
      </w:r>
    </w:p>
    <w:p>
      <w:r>
        <w:br/>
        <w:t>Ми підемо, і я стягну із ліжка&lt;br /&gt;</w:t>
        <w:br/>
        <w:t>із ковдрами, з усім собаку ту&lt;br /&gt;</w:t>
        <w:br/>
        <w:t>та й буду гнати перед себе пішки,&lt;br /&gt;</w:t>
        <w:br/>
        <w:t>щоб аж курів за ними сірий брук —&lt;br /&gt;</w:t>
        <w:br/>
        <w:t>і в загсі запишу його з дочкою…&lt;br /&gt;</w:t>
        <w:br/>
        <w:t>а він працює — здохнуть над водою&lt;br /&gt;</w:t>
        <w:br/>
        <w:t>та сухарем цвілим твоїй дочці&lt;br /&gt;</w:t>
        <w:br/>
        <w:t>не дасть і в горницях і на дощі!"</w:t>
      </w:r>
    </w:p>
    <w:p>
      <w:r>
        <w:br/>
        <w:t>44</w:t>
      </w:r>
    </w:p>
    <w:p>
      <w:r>
        <w:br/>
        <w:t>"Безумна ти, чого тебе мордує&lt;br /&gt;</w:t>
        <w:br/>
        <w:t>насипать жару людям на язик?!"&lt;br /&gt;</w:t>
        <w:br/>
        <w:t>"Не хочеш ти?.. То знай же: не врятуєш —&lt;br /&gt;</w:t>
        <w:br/>
        <w:t>не матимеш ні жінки, ні дочки:&lt;br /&gt;</w:t>
        <w:br/>
        <w:t>піду сама і потягну за коси&lt;br /&gt;</w:t>
        <w:br/>
        <w:t>на берег до Дніпра й на плесі в лозах&lt;br /&gt;</w:t>
        <w:br/>
        <w:t>до глибу притоплю дитя своє&lt;br /&gt;</w:t>
        <w:br/>
        <w:t>й держатиму, аж доки не заллє!</w:t>
      </w:r>
    </w:p>
    <w:p>
      <w:r>
        <w:br/>
        <w:t>45</w:t>
      </w:r>
    </w:p>
    <w:p>
      <w:r>
        <w:br/>
        <w:t>Сама ж додому прибіжу й на втіху&lt;br /&gt;</w:t>
        <w:br/>
        <w:t>тобі посеред хати почеплюсь&lt;br /&gt;</w:t>
        <w:br/>
        <w:t>та на вірьовці погойдаюсь тихо&lt;br /&gt;</w:t>
        <w:br/>
        <w:t>і синьою до тебе засміюсь,&lt;br /&gt;</w:t>
        <w:br/>
        <w:t>а довгий мій язик, що звисне з горла,&lt;br /&gt;</w:t>
        <w:br/>
        <w:t>в обличчя тобі плюне слину чорну,&lt;br /&gt;</w:t>
        <w:br/>
        <w:t>щоб ти від неї нагло скам’янів&lt;br /&gt;</w:t>
        <w:br/>
        <w:t>і смородом трупарським засмердів!.."</w:t>
      </w:r>
    </w:p>
    <w:p>
      <w:r>
        <w:br/>
        <w:t>46</w:t>
      </w:r>
    </w:p>
    <w:p>
      <w:r>
        <w:br/>
        <w:t>"Ну, добре, я піду… а що там буде —&lt;br /&gt;</w:t>
        <w:br/>
        <w:t>не знаю і ручитись не берусь…&lt;br /&gt;</w:t>
        <w:br/>
        <w:t>Бо, мабуть, сам собі зірву я груди,&lt;br /&gt;</w:t>
        <w:br/>
        <w:t>аж доки відтіля тебе діждусь…&lt;br /&gt;</w:t>
        <w:br/>
        <w:t>Я теж не маю іншої заради,&lt;br /&gt;</w:t>
        <w:br/>
        <w:t>як тільки вийти із тобою з хати…&lt;br /&gt;</w:t>
        <w:br/>
        <w:t>але чи дівчину свою спасу,&lt;br /&gt;</w:t>
        <w:br/>
        <w:t>цього напевне, жінко, не скажу!.."</w:t>
      </w:r>
    </w:p>
    <w:p>
      <w:r>
        <w:br/>
        <w:t>47</w:t>
      </w:r>
    </w:p>
    <w:p>
      <w:r>
        <w:br/>
        <w:t>Над містом небо підпливло угору&lt;br /&gt;</w:t>
        <w:br/>
        <w:t>на радісну світанкову блакить,&lt;br /&gt;</w:t>
        <w:br/>
        <w:t>щоб дати сонцю вільную дорогу&lt;br /&gt;</w:t>
        <w:br/>
        <w:t>огонь свій здалеку у степ нести.&lt;br /&gt;</w:t>
        <w:br/>
        <w:t>А сонце за морями забарилось&lt;br /&gt;</w:t>
        <w:br/>
        <w:t>і власної троянди не схилило&lt;br /&gt;</w:t>
        <w:br/>
        <w:t>над обрієм з холодного стебла,&lt;br /&gt;</w:t>
        <w:br/>
        <w:t>яке підживлює гірська вода.</w:t>
      </w:r>
    </w:p>
    <w:p>
      <w:r>
        <w:br/>
        <w:t>48</w:t>
      </w:r>
    </w:p>
    <w:p>
      <w:r>
        <w:br/>
        <w:t>А тільки світ од сходу віє білий&lt;br /&gt;</w:t>
        <w:br/>
        <w:t>і сивіє на камені в росі,&lt;br /&gt;</w:t>
        <w:br/>
        <w:t>у вартових свіжіють туго жили,&lt;br /&gt;</w:t>
        <w:br/>
        <w:t>як на Дніпрі високі комиші.&lt;br /&gt;</w:t>
        <w:br/>
        <w:t>Вони в плащах зігнулись брезентoвих&lt;br /&gt;</w:t>
        <w:br/>
        <w:t>під сорабкопами на східцях цементових,&lt;br /&gt;</w:t>
        <w:br/>
        <w:t>вбирають вогкість ліктями із стін&lt;br /&gt;</w:t>
        <w:br/>
        <w:t>і стріпуються дрожем до колін.</w:t>
      </w:r>
    </w:p>
    <w:p>
      <w:r>
        <w:br/>
        <w:t>49</w:t>
      </w:r>
    </w:p>
    <w:p>
      <w:r>
        <w:br/>
        <w:t>На вулицях до кожного балкону&lt;br /&gt;</w:t>
        <w:br/>
        <w:t>висока тиша дзвінко прикула&lt;br /&gt;</w:t>
        <w:br/>
        <w:t>з тонкого кришталю ясного дзвону&lt;br /&gt;</w:t>
        <w:br/>
        <w:t>і звуками найменшими гула;&lt;br /&gt;</w:t>
        <w:br/>
        <w:t>усі з сусідньої дільниці кроки&lt;br /&gt;</w:t>
        <w:br/>
        <w:t>й далекі рисаки поодинокі&lt;br /&gt;</w:t>
        <w:br/>
        <w:t>перебирали лунко в кришталі,&lt;br /&gt;</w:t>
        <w:br/>
        <w:t>неначе в скрипці на тонкій струні.</w:t>
      </w:r>
    </w:p>
    <w:p>
      <w:r>
        <w:br/>
        <w:t>50</w:t>
      </w:r>
    </w:p>
    <w:p>
      <w:r>
        <w:br/>
        <w:t>Тому, коли і Прокіп і дружина&lt;br /&gt;</w:t>
        <w:br/>
        <w:t>порожніми провулками пішли,&lt;br /&gt;</w:t>
        <w:br/>
        <w:t>швидка хода їх пишно ворушила&lt;br /&gt;</w:t>
        <w:br/>
        <w:t>перегуки срібляної луни.&lt;br /&gt;</w:t>
        <w:br/>
        <w:t>Будівлі сонні ніби прокидались&lt;br /&gt;</w:t>
        <w:br/>
        <w:t>а вартові до тиші придивлялись&lt;br /&gt;</w:t>
        <w:br/>
        <w:t>та знов поволі кутались в плащі,&lt;br /&gt;</w:t>
        <w:br/>
        <w:t>схилившись до рушниці на руці.</w:t>
      </w:r>
    </w:p>
    <w:p>
      <w:r>
        <w:br/>
        <w:t>***</w:t>
      </w:r>
    </w:p>
    <w:p>
      <w:r>
        <w:br/>
        <w:t>РОЗДІЛ ІІІ.</w:t>
      </w:r>
    </w:p>
    <w:p>
      <w:r>
        <w:br/>
        <w:t>51</w:t>
      </w:r>
    </w:p>
    <w:p>
      <w:r>
        <w:br/>
        <w:t>У вулиці вузенькій на Подолі&lt;br /&gt;</w:t>
        <w:br/>
        <w:t>двоповерховий чистий дім стоїть&lt;br /&gt;</w:t>
        <w:br/>
        <w:t>просторі вікна блискають аж долі,&lt;br /&gt;</w:t>
        <w:br/>
        <w:t>де клумби почали в росі горіть.&lt;br /&gt;</w:t>
        <w:br/>
        <w:t>Між клумбами коло дверей високих&lt;br /&gt;</w:t>
        <w:br/>
        <w:t>із жінкою своєю тесля Прокіп:&lt;br /&gt;</w:t>
        <w:br/>
        <w:t>він давить пальцем сильно на дзвінок&lt;br /&gt;</w:t>
        <w:br/>
        <w:t>і стежить в кожне мовчазне вікно.</w:t>
      </w:r>
    </w:p>
    <w:p>
      <w:r>
        <w:br/>
        <w:t>52</w:t>
      </w:r>
    </w:p>
    <w:p>
      <w:r>
        <w:br/>
        <w:t>Із-за дверей спросоння голос:&lt;br /&gt;</w:t>
        <w:br/>
        <w:t>— Хто там?&lt;br /&gt;</w:t>
        <w:br/>
        <w:t>— Чи зараз дома є Комар Пилип?&lt;br /&gt;</w:t>
        <w:br/>
        <w:t>— Він спить.&lt;br /&gt;</w:t>
        <w:br/>
        <w:t>— Тоді впустіть.&lt;br /&gt;</w:t>
        <w:br/>
        <w:t>— Приходьте згодом.&lt;br /&gt;</w:t>
        <w:br/>
        <w:t>— Ми здалеку від рідної сестри…&lt;br /&gt;</w:t>
        <w:br/>
        <w:t>— Ви родичі?&lt;br /&gt;</w:t>
        <w:br/>
        <w:t>— Ну да.&lt;br /&gt;</w:t>
        <w:br/>
        <w:t>— Велику ж силу йому&lt;br /&gt;</w:t>
        <w:br/>
        <w:t>рідні нечиста наплодила:&lt;br /&gt;</w:t>
        <w:br/>
        <w:t>без вас вже друга з того четверга&lt;br /&gt;</w:t>
        <w:br/>
        <w:t>цю ніч сестричка в нього пробува.</w:t>
      </w:r>
    </w:p>
    <w:p>
      <w:r>
        <w:br/>
        <w:t>53</w:t>
      </w:r>
    </w:p>
    <w:p>
      <w:r>
        <w:br/>
        <w:t>Незадоволено бурчав до себе,&lt;br /&gt;</w:t>
        <w:br/>
        <w:t>одсовуючи засув, чоловік,&lt;br /&gt;</w:t>
        <w:br/>
        <w:t>похожий на кудлатого ведмедя,&lt;br /&gt;</w:t>
        <w:br/>
        <w:t>що кинув поневолі свій барліг.&lt;br /&gt;</w:t>
        <w:br/>
        <w:t>Од слів його у Прокопа здавило&lt;br /&gt;</w:t>
        <w:br/>
        <w:t>в горлянці; ніби дерев’яні вила&lt;br /&gt;</w:t>
        <w:br/>
        <w:t>йому всередину ввалили бік,&lt;br /&gt;</w:t>
        <w:br/>
        <w:t>забивши здухвину клубком крові.</w:t>
      </w:r>
    </w:p>
    <w:p>
      <w:r>
        <w:br/>
        <w:t>54</w:t>
      </w:r>
    </w:p>
    <w:p>
      <w:r>
        <w:br/>
        <w:t>Рішучим кроком Прокіп хутко вгору&lt;br /&gt;</w:t>
        <w:br/>
        <w:t>по східцях по соснових поскрипів&lt;br /&gt;</w:t>
        <w:br/>
        <w:t>та й став перед дверима інстинктивно,&lt;br /&gt;</w:t>
        <w:br/>
        <w:t>де нумер шостий з міді заяснів.&lt;br /&gt;</w:t>
        <w:br/>
        <w:t>"Чи це вони?" — спитався у дружини,&lt;br /&gt;</w:t>
        <w:br/>
        <w:t>що вже стояла в його біля спини;&lt;br /&gt;</w:t>
        <w:br/>
        <w:t>хитнула тільки головою та,&lt;br /&gt;</w:t>
        <w:br/>
        <w:t>захекана й німа немов стіна.</w:t>
      </w:r>
    </w:p>
    <w:p>
      <w:r>
        <w:br/>
        <w:t>55</w:t>
      </w:r>
    </w:p>
    <w:p>
      <w:r>
        <w:br/>
        <w:t>Задушливе й бентежне невимовно&lt;br /&gt;</w:t>
        <w:br/>
        <w:t>з її душі передчуття пливло&lt;br /&gt;</w:t>
        <w:br/>
        <w:t>і мозок заливало, як та повінь&lt;br /&gt;</w:t>
        <w:br/>
        <w:t>скупу пашню коло старих болот.&lt;br /&gt;</w:t>
        <w:br/>
        <w:t>Не говорити їй, а гірко плакать&lt;br /&gt;</w:t>
        <w:br/>
        <w:t>хотілося; стояла мов проклята,&lt;br /&gt;</w:t>
        <w:br/>
        <w:t>здавалося, середина її&lt;br /&gt;</w:t>
        <w:br/>
        <w:t>од горя стала як шматок ріллі.</w:t>
      </w:r>
    </w:p>
    <w:p>
      <w:r>
        <w:br/>
        <w:t>56</w:t>
      </w:r>
    </w:p>
    <w:p>
      <w:r>
        <w:br/>
        <w:t>Шарпнув ізгарячу за двері Прокіп —&lt;br /&gt;</w:t>
        <w:br/>
        <w:t>залускотіли жалібно вони;&lt;br /&gt;</w:t>
        <w:br/>
        <w:t>тоді плечем напнувся — і широка&lt;br /&gt;</w:t>
        <w:br/>
        <w:t>товста підлога вигнулась під ним…&lt;br /&gt;</w:t>
        <w:br/>
        <w:t>Завіси із одвірків завищали…&lt;br /&gt;</w:t>
        <w:br/>
        <w:t>Єдина мить — і двері тяжко впали:&lt;br /&gt;</w:t>
        <w:br/>
        <w:t>всередині кімнати простяглись…&lt;br /&gt;</w:t>
        <w:br/>
        <w:t>За ними тільки порох вився вниз.</w:t>
      </w:r>
    </w:p>
    <w:p>
      <w:r>
        <w:br/>
        <w:t>57</w:t>
      </w:r>
    </w:p>
    <w:p>
      <w:r>
        <w:br/>
        <w:t>Коло стола в одній сорочці, босий,&lt;br /&gt;</w:t>
        <w:br/>
        <w:t>блідий Пилип наляканий стояв&lt;br /&gt;</w:t>
        <w:br/>
        <w:t>і перед себе револьвера просто&lt;br /&gt;</w:t>
        <w:br/>
        <w:t>на Прокопа тремтяче націляв:&lt;br /&gt;</w:t>
        <w:br/>
        <w:t>"Назад!.. уб’ю!.. нахаба… геть,&lt;br /&gt;</w:t>
        <w:br/>
        <w:t>бандите!.." —&lt;br /&gt;</w:t>
        <w:br/>
        <w:t>заворушив губами, наче вітер&lt;br /&gt;</w:t>
        <w:br/>
        <w:t>у збудженім осінньому гіллі,&lt;br /&gt;</w:t>
        <w:br/>
        <w:t>що рветься впасти з ляку до землі.</w:t>
      </w:r>
    </w:p>
    <w:p>
      <w:r>
        <w:br/>
        <w:t>58</w:t>
      </w:r>
    </w:p>
    <w:p>
      <w:r>
        <w:br/>
        <w:t>Та Прокіп руку правую спроквола&lt;br /&gt;</w:t>
        <w:br/>
        <w:t>підвів, сказавши грізно: "Почекай!"&lt;br /&gt;</w:t>
        <w:br/>
        <w:t>Тріщали ребра, як він дихав з болем,&lt;br /&gt;</w:t>
        <w:br/>
        <w:t>і пара йшла від мокрого чола;&lt;br /&gt;</w:t>
        <w:br/>
        <w:t>а кров бурхала, шумувала в грудях…&lt;br /&gt;</w:t>
        <w:br/>
        <w:t>у береги ріка отак закута&lt;br /&gt;</w:t>
        <w:br/>
        <w:t>клекоче, б’ється серед гострих скель&lt;br /&gt;</w:t>
        <w:br/>
        <w:t>і в скріпах заставки трясе гребель.</w:t>
      </w:r>
    </w:p>
    <w:p>
      <w:r>
        <w:br/>
        <w:t>59</w:t>
      </w:r>
    </w:p>
    <w:p>
      <w:r>
        <w:br/>
        <w:t>"До тебе я посидіти в кімнаті&lt;br /&gt;</w:t>
        <w:br/>
        <w:t>й дружина вірная моя прийшла,&lt;br /&gt;</w:t>
        <w:br/>
        <w:t>аж поки сонце землю повертати&lt;br /&gt;</w:t>
        <w:br/>
        <w:t>почне на південь тихо, як млина…&lt;br /&gt;</w:t>
        <w:br/>
        <w:t>тоді з тобою підемо одразу&lt;br /&gt;</w:t>
        <w:br/>
        <w:t>на Інститутську вулицю до загсу…&lt;br /&gt;</w:t>
        <w:br/>
        <w:t>бо, бачу, Ліда тут уже давно,&lt;br /&gt;</w:t>
        <w:br/>
        <w:t>а тільки нас так довго не було!"</w:t>
      </w:r>
    </w:p>
    <w:p>
      <w:r>
        <w:br/>
        <w:t>60</w:t>
      </w:r>
    </w:p>
    <w:p>
      <w:r>
        <w:br/>
        <w:t>А Ліда в цей момент на ліжку гола&lt;br /&gt;</w:t>
        <w:br/>
        <w:t>стояла, ковдрою накривши стан,&lt;br /&gt;</w:t>
        <w:br/>
        <w:t>перебирала пальцями нервово&lt;br /&gt;</w:t>
        <w:br/>
        <w:t>у косу вплетений червоний бант,&lt;br /&gt;</w:t>
        <w:br/>
        <w:t>її ж коса утомлено на персах&lt;br /&gt;</w:t>
        <w:br/>
        <w:t>лежала, ніби в спеку серед плеса&lt;br /&gt;</w:t>
        <w:br/>
        <w:t>в меду розпарений пучок гадюк&lt;br /&gt;</w:t>
        <w:br/>
        <w:t>на камені, що блиском сліпить луг.</w:t>
      </w:r>
    </w:p>
    <w:p>
      <w:r>
        <w:br/>
        <w:t>61</w:t>
      </w:r>
    </w:p>
    <w:p>
      <w:r>
        <w:br/>
        <w:t>І так, немов великі чорні диски&lt;br /&gt;</w:t>
        <w:br/>
        <w:t>холодную блакить взяли в метал,&lt;br /&gt;</w:t>
        <w:br/>
        <w:t>в очах у Ліди в нерухомих іскрах&lt;br /&gt;</w:t>
        <w:br/>
        <w:t>морозом сивим переляк буяв,&lt;br /&gt;</w:t>
        <w:br/>
        <w:t>аж ворушилися внизу коліна,&lt;br /&gt;</w:t>
        <w:br/>
        <w:t>як у сипкій озерній білій піні&lt;br /&gt;</w:t>
        <w:br/>
        <w:t>над хвилями бурхливої води&lt;br /&gt;</w:t>
        <w:br/>
        <w:t>стривожені два лебеді грудьми.</w:t>
      </w:r>
    </w:p>
    <w:p>
      <w:r>
        <w:br/>
        <w:t>62</w:t>
      </w:r>
    </w:p>
    <w:p>
      <w:r>
        <w:br/>
        <w:t>На східці глядачі повиринали&lt;br /&gt;</w:t>
        <w:br/>
        <w:t>і до кімнати боязко звідтіль&lt;br /&gt;</w:t>
        <w:br/>
        <w:t>з цікавістю такою заглядали,&lt;br /&gt;</w:t>
        <w:br/>
        <w:t>немов до ласого дупла джмелі.&lt;br /&gt;</w:t>
        <w:br/>
        <w:t>Оглянувшись на них, безумна мати&lt;br /&gt;</w:t>
        <w:br/>
        <w:t>уздріла долю рідного дитяти&lt;br /&gt;</w:t>
        <w:br/>
        <w:t>обпльовану, зневажену людьми…&lt;br /&gt;</w:t>
        <w:br/>
        <w:t>і до стіни схилилася грудьми.</w:t>
      </w:r>
    </w:p>
    <w:p>
      <w:r>
        <w:br/>
        <w:t>63</w:t>
      </w:r>
    </w:p>
    <w:p>
      <w:r>
        <w:br/>
        <w:t>Напевне, так знеможена горила&lt;br /&gt;</w:t>
        <w:br/>
        <w:t>на дереві держиться за сучка,&lt;br /&gt;</w:t>
        <w:br/>
        <w:t>як мати Лідина в рудий одвірок&lt;br /&gt;</w:t>
        <w:br/>
        <w:t>паде цупкими пальцями, вкляка.&lt;br /&gt;</w:t>
        <w:br/>
        <w:t>І шелестить у неї сиза смага&lt;br /&gt;</w:t>
        <w:br/>
        <w:t>поміж губами, де позасихала&lt;br /&gt;</w:t>
        <w:br/>
        <w:t>у ранах репана землиста кров,&lt;br /&gt;</w:t>
        <w:br/>
        <w:t>уста зімкнувши болями кругом.</w:t>
      </w:r>
    </w:p>
    <w:p>
      <w:r>
        <w:br/>
        <w:t>64</w:t>
      </w:r>
    </w:p>
    <w:p>
      <w:r>
        <w:br/>
        <w:t>Якби з одвірка пальці рознялися,&lt;br /&gt;</w:t>
        <w:br/>
        <w:t>здається, що звалилася б із ніг,&lt;br /&gt;</w:t>
        <w:br/>
        <w:t>як падає у море хвора птиця,&lt;br /&gt;</w:t>
        <w:br/>
        <w:t>що в рідному гнізді лишила сніг.&lt;br /&gt;</w:t>
        <w:br/>
        <w:t>Пропасницею сяяв погляд дикий…&lt;br /&gt;</w:t>
        <w:br/>
        <w:t>Було вже видно: їй не говорити,&lt;br /&gt;</w:t>
        <w:br/>
        <w:t>а на кострищі люти та жалю&lt;br /&gt;</w:t>
        <w:br/>
        <w:t>спалити мовчки голову свою.</w:t>
      </w:r>
    </w:p>
    <w:p>
      <w:r>
        <w:br/>
        <w:t>65</w:t>
      </w:r>
    </w:p>
    <w:p>
      <w:r>
        <w:br/>
        <w:t>"Не хочу я з тобою говорити&lt;br /&gt;</w:t>
        <w:br/>
        <w:t>в кімнаті цій, над збитими дверми!.." —&lt;br /&gt;</w:t>
        <w:br/>
        <w:t>кричить-шумить Пилип несамовито,&lt;br /&gt;</w:t>
        <w:br/>
        <w:t>бо так себе привик він бадьорить.&lt;br /&gt;</w:t>
        <w:br/>
        <w:t>"Пізніше будем розмовляти щиро&lt;br /&gt;</w:t>
        <w:br/>
        <w:t>з тобою на суді, нахабна вирво…&lt;br /&gt;</w:t>
        <w:br/>
        <w:t>а зараз геть із хати за поріг,&lt;br /&gt;</w:t>
        <w:br/>
        <w:t>аби ти, псе, забитим не поліг!.."</w:t>
      </w:r>
    </w:p>
    <w:p>
      <w:r>
        <w:br/>
        <w:t>66</w:t>
      </w:r>
    </w:p>
    <w:p>
      <w:r>
        <w:br/>
        <w:t>І ледве він гукнуть устиг слова ці,&lt;br /&gt;</w:t>
        <w:br/>
        <w:t>як мідний Прокопів гучний кулак&lt;br /&gt;</w:t>
        <w:br/>
        <w:t>йому вже вибив револьвера з пальців;&lt;br /&gt;</w:t>
        <w:br/>
        <w:t>він блиснув у повітрі, ніби птах&lt;br /&gt;</w:t>
        <w:br/>
        <w:t>на сонці кігтем, глухо впав на ліжко&lt;br /&gt;</w:t>
        <w:br/>
        <w:t>у Ліди коло теплих білих ніжок —&lt;br /&gt;</w:t>
        <w:br/>
        <w:t>тих пуп’янок з ромашок степових,&lt;br /&gt;</w:t>
        <w:br/>
        <w:t>що виткнули за ранок пелюстки.</w:t>
      </w:r>
    </w:p>
    <w:p>
      <w:r>
        <w:br/>
        <w:t>67</w:t>
      </w:r>
    </w:p>
    <w:p>
      <w:r>
        <w:br/>
        <w:t>Загуркотів стілець важкий дубовий,&lt;br /&gt;</w:t>
        <w:br/>
        <w:t>бо через нього сторчака Пилип&lt;br /&gt;</w:t>
        <w:br/>
        <w:t>уже летів колодою додолу&lt;br /&gt;</w:t>
        <w:br/>
        <w:t>від другої гранчастої руки…&lt;br /&gt;</w:t>
        <w:br/>
        <w:t>Од жаху в його випирало очі,&lt;br /&gt;</w:t>
        <w:br/>
        <w:t>коли він поповзом в одній сорочці,&lt;br /&gt;</w:t>
        <w:br/>
        <w:t>що розірвалася на животі,&lt;br /&gt;</w:t>
        <w:br/>
        <w:t>повз Прокопа поліз коло чобіт.</w:t>
      </w:r>
    </w:p>
    <w:p>
      <w:r>
        <w:br/>
        <w:t>68</w:t>
      </w:r>
    </w:p>
    <w:p>
      <w:r>
        <w:br/>
        <w:t>"Не бийте, дядечку… Та ми ж рішили&lt;br /&gt;</w:t>
        <w:br/>
        <w:t>зійтися з Лідою не так аби…&lt;br /&gt;</w:t>
        <w:br/>
        <w:t>Ми підемо, куди ви нас просили…&lt;br /&gt;</w:t>
        <w:br/>
        <w:t>поберемося ми, аби ганьби…" —&lt;br /&gt;</w:t>
        <w:br/>
        <w:t>нескладно белькотав Пилип із долу&lt;br /&gt;</w:t>
        <w:br/>
        <w:t>й зубами цокав дрібно, гарячково,&lt;br /&gt;</w:t>
        <w:br/>
        <w:t>як зерно птиця з каменю клює&lt;br /&gt;</w:t>
        <w:br/>
        <w:t>і дзьобами стукоче та кує.</w:t>
      </w:r>
    </w:p>
    <w:p>
      <w:r>
        <w:br/>
        <w:t>69</w:t>
      </w:r>
    </w:p>
    <w:p>
      <w:r>
        <w:br/>
        <w:t>Та тут спалахнула нова увага:&lt;br /&gt;</w:t>
        <w:br/>
        <w:t>тремтіла Ліда у рвачких словах,&lt;br /&gt;</w:t>
        <w:br/>
        <w:t>немов тополя, що з одного маху&lt;br /&gt;</w:t>
        <w:br/>
        <w:t>од вітру закипає у листках.&lt;br /&gt;</w:t>
        <w:br/>
        <w:t>"Хоч він мене і цілував у губи,&lt;br /&gt;</w:t>
        <w:br/>
        <w:t>ніколи замужем за ним не буду,&lt;br /&gt;</w:t>
        <w:br/>
        <w:t>а ляжу в землю гнити до черви —&lt;br /&gt;</w:t>
        <w:br/>
        <w:t>вона мені рідніша, аніж ви…</w:t>
      </w:r>
    </w:p>
    <w:p>
      <w:r>
        <w:br/>
        <w:t>70</w:t>
      </w:r>
    </w:p>
    <w:p>
      <w:r>
        <w:br/>
        <w:t>Вона мені із лоба очі виссе,&lt;br /&gt;</w:t>
        <w:br/>
        <w:t>які дивилися на нього тут,&lt;br /&gt;</w:t>
        <w:br/>
        <w:t>і під землею моє серце злиже,&lt;br /&gt;</w:t>
        <w:br/>
        <w:t>що, тату, вас люблю на згуб!..&lt;br /&gt;</w:t>
        <w:br/>
        <w:t>Із мамою самі виходьте заміж&lt;br /&gt;</w:t>
        <w:br/>
        <w:t>за мокрого стонога під ногами!&lt;br /&gt;</w:t>
        <w:br/>
        <w:t>Ой, нащо ж ви накликали людей&lt;br /&gt;</w:t>
        <w:br/>
        <w:t>на смерть мою,&lt;br /&gt;</w:t>
        <w:br/>
        <w:t>на цей останній день!.."</w:t>
      </w:r>
    </w:p>
    <w:p>
      <w:r>
        <w:br/>
        <w:t>71</w:t>
      </w:r>
    </w:p>
    <w:p>
      <w:r>
        <w:br/>
        <w:t>Немов крилом, махнула білим станом —&lt;br /&gt;</w:t>
        <w:br/>
        <w:t>в руці з’явився чорний револьвер…&lt;br /&gt;</w:t>
        <w:br/>
        <w:t>Із дула з полум’я злетіла рана&lt;br /&gt;</w:t>
        <w:br/>
        <w:t>та й сіла на виску, як муха, — смерть.&lt;br /&gt;</w:t>
        <w:br/>
        <w:t>Дівоча голова зів’яла, звисла,&lt;br /&gt;</w:t>
        <w:br/>
        <w:t>мов тепла з колоса росина чиста;&lt;br /&gt;</w:t>
        <w:br/>
        <w:t>коліна вниз од неї подались —&lt;br /&gt;</w:t>
        <w:br/>
        <w:t>і Ліду потягло помалу ниць.</w:t>
      </w:r>
    </w:p>
    <w:p>
      <w:r>
        <w:br/>
        <w:t>72</w:t>
      </w:r>
    </w:p>
    <w:p>
      <w:r>
        <w:br/>
        <w:t>Підскочив батько тяжко до дитини,&lt;br /&gt;</w:t>
        <w:br/>
        <w:t>гарячими руками за плече&lt;br /&gt;</w:t>
        <w:br/>
        <w:t>узяв і повернув тендітну спину,&lt;br /&gt;</w:t>
        <w:br/>
        <w:t>щоб глянути в обличчя, до очей…&lt;br /&gt;</w:t>
        <w:br/>
        <w:t>Йому підкинув груди стогін дикий.&lt;br /&gt;</w:t>
        <w:br/>
        <w:t>Так хвиля підкидає пліт великий&lt;br /&gt;</w:t>
        <w:br/>
        <w:t>на камінь у бездонний темний вир,&lt;br /&gt;</w:t>
        <w:br/>
        <w:t>щоб тільки вламки в піні заревли.</w:t>
      </w:r>
    </w:p>
    <w:p>
      <w:r>
        <w:br/>
        <w:t>73</w:t>
      </w:r>
    </w:p>
    <w:p>
      <w:r>
        <w:br/>
        <w:t>Безвладно руки витягла убита —&lt;br /&gt;</w:t>
        <w:br/>
        <w:t>два із берізки довгі корінці,&lt;br /&gt;</w:t>
        <w:br/>
        <w:t>обвіяні вітрами ще й обмиті&lt;br /&gt;</w:t>
        <w:br/>
        <w:t>на зливному осінньому дощі.&lt;br /&gt;</w:t>
        <w:br/>
        <w:t>Збігала кров з виска на ковдру білу:&lt;br /&gt;</w:t>
        <w:br/>
        <w:t>із неї забуття вставало німо,&lt;br /&gt;</w:t>
        <w:br/>
        <w:t>пекучая ж образа та відчай&lt;br /&gt;</w:t>
        <w:br/>
        <w:t>не потухали в Ліди ув очах.</w:t>
      </w:r>
    </w:p>
    <w:p>
      <w:r>
        <w:br/>
        <w:t>74</w:t>
      </w:r>
    </w:p>
    <w:p>
      <w:r>
        <w:br/>
        <w:t>Стояв над нею Прокіп, собі руку&lt;br /&gt;</w:t>
        <w:br/>
        <w:t>приклавши до спітнілого чола,&lt;br /&gt;</w:t>
        <w:br/>
        <w:t>неначе там якусь єдину думку&lt;br /&gt;</w:t>
        <w:br/>
        <w:t>хотів найти, що в мізку залягла&lt;br /&gt;</w:t>
        <w:br/>
        <w:t>чи, може, коло черепа примерзла,&lt;br /&gt;</w:t>
        <w:br/>
        <w:t>як примерзають в човні довгі весла&lt;br /&gt;</w:t>
        <w:br/>
        <w:t>до кованих закруглених бортів&lt;br /&gt;</w:t>
        <w:br/>
        <w:t>під час раптових синіх холодів.</w:t>
      </w:r>
    </w:p>
    <w:p>
      <w:r>
        <w:br/>
        <w:t>75</w:t>
      </w:r>
    </w:p>
    <w:p>
      <w:r>
        <w:br/>
        <w:t>Нарешті, — витягши із мозку ніби&lt;br /&gt;</w:t>
        <w:br/>
        <w:t>потрібну думку, — круто повернув&lt;br /&gt;</w:t>
        <w:br/>
        <w:t>й пішов поволі до одвірків сліпо,&lt;br /&gt;</w:t>
        <w:br/>
        <w:t>де, стовпившись, народ тривожно гув.&lt;br /&gt;</w:t>
        <w:br/>
        <w:t>Не роздивившись добре до дружини,&lt;br /&gt;</w:t>
        <w:br/>
        <w:t>сказав роздільно й мертво, як машина:&lt;br /&gt;</w:t>
        <w:br/>
        <w:t>"Дочку записано на шлюбний лист…&lt;br /&gt;</w:t>
        <w:br/>
        <w:t>Пора до зятя, жінко, віднести".</w:t>
      </w:r>
    </w:p>
    <w:p>
      <w:r>
        <w:br/>
        <w:t>76</w:t>
      </w:r>
    </w:p>
    <w:p>
      <w:r>
        <w:br/>
        <w:t>"Кудись побігла ваша жінка відси", —&lt;br /&gt;</w:t>
        <w:br/>
        <w:t>із коридора голос відказав…&lt;br /&gt;</w:t>
        <w:br/>
        <w:t>Байдуже глянув Прокіп на те місце,&lt;br /&gt;</w:t>
        <w:br/>
        <w:t>як та вода линула крижана, —&lt;br /&gt;</w:t>
        <w:br/>
        <w:t>й назад пішов до ліжка, до дитини…&lt;br /&gt;</w:t>
        <w:br/>
        <w:t>Якраз Пилип устав на цю годину,&lt;br /&gt;</w:t>
        <w:br/>
        <w:t>серед кімнати одягав піджак&lt;br /&gt;</w:t>
        <w:br/>
        <w:t>та щось очима злякано шукав.</w:t>
      </w:r>
    </w:p>
    <w:p>
      <w:r>
        <w:br/>
        <w:t>77</w:t>
      </w:r>
    </w:p>
    <w:p>
      <w:r>
        <w:br/>
        <w:t>На його і наткнувся тицьма батько&lt;br /&gt;</w:t>
        <w:br/>
        <w:t>грудьми паркими, як липкий асфальт,&lt;br /&gt;</w:t>
        <w:br/>
        <w:t>коли на город сонце забагато&lt;br /&gt;</w:t>
        <w:br/>
        <w:t>злило дощем розтопленого шкла&lt;br /&gt;</w:t>
        <w:br/>
        <w:t>і дерева горять вогнем незримим,&lt;br /&gt;</w:t>
        <w:br/>
        <w:t>аж луск іде блакитним димом,&lt;br /&gt;</w:t>
        <w:br/>
        <w:t>доми ж цеглові дaхами вгорі&lt;br /&gt;</w:t>
        <w:br/>
        <w:t>немов голки гостріють на вогні…</w:t>
      </w:r>
    </w:p>
    <w:p>
      <w:r>
        <w:br/>
        <w:t>78</w:t>
      </w:r>
    </w:p>
    <w:p>
      <w:r>
        <w:br/>
        <w:t>Наткнувся — глянув — зашуміли сили:&lt;br /&gt;</w:t>
        <w:br/>
        <w:t>з гудінням руку наперед подав&lt;br /&gt;</w:t>
        <w:br/>
        <w:t>і, мов гаками, пальцями на спині&lt;br /&gt;</w:t>
        <w:br/>
        <w:t>одежу й шкуру в кулаці зім’яв&lt;br /&gt;</w:t>
        <w:br/>
        <w:t>Пилипову; а другою рукою&lt;br /&gt;</w:t>
        <w:br/>
        <w:t>гойднув його, як лантуха з вагою,&lt;br /&gt;</w:t>
        <w:br/>
        <w:t>на вулицю в розчинене вікно,&lt;br /&gt;</w:t>
        <w:br/>
        <w:t>що тільки гупом в стінах загуло.</w:t>
      </w:r>
    </w:p>
    <w:p>
      <w:r>
        <w:br/>
        <w:t>79</w:t>
      </w:r>
    </w:p>
    <w:p>
      <w:r>
        <w:br/>
        <w:t>І так спокійно, як холодні хвилі,&lt;br /&gt;</w:t>
        <w:br/>
        <w:t>що гонять звіку над землею час,&lt;br /&gt;</w:t>
        <w:br/>
        <w:t>беруть листок пожовклий у калини&lt;br /&gt;</w:t>
        <w:br/>
        <w:t>і цілі царства безвісті од нас,&lt;br /&gt;</w:t>
        <w:br/>
        <w:t>узяв на руки Прокіп доню тиху;&lt;br /&gt;</w:t>
        <w:br/>
        <w:t>із вуст людей зірвався гомін-вихор —&lt;br /&gt;</w:t>
        <w:br/>
        <w:t>всі розступилися одразу перед ним,&lt;br /&gt;</w:t>
        <w:br/>
        <w:t>як од ріки з лугами береги.</w:t>
      </w:r>
    </w:p>
    <w:p>
      <w:r>
        <w:br/>
        <w:t>80</w:t>
      </w:r>
    </w:p>
    <w:p>
      <w:r>
        <w:br/>
        <w:t>На небі сонце, мов гарячий камінь,&lt;br /&gt;</w:t>
        <w:br/>
        <w:t>лежало заніміле над бугром,&lt;br /&gt;</w:t>
        <w:br/>
        <w:t>а візники з перекупками ранні&lt;br /&gt;</w:t>
        <w:br/>
        <w:t>на вулиці стовбичили кругом;&lt;br /&gt;</w:t>
        <w:br/>
        <w:t>у їх корзини і в голоблях коні&lt;br /&gt;</w:t>
        <w:br/>
        <w:t>були, як риба в кризі, нерухомі;&lt;br /&gt;</w:t>
        <w:br/>
        <w:t>і тільки кожна людська голова&lt;br /&gt;</w:t>
        <w:br/>
        <w:t>на шиї коло мовчазне вела</w:t>
      </w:r>
    </w:p>
    <w:p>
      <w:r>
        <w:br/>
        <w:t>81</w:t>
      </w:r>
    </w:p>
    <w:p>
      <w:r>
        <w:br/>
        <w:t>туди, де йшов попід домами Прокіп&lt;br /&gt;</w:t>
        <w:br/>
        <w:t>і ніс дочку на зімкнутих руках, —&lt;br /&gt;</w:t>
        <w:br/>
        <w:t>йому в коліна билася широка&lt;br /&gt;</w:t>
        <w:br/>
        <w:t>розплетена коса, що вітер закидав;&lt;br /&gt;</w:t>
        <w:br/>
        <w:t>коліно все мокріло і темніло,&lt;br /&gt;</w:t>
        <w:br/>
        <w:t>бо кров збігала по косі повільно&lt;br /&gt;</w:t>
        <w:br/>
        <w:t>у довгих та поплутаних струмках&lt;br /&gt;</w:t>
        <w:br/>
        <w:t>з розбитого дівочого виска.</w:t>
      </w:r>
    </w:p>
    <w:p>
      <w:r>
        <w:br/>
        <w:t>82</w:t>
      </w:r>
    </w:p>
    <w:p>
      <w:r>
        <w:br/>
        <w:t>Здавалося, не бачив перед себе&lt;br /&gt;</w:t>
        <w:br/>
        <w:t>та твердо йшов по камені вперед;&lt;br /&gt;</w:t>
        <w:br/>
        <w:t>як під чужим, не українським небом&lt;br /&gt;</w:t>
        <w:br/>
        <w:t>сліпий, поранений стрільцями лев&lt;br /&gt;</w:t>
        <w:br/>
        <w:t>іде між гори в чорную печеру,&lt;br /&gt;</w:t>
        <w:br/>
        <w:t>лягає на широку сіру скелю&lt;br /&gt;</w:t>
        <w:br/>
        <w:t>та лиже рану в лютій самоті,&lt;br /&gt;</w:t>
        <w:br/>
        <w:t>що кров’ю обгоріла на шерсті,</w:t>
      </w:r>
    </w:p>
    <w:p>
      <w:r>
        <w:br/>
        <w:t>83</w:t>
      </w:r>
    </w:p>
    <w:p>
      <w:r>
        <w:br/>
        <w:t>Пролине вік, як сови над лісами,&lt;br /&gt;</w:t>
        <w:br/>
        <w:t>і порохом осяде на морях;&lt;br /&gt;</w:t>
        <w:br/>
        <w:t>у лева грива всиплеться пісками,&lt;br /&gt;</w:t>
        <w:br/>
        <w:t>що скелі згублять на сухих вітрах;&lt;br /&gt;</w:t>
        <w:br/>
        <w:t>пісок зіллється між шерстею в камінь,&lt;br /&gt;</w:t>
        <w:br/>
        <w:t>та кров збігатиме з тяжкої рани&lt;br /&gt;</w:t>
        <w:br/>
        <w:t>у чорне лоно велетенських гір,&lt;br /&gt;</w:t>
        <w:br/>
        <w:t>а лев лизатиме одвічний біль.</w:t>
      </w:r>
    </w:p>
    <w:p>
      <w:r>
        <w:br/>
        <w:t>84</w:t>
      </w:r>
    </w:p>
    <w:p>
      <w:r>
        <w:br/>
        <w:t>Коли ж вітри на захід похилили&lt;br /&gt;</w:t>
        <w:br/>
        <w:t>прозорую небесну височінь,&lt;br /&gt;</w:t>
        <w:br/>
        <w:t>а гори київські вже положили&lt;br /&gt;</w:t>
        <w:br/>
        <w:t>через Дніпро, як браму, дужу тінь —&lt;br /&gt;</w:t>
        <w:br/>
        <w:t>холодні хвилі випхнули на берег&lt;br /&gt;</w:t>
        <w:br/>
        <w:t>далеко за містком під теплі верби&lt;br /&gt;</w:t>
        <w:br/>
        <w:t>старої жінки ув одежі труп,&lt;br /&gt;</w:t>
        <w:br/>
        <w:t>що від води неначе трохи спух.</w:t>
      </w:r>
    </w:p>
    <w:p>
      <w:r>
        <w:br/>
        <w:t>85</w:t>
      </w:r>
    </w:p>
    <w:p>
      <w:r>
        <w:br/>
        <w:t>Його за коси верби ухватили&lt;br /&gt;</w:t>
        <w:br/>
        <w:t>покрученим корінням і держать;&lt;br /&gt;</w:t>
        <w:br/>
        <w:t>а з глибу другі набігають хвилі&lt;br /&gt;</w:t>
        <w:br/>
        <w:t>і смикають, запінені, назад.&lt;br /&gt;</w:t>
        <w:br/>
        <w:t>Зелені віти низько над водою&lt;br /&gt;</w:t>
        <w:br/>
        <w:t>схиляються й гойдаються з журбою,&lt;br /&gt;</w:t>
        <w:br/>
        <w:t>у стовбурі зітхають, і гудуть,&lt;br /&gt;</w:t>
        <w:br/>
        <w:t>і ронять бризками свій плач на труп.</w:t>
      </w:r>
    </w:p>
    <w:p>
      <w:r>
        <w:br/>
        <w:t>86</w:t>
      </w:r>
    </w:p>
    <w:p>
      <w:r>
        <w:br/>
        <w:t>Вам пісню проспівав я героїчну,&lt;br /&gt;</w:t>
        <w:br/>
        <w:t>важкі міщани й темні, як земля!&lt;br /&gt;</w:t>
        <w:br/>
        <w:t>Ви єсть і будете живі одвічно,&lt;br /&gt;</w:t>
        <w:br/>
        <w:t>як ніч похмура, мати сонця-дня.&lt;br /&gt;</w:t>
        <w:br/>
        <w:t>Ви — ґрунт: і пахнете землею, гноєм,&lt;br /&gt;</w:t>
        <w:br/>
        <w:t>аби із вас омитая росою&lt;br /&gt;</w:t>
        <w:br/>
        <w:t>пшениця встала колосом густим&lt;br /&gt;</w:t>
        <w:br/>
        <w:t>і розлилася сонцем золотим.</w:t>
      </w:r>
    </w:p>
    <w:p>
      <w:r>
        <w:br/>
        <w:t>87</w:t>
      </w:r>
    </w:p>
    <w:p>
      <w:r>
        <w:br/>
        <w:t>Ви єсть, того мене на світлі гори&lt;br /&gt;</w:t>
        <w:br/>
        <w:t>од вас несе розкрилена душа,&lt;br /&gt;</w:t>
        <w:br/>
        <w:t>бо тільки ваші сили нерухомі&lt;br /&gt;</w:t>
        <w:br/>
        <w:t>дають пізнати лет у небеса.&lt;br /&gt;</w:t>
        <w:br/>
        <w:t>Та й небо нам, як спинимось у льоті,&lt;br /&gt;</w:t>
        <w:br/>
        <w:t>одразу стане вашим духом сльотним, —&lt;br /&gt;</w:t>
        <w:br/>
        <w:t>і через те в небесний океан&lt;br /&gt;</w:t>
        <w:br/>
        <w:t>летить мій дух і руху не спиня!</w:t>
      </w:r>
    </w:p>
    <w:p>
      <w:r>
        <w:br/>
        <w:t>88</w:t>
      </w:r>
    </w:p>
    <w:p>
      <w:r>
        <w:br/>
        <w:t>Міщани! Ви тупая смерті сило,&lt;br /&gt;</w:t>
        <w:br/>
        <w:t>що валом прокотила через світ&lt;br /&gt;</w:t>
        <w:br/>
        <w:t>і задавила все, що зупинилось,&lt;br /&gt;</w:t>
        <w:br/>
        <w:t>та й заніміла, сіра, мов ґраніт…&lt;br /&gt;</w:t>
        <w:br/>
        <w:t>Ви дзеркало космічного стремління,&lt;br /&gt;</w:t>
        <w:br/>
        <w:t>куди травинка глянула весіння, —&lt;br /&gt;</w:t>
        <w:br/>
        <w:t>і через те в небесний океан&lt;br /&gt;</w:t>
        <w:br/>
        <w:t>летить мій дух і руху не спиня!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Міщани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