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Минаючи мов сон або старе кіно...</w:t>
      </w:r>
    </w:p>
    <w:p>
      <w:r>
        <w:br/>
        <w:t xml:space="preserve"> &lt;blockquote&gt;Вікторові Морозову&lt;/blockquote&gt;&lt;br /&gt;</w:t>
        <w:br/>
        <w:t>Минаючи мов сон або старе кіно,&lt;br /&gt;</w:t>
        <w:br/>
        <w:t>ідуть легкі дощі всесвітньої печалі.&lt;br /&gt;</w:t>
        <w:br/>
        <w:t>Кружляє чорний диск і пахне свіжим чаєм,&lt;br /&gt;</w:t>
        <w:br/>
        <w:t>і світиться у ніч одним-одне вікно.</w:t>
      </w:r>
    </w:p>
    <w:p>
      <w:r>
        <w:br/>
        <w:t>Це шурхотіння слів і втомлених речей,&lt;br /&gt;</w:t>
        <w:br/>
        <w:t>ці жести, що ростуть і тануть неквапливо,&lt;br /&gt;</w:t>
        <w:br/>
        <w:t>утворюють на мить дорогоцінне шкливо,&lt;br /&gt;</w:t>
        <w:br/>
        <w:t>в той час, коли усе, без сумніву, тече.</w:t>
      </w:r>
    </w:p>
    <w:p>
      <w:r>
        <w:br/>
        <w:t>І, може, саме так збувається "т е п е р", —&lt;br /&gt;</w:t>
        <w:br/>
        <w:t>у снах або дощах, поезіях чи кінах,&lt;br /&gt;</w:t>
        <w:br/>
        <w:t>у мандрах по чужих та рідних українах,&lt;br /&gt;</w:t>
        <w:br/>
        <w:t>у всьому, що собі народжує т е б 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Минаючи мов сон або старе кіно...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