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Микита Кожум'яка</w:t>
      </w:r>
    </w:p>
    <w:p>
      <w:r>
        <w:br/>
        <w:t xml:space="preserve"> Убивши князя Святослава,&lt;br /&gt;</w:t>
        <w:br/>
        <w:t>Печеніги раз у раз&lt;br /&gt;</w:t>
        <w:br/>
        <w:t>Йдуть ордою на Вкраїну,&lt;br /&gt;</w:t>
        <w:br/>
        <w:t>Раз у раз грабують нас</w:t>
      </w:r>
    </w:p>
    <w:p>
      <w:r>
        <w:br/>
        <w:t>І тепер їх шатра сірі&lt;br /&gt;</w:t>
        <w:br/>
        <w:t>Вкрили луг над Трубежем,&lt;br /&gt;</w:t>
        <w:br/>
        <w:t>Печеніги знов з'явились&lt;br /&gt;</w:t>
        <w:br/>
        <w:t>І погрожують мечем.</w:t>
      </w:r>
    </w:p>
    <w:p>
      <w:r>
        <w:br/>
        <w:t>Наші ждуть. Але боїться&lt;br /&gt;</w:t>
        <w:br/>
        <w:t>Печенізький хан іти,&lt;br /&gt;</w:t>
        <w:br/>
        <w:t>Йому хочеться без бою&lt;br /&gt;</w:t>
        <w:br/>
        <w:t>Перемоги досягти.</w:t>
      </w:r>
    </w:p>
    <w:p>
      <w:r>
        <w:br/>
        <w:t>Є один вояк у його&lt;br /&gt;</w:t>
        <w:br/>
        <w:t>Втроє дужчий за вола...&lt;br /&gt;</w:t>
        <w:br/>
        <w:t>"Хай він б'ється", — хан хитрує&lt;br /&gt;</w:t>
        <w:br/>
        <w:t>І до князя шле посла.</w:t>
      </w:r>
    </w:p>
    <w:p>
      <w:r>
        <w:br/>
        <w:t>"Чи не викличем ми, князю,&lt;br /&gt;</w:t>
        <w:br/>
        <w:t>Гніву праведних богів,&lt;br /&gt;</w:t>
        <w:br/>
        <w:t>Коли річку почервоним&lt;br /&gt;</w:t>
        <w:br/>
        <w:t>Кров'ю наших вояків?!</w:t>
      </w:r>
    </w:p>
    <w:p>
      <w:r>
        <w:br/>
        <w:t>Краще ми розв'яжем сварку&lt;br /&gt;</w:t>
        <w:br/>
        <w:t>Славним герцем двох борців:&lt;br /&gt;</w:t>
        <w:br/>
        <w:t>Коли твій борець подужа,&lt;br /&gt;</w:t>
        <w:br/>
        <w:t>Я скорюся без боїв".</w:t>
      </w:r>
    </w:p>
    <w:p>
      <w:r>
        <w:br/>
        <w:t>Князь погодивсь, і звелів він&lt;br /&gt;</w:t>
        <w:br/>
        <w:t>Найсильнішого знайти...&lt;br /&gt;</w:t>
        <w:br/>
        <w:t>Та на герць ніхто в державі&lt;br /&gt;</w:t>
        <w:br/>
        <w:t>Не зважається піти.</w:t>
      </w:r>
    </w:p>
    <w:p>
      <w:r>
        <w:br/>
        <w:t>Засмутився Володимир...&lt;br /&gt;</w:t>
        <w:br/>
        <w:t>Аж прийшов якийсь дідусь:&lt;br /&gt;</w:t>
        <w:br/>
        <w:t>"Син побореться, мій князю,&lt;br /&gt;</w:t>
        <w:br/>
        <w:t>І поборе, побожусь.</w:t>
      </w:r>
    </w:p>
    <w:p>
      <w:r>
        <w:br/>
        <w:t>З ним колись ми посварились,&lt;br /&gt;</w:t>
        <w:br/>
        <w:t>Пам'ятаю, як тепер,&lt;br /&gt;</w:t>
        <w:br/>
        <w:t>М'яв він шкуру, так, повіриш,&lt;br /&gt;</w:t>
        <w:br/>
        <w:t>Спересердя всю роздер".</w:t>
      </w:r>
    </w:p>
    <w:p>
      <w:r>
        <w:br/>
        <w:t>Привели до князя хлопця:&lt;br /&gt;</w:t>
        <w:br/>
        <w:t>Соромливий, мовчазний,&lt;br /&gt;</w:t>
        <w:br/>
        <w:t>Невисокого і зросту,&lt;br /&gt;</w:t>
        <w:br/>
        <w:t>Хоч доволі кремезний.</w:t>
      </w:r>
    </w:p>
    <w:p>
      <w:r>
        <w:br/>
        <w:t>"Може, хочеш, князю,&lt;br /&gt;</w:t>
        <w:br/>
        <w:t>Чи міцна моя рука,&lt;br /&gt;</w:t>
        <w:br/>
        <w:t>Роздражніть на пробу жаром&lt;br /&gt;</w:t>
        <w:br/>
        <w:t>Найсильнішого бика".</w:t>
      </w:r>
    </w:p>
    <w:p>
      <w:r>
        <w:br/>
        <w:t>Роздражнили. Бик на хлопця,&lt;br /&gt;</w:t>
        <w:br/>
        <w:t>Але той схопив за бік&lt;br /&gt;</w:t>
        <w:br/>
        <w:t>І кавалок м'яса вирвав...&lt;br /&gt;</w:t>
        <w:br/>
        <w:t>Бик упав і кров'ю стік.</w:t>
      </w:r>
    </w:p>
    <w:p>
      <w:r>
        <w:br/>
        <w:t>"Добре!" — князь сказав до хлопця,&lt;br /&gt;</w:t>
        <w:br/>
        <w:t>А військам своїм звелів,&lt;br /&gt;</w:t>
        <w:br/>
        <w:t>Щоб озброїлись і ждали&lt;br /&gt;</w:t>
        <w:br/>
        <w:t>Щохвилини ворогів.</w:t>
      </w:r>
    </w:p>
    <w:p>
      <w:r>
        <w:br/>
        <w:t>Третій довгий день минає&lt;br /&gt;</w:t>
        <w:br/>
        <w:t>І ідуть борці на бій,&lt;br /&gt;</w:t>
        <w:br/>
        <w:t>Князь і хан собі гадають:&lt;br /&gt;</w:t>
        <w:br/>
        <w:t>"Хто поборе — твій чи мій?!"</w:t>
      </w:r>
    </w:p>
    <w:p>
      <w:r>
        <w:br/>
        <w:t>Печеніг угледів хлопця&lt;br /&gt;</w:t>
        <w:br/>
        <w:t>І сміється: "От, дурне,&lt;br /&gt;</w:t>
        <w:br/>
        <w:t>Подолати, побороти&lt;br /&gt;</w:t>
        <w:br/>
        <w:t>Воно думає мене!!"</w:t>
      </w:r>
    </w:p>
    <w:p>
      <w:r>
        <w:br/>
        <w:t>Не злякався Кожум'яка&lt;br /&gt;</w:t>
        <w:br/>
        <w:t>І боротися почав.&lt;br /&gt;</w:t>
        <w:br/>
        <w:t>Повертав борця і важив,&lt;br /&gt;</w:t>
        <w:br/>
        <w:t>Потім, наче кожу, м'яв.</w:t>
      </w:r>
    </w:p>
    <w:p>
      <w:r>
        <w:br/>
        <w:t>І нарешті, наче бочку,&lt;br /&gt;</w:t>
        <w:br/>
        <w:t>Ухопив і кинув вмить.&lt;br /&gt;</w:t>
        <w:br/>
        <w:t>На землі без руху мертвий&lt;br /&gt;</w:t>
        <w:br/>
        <w:t>Печеніг-борець лежить.</w:t>
      </w:r>
    </w:p>
    <w:p>
      <w:r>
        <w:br/>
        <w:t>І на тім славетнім місці,&lt;br /&gt;</w:t>
        <w:br/>
        <w:t>Де страшний борець упав,&lt;br /&gt;</w:t>
        <w:br/>
        <w:t>На тім місці Володимир&lt;br /&gt;</w:t>
        <w:br/>
        <w:t>Переяслав збудував.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Микита Кожум'яка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