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Микита Кожум'яка</w:t>
      </w:r>
    </w:p>
    <w:p>
      <w:r>
        <w:br/>
        <w:t xml:space="preserve"> Ген за Дніпром вогні горять —&lt;br /&gt;</w:t>
        <w:br/>
        <w:t>сторожові дими димлять.</w:t>
      </w:r>
    </w:p>
    <w:p>
      <w:r>
        <w:br/>
        <w:t>Під копитом земля дрижить —&lt;br /&gt;</w:t>
        <w:br/>
        <w:t>на княжий двір гонець летить.</w:t>
      </w:r>
    </w:p>
    <w:p>
      <w:r>
        <w:br/>
        <w:t>"Князю, князю, орда іде!&lt;br /&gt;</w:t>
        <w:br/>
        <w:t>Сам хан Омер її веде!&lt;br /&gt;</w:t>
        <w:br/>
        <w:t>Гей, дружинники, до бою&lt;br /&gt;</w:t>
        <w:br/>
        <w:t>печеніги за Сулою!"</w:t>
      </w:r>
    </w:p>
    <w:p>
      <w:r>
        <w:br/>
        <w:t>Забив, загув на сполох дзвін —&lt;br /&gt;</w:t>
        <w:br/>
        <w:t>киян до зброї кличе він.</w:t>
      </w:r>
    </w:p>
    <w:p>
      <w:r>
        <w:br/>
        <w:t>Тремтить Гора, здригнув Поділ —&lt;br /&gt;</w:t>
        <w:br/>
        <w:t>усе стривожилось навкіл.</w:t>
      </w:r>
    </w:p>
    <w:p>
      <w:r>
        <w:br/>
        <w:t>А в цей час у княжім замку&lt;br /&gt;</w:t>
        <w:br/>
        <w:t>князь вітав послів-чужинців,&lt;br /&gt;</w:t>
        <w:br/>
        <w:t>трьох батирів печенізьких,&lt;br /&gt;</w:t>
        <w:br/>
        <w:t>хитрооких мурз-ординців.</w:t>
      </w:r>
    </w:p>
    <w:p>
      <w:r>
        <w:br/>
        <w:t>З ним — бояри... Посмутнілі,&lt;br /&gt;</w:t>
        <w:br/>
        <w:t>мов осіння ніч, похмурі.&lt;br /&gt;</w:t>
        <w:br/>
        <w:t>Та й сам князь сидить на троні&lt;br /&gt;</w:t>
        <w:br/>
        <w:t>у печалі, у зажурі.</w:t>
      </w:r>
    </w:p>
    <w:p>
      <w:r>
        <w:br/>
        <w:t>Лиш посли стоять пихато,&lt;br /&gt;</w:t>
        <w:br/>
        <w:t>мов боввани темноликі.&lt;br /&gt;</w:t>
        <w:br/>
        <w:t>Опанчі на них бебряні,&lt;br /&gt;</w:t>
        <w:br/>
        <w:t>на ногах — цупкі чирики.</w:t>
      </w:r>
    </w:p>
    <w:p>
      <w:r>
        <w:br/>
        <w:t>Ось один — Абу на ймення —&lt;br /&gt;</w:t>
        <w:br/>
        <w:t>наперед виходить сміло.&lt;br /&gt;</w:t>
        <w:br/>
        <w:t>"Князю, ми тут цілий тиждень,&lt;br /&gt;</w:t>
        <w:br/>
        <w:t>тож пора кінчати діло!</w:t>
      </w:r>
    </w:p>
    <w:p>
      <w:r>
        <w:br/>
        <w:t>Чи даєш княжну Чеславу&lt;br /&gt;</w:t>
        <w:br/>
        <w:t>хану нашому Омеру,&lt;br /&gt;</w:t>
        <w:br/>
        <w:t>а за нею віно красне —&lt;br /&gt;</w:t>
        <w:br/>
        <w:t>землю Сіверську й Тиверу?</w:t>
      </w:r>
    </w:p>
    <w:p>
      <w:r>
        <w:br/>
        <w:t>Ми сьогодні від'їжджаєм.&lt;br /&gt;</w:t>
        <w:br/>
        <w:t>Що ж нам ханові сказати?&lt;br /&gt;</w:t>
        <w:br/>
        <w:t>Чи у мирі будем жити,&lt;br /&gt;</w:t>
        <w:br/>
        <w:t>а чи будем воювати?"</w:t>
      </w:r>
    </w:p>
    <w:p>
      <w:r>
        <w:br/>
        <w:t>"Це погроза? Геть їх звідси!" —&lt;br /&gt;</w:t>
        <w:br/>
        <w:t>сколихнулися бояри.&lt;br /&gt;</w:t>
        <w:br/>
        <w:t>Та підвівся князь — і зразу&lt;br /&gt;</w:t>
        <w:br/>
        <w:t>стихли гнівні крики й свари.</w:t>
      </w:r>
    </w:p>
    <w:p>
      <w:r>
        <w:br/>
        <w:t>"Хан Омер — могутній владар.&lt;br /&gt;</w:t>
        <w:br/>
        <w:t>З ним би любо поріднитись.&lt;br /&gt;</w:t>
        <w:br/>
        <w:t>Краще жити нам у мирі,&lt;br /&gt;</w:t>
        <w:br/>
        <w:t>ніж у полі збройно битись!</w:t>
      </w:r>
    </w:p>
    <w:p>
      <w:r>
        <w:br/>
        <w:t>Та не знаю, що він хоче,—&lt;br /&gt;</w:t>
        <w:br/>
        <w:t>чи князівну в жони взяти,&lt;br /&gt;</w:t>
        <w:br/>
        <w:t>чи пів нашої держави —&lt;br /&gt;</w:t>
        <w:br/>
        <w:t>аж до Києва— відтяти!"</w:t>
      </w:r>
    </w:p>
    <w:p>
      <w:r>
        <w:br/>
        <w:t>Посміхнувсь Абу зловісно,&lt;br /&gt;</w:t>
        <w:br/>
        <w:t>хижо глипнув чорним оком.&lt;br /&gt;</w:t>
        <w:br/>
        <w:t>"Ти ще, князю, пожалкуєш&lt;br /&gt;</w:t>
        <w:br/>
        <w:t>за таким немудрим кроком!</w:t>
      </w:r>
    </w:p>
    <w:p>
      <w:r>
        <w:br/>
        <w:t>Чи забув, як наші коні&lt;br /&gt;</w:t>
        <w:br/>
        <w:t>понад Либіддю іржали?.."&lt;br /&gt;</w:t>
        <w:br/>
        <w:t>Раптом двері розчинились —&lt;br /&gt;</w:t>
        <w:br/>
        <w:t>і вліта гонець до зали.</w:t>
      </w:r>
    </w:p>
    <w:p>
      <w:r>
        <w:br/>
        <w:t>"Князю, князю, Омер іде!&lt;br /&gt;</w:t>
        <w:br/>
        <w:t>Омер іде — орду веде!&lt;br /&gt;</w:t>
        <w:br/>
        <w:t>Підіймай киян до бою —&lt;br /&gt;</w:t>
        <w:br/>
        <w:t>печеніги за Сулою!"&lt;br /&gt;</w:t>
        <w:br/>
        <w:t>Стало моторошно й тихо.&lt;br /&gt;</w:t>
        <w:br/>
        <w:t>Князь поблід. А вої знатні,&lt;br /&gt;</w:t>
        <w:br/>
        <w:t>тяжко вражені, схопились&lt;br /&gt;</w:t>
        <w:br/>
        <w:t>за мечі свої булатні.</w:t>
      </w:r>
    </w:p>
    <w:p>
      <w:r>
        <w:br/>
        <w:t>Потім разом печенігів&lt;br /&gt;</w:t>
        <w:br/>
        <w:t>обступили, оточили&lt;br /&gt;</w:t>
        <w:br/>
        <w:t>і, не тямлячись од люті,&lt;br /&gt;</w:t>
        <w:br/>
        <w:t>струсонули їх щосили.</w:t>
      </w:r>
    </w:p>
    <w:p>
      <w:r>
        <w:br/>
        <w:t>Та Абу здвигнув плечима —&lt;br /&gt;</w:t>
        <w:br/>
        <w:t>розметав усіх, як буря.&lt;br /&gt;</w:t>
        <w:br/>
        <w:t>А гінця схопив обіруч&lt;br /&gt;</w:t>
        <w:br/>
        <w:t>у вікно, мов куль, пожбурив.</w:t>
      </w:r>
    </w:p>
    <w:p>
      <w:r>
        <w:br/>
        <w:t>Рама вилетіла з тріском,&lt;br /&gt;</w:t>
        <w:br/>
        <w:t>скло розбилось кольорове&lt;br /&gt;</w:t>
        <w:br/>
        <w:t>і Абу плигнув із зали&lt;br /&gt;</w:t>
        <w:br/>
        <w:t>на подвір'я моріжкове.</w:t>
      </w:r>
    </w:p>
    <w:p>
      <w:r>
        <w:br/>
        <w:t>Вздрів коня — на спину скочив,&lt;br /&gt;</w:t>
        <w:br/>
        <w:t>поводи зірвавши з плота,&lt;br /&gt;</w:t>
        <w:br/>
        <w:t>і, як вихор, з міста вимчав&lt;br /&gt;</w:t>
        <w:br/>
        <w:t>крізь прочинені ворота...</w:t>
      </w:r>
    </w:p>
    <w:p>
      <w:r>
        <w:br/>
        <w:t>Тим часом на Подолі,&lt;br /&gt;</w:t>
        <w:br/>
        <w:t>в старій курній чинбарні,&lt;br /&gt;</w:t>
        <w:br/>
        <w:t>до бою споряджались&lt;br /&gt;</w:t>
        <w:br/>
        <w:t>три кожум'яки гарні.&lt;br /&gt;</w:t>
        <w:br/>
        <w:t>Були всі троє красені:&lt;br /&gt;</w:t>
        <w:br/>
        <w:t>стрункі, неначе ясені,&lt;br /&gt;</w:t>
        <w:br/>
        <w:t>гнучкі, мов луки бойові,&lt;br /&gt;</w:t>
        <w:br/>
        <w:t>міцні, як тури степові.</w:t>
      </w:r>
    </w:p>
    <w:p>
      <w:r>
        <w:br/>
        <w:t>Найстарший — Сава — з виду&lt;br /&gt;</w:t>
        <w:br/>
        <w:t>поважний та суворий.&lt;br /&gt;</w:t>
        <w:br/>
        <w:t>Микола — середульший —&lt;br /&gt;</w:t>
        <w:br/>
        <w:t>гарячкуватий, скорий.</w:t>
      </w:r>
    </w:p>
    <w:p>
      <w:r>
        <w:br/>
        <w:t>А третій брат, Микита,&lt;br /&gt;</w:t>
        <w:br/>
        <w:t>усміхнений, ласкавий,&lt;br /&gt;</w:t>
        <w:br/>
        <w:t>стоїть, шолом натягши&lt;br /&gt;</w:t>
        <w:br/>
        <w:t>на чуб свій кучерявий.</w:t>
      </w:r>
    </w:p>
    <w:p>
      <w:r>
        <w:br/>
        <w:t>Тут мати прилетіла.&lt;br /&gt;</w:t>
        <w:br/>
        <w:t>Немов голубка біла,&lt;br /&gt;</w:t>
        <w:br/>
        <w:t>до меншого припала —&lt;br /&gt;</w:t>
        <w:br/>
        <w:t>на грудях заніміла.</w:t>
      </w:r>
    </w:p>
    <w:p>
      <w:r>
        <w:br/>
        <w:t>"Князь повелів узяти&lt;br /&gt;</w:t>
        <w:br/>
        <w:t>по двоє ж тільки з хати.&lt;br /&gt;</w:t>
        <w:br/>
        <w:t>А ти, старий, надумав&lt;br /&gt;</w:t>
        <w:br/>
        <w:t>усіх синів забрати!"</w:t>
      </w:r>
    </w:p>
    <w:p>
      <w:r>
        <w:br/>
        <w:t>Чинбар пошкріб за вухом,&lt;br /&gt;</w:t>
        <w:br/>
        <w:t>суворий погляд кинув.&lt;br /&gt;</w:t>
        <w:br/>
        <w:t>"А й справді — жалко матір:&lt;br /&gt;</w:t>
        <w:br/>
        <w:t>лишайся вдома, сину!</w:t>
      </w:r>
    </w:p>
    <w:p>
      <w:r>
        <w:br/>
        <w:t>Сідай лишень до чану —&lt;br /&gt;</w:t>
        <w:br/>
        <w:t>мни шкури помаленьку&lt;br /&gt;</w:t>
        <w:br/>
        <w:t>та бережи хатину&lt;br /&gt;</w:t>
        <w:br/>
        <w:t>і нашу матір-неньку!"&lt;br /&gt;</w:t>
        <w:br/>
        <w:t>Микита аж стенувся&lt;br /&gt;</w:t>
        <w:br/>
        <w:t>і на виду змінився.&lt;br /&gt;</w:t>
        <w:br/>
        <w:t>"Хіба я з глузду з'їхав,&lt;br /&gt;</w:t>
        <w:br/>
        <w:t>щоб дома залишився?</w:t>
      </w:r>
    </w:p>
    <w:p>
      <w:r>
        <w:br/>
        <w:t>Я теж піду із вами!" —&lt;br /&gt;</w:t>
        <w:br/>
        <w:t>говорить сумовито.&lt;br /&gt;</w:t>
        <w:br/>
        <w:t>Та батько гримнув: "Годі!&lt;br /&gt;</w:t>
        <w:br/>
        <w:t>Не сердь мене, Микито!</w:t>
      </w:r>
    </w:p>
    <w:p>
      <w:r>
        <w:br/>
        <w:t>Ти ж бачиш — нас аж троє&lt;br /&gt;</w:t>
        <w:br/>
        <w:t>іде з одної хати.&lt;br /&gt;</w:t>
        <w:br/>
        <w:t>Таже і вдома треба&lt;br /&gt;</w:t>
        <w:br/>
        <w:t>комусь хазяйнувати!"</w:t>
      </w:r>
    </w:p>
    <w:p>
      <w:r>
        <w:br/>
        <w:t>Микита настовбурчивсь,&lt;br /&gt;</w:t>
        <w:br/>
        <w:t>спустивши очі долу.&lt;br /&gt;</w:t>
        <w:br/>
        <w:t>"Ну, то й лишайте, тату,&lt;br /&gt;</w:t>
        <w:br/>
        <w:t>хоч Саву, хоч Миколу!"</w:t>
      </w:r>
    </w:p>
    <w:p>
      <w:r>
        <w:br/>
        <w:t>"Ха-ха! — скипів Микола.—&lt;br /&gt;</w:t>
        <w:br/>
        <w:t>Дивись — який вояка&lt;br /&gt;</w:t>
        <w:br/>
        <w:t>наш богатир славетний&lt;br /&gt;</w:t>
        <w:br/>
        <w:t>Микита Кожум'яка!"</w:t>
      </w:r>
    </w:p>
    <w:p>
      <w:r>
        <w:br/>
        <w:t>"Сиди, братуню, вдома:&lt;br /&gt;</w:t>
        <w:br/>
        <w:t>ще мало каші виїв!&lt;br /&gt;</w:t>
        <w:br/>
        <w:t>Вже якось там без тебе&lt;br /&gt;</w:t>
        <w:br/>
        <w:t>захистимо ми Київ!</w:t>
      </w:r>
    </w:p>
    <w:p>
      <w:r>
        <w:br/>
        <w:t>Одна у тебе слава —&lt;br /&gt;</w:t>
        <w:br/>
        <w:t>чуприна кучерява..&lt;br /&gt;</w:t>
        <w:br/>
        <w:t>Та сила ж не у чубі!" —&lt;br /&gt;</w:t>
        <w:br/>
        <w:t>додав похмуро Сава.&lt;br /&gt;</w:t>
        <w:br/>
        <w:t>Розгнівався Микита,&lt;br /&gt;</w:t>
        <w:br/>
        <w:t>та не вступив у спірку.&lt;br /&gt;</w:t>
        <w:br/>
        <w:t>Лише бичачу шкуру&lt;br /&gt;</w:t>
        <w:br/>
        <w:t>роздер, немов ганчірку.</w:t>
      </w:r>
    </w:p>
    <w:p>
      <w:r>
        <w:br/>
        <w:t>А потім бочку солі&lt;br /&gt;</w:t>
        <w:br/>
        <w:t>схопив, як лантух пір'я,&lt;br /&gt;</w:t>
        <w:br/>
        <w:t>підняв перед собою&lt;br /&gt;</w:t>
        <w:br/>
        <w:t>і виніс на подвір'я.</w:t>
      </w:r>
    </w:p>
    <w:p>
      <w:r>
        <w:br/>
        <w:t>А сам лиш посміхнувся:&lt;br /&gt;</w:t>
        <w:br/>
        <w:t>"Ану, внесіть, братове!"&lt;br /&gt;</w:t>
        <w:br/>
        <w:t>Брати аж остовпіли —&lt;br /&gt;</w:t>
        <w:br/>
        <w:t>не вимовлять і слова.</w:t>
      </w:r>
    </w:p>
    <w:p>
      <w:r>
        <w:br/>
        <w:t>Однак ту бочку солі&lt;br /&gt;</w:t>
        <w:br/>
        <w:t>обіруч ухопили.&lt;br /&gt;</w:t>
        <w:br/>
        <w:t>Та ба! Внести в чинбарню&lt;br /&gt;</w:t>
        <w:br/>
        <w:t>нема у хлопців сили!</w:t>
      </w:r>
    </w:p>
    <w:p>
      <w:r>
        <w:br/>
        <w:t>Тут батько їм на поміч&lt;br /&gt;</w:t>
        <w:br/>
        <w:t>прибіг — за бочку взявся.&lt;br /&gt;</w:t>
        <w:br/>
        <w:t>Та клята ані з місця,&lt;br /&gt;</w:t>
        <w:br/>
        <w:t>хоч як не силкувався!</w:t>
      </w:r>
    </w:p>
    <w:p>
      <w:r>
        <w:br/>
        <w:t>"Микито, гей, Микито,&lt;br /&gt;</w:t>
        <w:br/>
        <w:t>ти, бісова личино,&lt;br /&gt;</w:t>
        <w:br/>
        <w:t>нам зараз не до сміху!&lt;br /&gt;</w:t>
        <w:br/>
        <w:t>Як виніс, то й внеси-но!</w:t>
      </w:r>
    </w:p>
    <w:p>
      <w:r>
        <w:br/>
        <w:t>Дарма, що силу маєш,—&lt;br /&gt;</w:t>
        <w:br/>
        <w:t>ні на ступінь із дому!&lt;br /&gt;</w:t>
        <w:br/>
        <w:t>Сказав тобі — зостанься,&lt;br /&gt;</w:t>
        <w:br/>
        <w:t>то не переч старому!"&lt;br /&gt;</w:t>
        <w:br/>
        <w:t>І втрьох пішли до шляху,&lt;br /&gt;</w:t>
        <w:br/>
        <w:t>де рать ішла князівська.&lt;br /&gt;</w:t>
        <w:br/>
        <w:t>Там глухо стугоніла&lt;br /&gt;</w:t>
        <w:br/>
        <w:t>тверда земля подільська.</w:t>
      </w:r>
    </w:p>
    <w:p>
      <w:r>
        <w:br/>
        <w:t>Похнюпився Микита,&lt;br /&gt;</w:t>
        <w:br/>
        <w:t>похмуро сів під хату —&lt;br /&gt;</w:t>
        <w:br/>
        <w:t>і голову на руку&lt;br /&gt;</w:t>
        <w:br/>
        <w:t>схилив свою чубату.</w:t>
      </w:r>
    </w:p>
    <w:p>
      <w:r>
        <w:br/>
        <w:t>Дивився довго-довго&lt;br /&gt;</w:t>
        <w:br/>
        <w:t>на корогви та списи,&lt;br /&gt;</w:t>
        <w:br/>
        <w:t>що за рікою мріли,&lt;br /&gt;</w:t>
        <w:br/>
        <w:t>зникаючи у лісі.</w:t>
      </w:r>
    </w:p>
    <w:p>
      <w:r>
        <w:br/>
        <w:t>Зітхнув — та так, що стіни&lt;br /&gt;</w:t>
        <w:br/>
        <w:t>в хатині затремтіли...&lt;br /&gt;</w:t>
        <w:br/>
        <w:t>Коли це гульк — аж мати&lt;br /&gt;</w:t>
        <w:br/>
        <w:t>виносить лук і стріли.</w:t>
      </w:r>
    </w:p>
    <w:p>
      <w:r>
        <w:br/>
        <w:t>Та булаву залізну&lt;br /&gt;</w:t>
        <w:br/>
        <w:t>й меча, мов скло, ясного...&lt;br /&gt;</w:t>
        <w:br/>
        <w:t>Поклала сину в руки —&lt;br /&gt;</w:t>
        <w:br/>
        <w:t>схилилася до нього.</w:t>
      </w:r>
    </w:p>
    <w:p>
      <w:r>
        <w:br/>
        <w:t>Микита матір ніжно&lt;br /&gt;</w:t>
        <w:br/>
        <w:t>до серця пригортає —&lt;br /&gt;</w:t>
        <w:br/>
        <w:t>і навздогін за військом&lt;br /&gt;</w:t>
        <w:br/>
        <w:t>із двору поспішає...&lt;br /&gt;</w:t>
        <w:br/>
        <w:t>За Трубежем у полі —&lt;br /&gt;</w:t>
        <w:br/>
        <w:t>верблюди, коні, шатра&lt;br /&gt;</w:t>
        <w:br/>
        <w:t>За Трубежем у полі —&lt;br /&gt;</w:t>
        <w:br/>
        <w:t>палає димна ватра.</w:t>
      </w:r>
    </w:p>
    <w:p>
      <w:r>
        <w:br/>
        <w:t>То печеніги стали&lt;br /&gt;</w:t>
        <w:br/>
        <w:t>улусами на спочив.&lt;br /&gt;</w:t>
        <w:br/>
        <w:t>Коня на смерть загнавши,&lt;br /&gt;</w:t>
        <w:br/>
        <w:t>сюди Абу доскочив.</w:t>
      </w:r>
    </w:p>
    <w:p>
      <w:r>
        <w:br/>
        <w:t>В шатро велике ханське&lt;br /&gt;</w:t>
        <w:br/>
        <w:t>ввела його сторожа.&lt;br /&gt;</w:t>
        <w:br/>
        <w:t>Омер відкинув ковдру —&lt;br /&gt;</w:t>
        <w:br/>
        <w:t>підвівся хутко з ложа.</w:t>
      </w:r>
    </w:p>
    <w:p>
      <w:r>
        <w:br/>
        <w:t>Безвусий вид розплився&lt;br /&gt;</w:t>
        <w:br/>
        <w:t>у радісній усмішці.&lt;br /&gt;</w:t>
        <w:br/>
        <w:t>"Ойє! Салям, джигіте!&lt;br /&gt;</w:t>
        <w:br/>
        <w:t>А що — чи гарні вісті?"</w:t>
      </w:r>
    </w:p>
    <w:p>
      <w:r>
        <w:br/>
        <w:t>Абу вклонився низько,&lt;br /&gt;</w:t>
        <w:br/>
        <w:t>в дугу зігнувши тіло.&lt;br /&gt;</w:t>
        <w:br/>
        <w:t>"Володарю мій світлий,&lt;br /&gt;</w:t>
        <w:br/>
        <w:t>іди на Київ сміло!</w:t>
      </w:r>
    </w:p>
    <w:p>
      <w:r>
        <w:br/>
        <w:t>У князя війська мало:&lt;br /&gt;</w:t>
        <w:br/>
        <w:t>не встиг зібрати, хане!&lt;br /&gt;</w:t>
        <w:br/>
        <w:t>На трьох батирів наших&lt;br /&gt;</w:t>
        <w:br/>
        <w:t>лише два руси стане!&lt;br /&gt;</w:t>
        <w:br/>
        <w:t>Я в Києві розвідав&lt;br /&gt;</w:t>
        <w:br/>
        <w:t>усі таємні входи...&lt;br /&gt;</w:t>
        <w:br/>
        <w:t>Не втрать такої, хане,&lt;br /&gt;</w:t>
        <w:br/>
        <w:t>щасливої нагоди!"</w:t>
      </w:r>
    </w:p>
    <w:p>
      <w:r>
        <w:br/>
        <w:t>У хана заблищали&lt;br /&gt;</w:t>
        <w:br/>
        <w:t>брунатні хижі очі.&lt;br /&gt;</w:t>
        <w:br/>
        <w:t>"О інчалла! Хай будуть&lt;br /&gt;</w:t>
        <w:br/>
        <w:t>слова твої пророчі!</w:t>
      </w:r>
    </w:p>
    <w:p>
      <w:r>
        <w:br/>
        <w:t>Як милості аллаха,&lt;br /&gt;</w:t>
        <w:br/>
        <w:t>я їх чекав, джигіте!&lt;br /&gt;</w:t>
        <w:br/>
        <w:t>Ойє, бузи два роги&lt;br /&gt;</w:t>
        <w:br/>
        <w:t>батиру піднесіте!"&lt;br /&gt;</w:t>
        <w:br/>
        <w:t>В сідло хан скочив спритно —&lt;br /&gt;</w:t>
        <w:br/>
        <w:t>підвівся на стременах.&lt;br /&gt;</w:t>
        <w:br/>
        <w:t>Орда заколихалась&lt;br /&gt;</w:t>
        <w:br/>
        <w:t>у бунчуках, знаменах.</w:t>
      </w:r>
    </w:p>
    <w:p>
      <w:r>
        <w:br/>
        <w:t>З криком гучним&lt;br /&gt;</w:t>
        <w:br/>
        <w:t>рушила в путь,&lt;br /&gt;</w:t>
        <w:br/>
        <w:t>степ залила,&lt;br /&gt;</w:t>
        <w:br/>
        <w:t>мов каламуть.&lt;br /&gt;</w:t>
        <w:br/>
        <w:t>Никнуть гаї,&lt;br /&gt;</w:t>
        <w:br/>
        <w:t>стогнуть поля.&lt;br /&gt;</w:t>
        <w:br/>
        <w:t>Горе тобі,&lt;br /&gt;</w:t>
        <w:br/>
        <w:t>руська земля!&lt;br /&gt;</w:t>
        <w:br/>
        <w:t>Йдуть полки. Знамена мають.&lt;br /&gt;</w:t>
        <w:br/>
        <w:t>Чути запах полину.&lt;br /&gt;</w:t>
        <w:br/>
        <w:t>Чорні ворони кружляють,&lt;br /&gt;</w:t>
        <w:br/>
        <w:t>крячуть музику сумну.</w:t>
      </w:r>
    </w:p>
    <w:p>
      <w:r>
        <w:br/>
        <w:t>Небо синє, голубине.&lt;br /&gt;</w:t>
        <w:br/>
        <w:t>Справа — поле, зліва — ліс.&lt;br /&gt;</w:t>
        <w:br/>
        <w:t>Вдалину луною лине&lt;br /&gt;</w:t>
        <w:br/>
        <w:t>стук щитів і скрип коліс.</w:t>
      </w:r>
    </w:p>
    <w:p>
      <w:r>
        <w:br/>
        <w:t>В тихім раннім надвечір'ї&lt;br /&gt;</w:t>
        <w:br/>
        <w:t>по широкому підгір ю&lt;br /&gt;</w:t>
        <w:br/>
        <w:t>ген дружина розтяглась.&lt;br /&gt;</w:t>
        <w:br/>
        <w:t>Попереду їде князь.</w:t>
      </w:r>
    </w:p>
    <w:p>
      <w:r>
        <w:br/>
        <w:t>А позаду — юний лицар,&lt;br /&gt;</w:t>
        <w:br/>
        <w:t>тонкостанний, мов дівча.&lt;br /&gt;</w:t>
        <w:br/>
        <w:t>Панцир золотом іскриться,&lt;br /&gt;</w:t>
        <w:br/>
        <w:t>червоніє опанча.</w:t>
      </w:r>
    </w:p>
    <w:p>
      <w:r>
        <w:br/>
        <w:t>Дорога на ньому зброя.&lt;br /&gt;</w:t>
        <w:br/>
        <w:t>Кінь басує, ніби змій.&lt;br /&gt;</w:t>
        <w:br/>
        <w:t>"Хто це? Хто?" — питають вої.&lt;br /&gt;</w:t>
        <w:br/>
        <w:t>І не знають, хто такий.</w:t>
      </w:r>
    </w:p>
    <w:p>
      <w:r>
        <w:br/>
        <w:t>Раптом крики: ворог близько!&lt;br /&gt;</w:t>
        <w:br/>
        <w:t>Шелестить густа трава.&lt;br /&gt;</w:t>
        <w:br/>
        <w:t>То орда йде печенізька,&lt;br /&gt;</w:t>
        <w:br/>
        <w:t>наче хмара грозова.</w:t>
      </w:r>
    </w:p>
    <w:p>
      <w:r>
        <w:br/>
        <w:t>Скільки видно — червоніють&lt;br /&gt;</w:t>
        <w:br/>
        <w:t>круглі київські щити.&lt;br /&gt;</w:t>
        <w:br/>
        <w:t>Печеніги шаленіють —&lt;br /&gt;</w:t>
        <w:br/>
        <w:t>хочуть русів обійти.</w:t>
      </w:r>
    </w:p>
    <w:p>
      <w:r>
        <w:br/>
        <w:t>Вже в повітрі перші стріли&lt;br /&gt;</w:t>
        <w:br/>
        <w:t>продзижчали, просвистіли.&lt;br /&gt;</w:t>
        <w:br/>
        <w:t>Та з орди неждано хан&lt;br /&gt;</w:t>
        <w:br/>
        <w:t>виїжджає перед стан.</w:t>
      </w:r>
    </w:p>
    <w:p>
      <w:r>
        <w:br/>
        <w:t>Руками взявся в боки,&lt;br /&gt;</w:t>
        <w:br/>
        <w:t>примружив хитрі очі,&lt;br /&gt;</w:t>
        <w:br/>
        <w:t>"Ойє! До герцю стати&lt;br /&gt;</w:t>
        <w:br/>
        <w:t>чи є у вас охочі?</w:t>
      </w:r>
    </w:p>
    <w:p>
      <w:r>
        <w:br/>
        <w:t>Нехай батирі наші&lt;br /&gt;</w:t>
        <w:br/>
        <w:t>потішаться в двобої.&lt;br /&gt;</w:t>
        <w:br/>
        <w:t>Одна умова тільки —&lt;br /&gt;</w:t>
        <w:br/>
        <w:t>боротися без зброї!"</w:t>
      </w:r>
    </w:p>
    <w:p>
      <w:r>
        <w:br/>
        <w:t>Хан відступив. А в поле&lt;br /&gt;</w:t>
        <w:br/>
        <w:t>батир Абу виходить, —&lt;br /&gt;</w:t>
        <w:br/>
        <w:t>могутніми руками,&lt;br /&gt;</w:t>
        <w:br/>
        <w:t>мов клешнями, розводить.</w:t>
      </w:r>
    </w:p>
    <w:p>
      <w:r>
        <w:br/>
        <w:t>На ньому шаровари&lt;br /&gt;</w:t>
        <w:br/>
        <w:t>червоні, як шипшина,&lt;br /&gt;</w:t>
        <w:br/>
        <w:t>та вовною назовні&lt;br /&gt;</w:t>
        <w:br/>
        <w:t>овеча кожушина.</w:t>
      </w:r>
    </w:p>
    <w:p>
      <w:r>
        <w:br/>
        <w:t>Мовчать бояри-витязі.&lt;br /&gt;</w:t>
        <w:br/>
        <w:t>Блищать шоломи ковані.&lt;br /&gt;</w:t>
        <w:br/>
        <w:t>Сіяють злотом ретязі&lt;br /&gt;</w:t>
        <w:br/>
        <w:t>та панцирі гартовані.</w:t>
      </w:r>
    </w:p>
    <w:p>
      <w:r>
        <w:br/>
        <w:t>Князь хвилюється, чекає.&lt;br /&gt;</w:t>
        <w:br/>
        <w:t>Перед ним застигла рать.&lt;br /&gt;</w:t>
        <w:br/>
        <w:t>Та ніхто не виступає.&lt;br /&gt;</w:t>
        <w:br/>
        <w:t>Всі задумались. Мовчать.</w:t>
      </w:r>
    </w:p>
    <w:p>
      <w:r>
        <w:br/>
        <w:t>Відвертають хмурі лиця,&lt;br /&gt;</w:t>
        <w:br/>
        <w:t>гнівно стискують мечі.&lt;br /&gt;</w:t>
        <w:br/>
        <w:t>Опускає очі лицар&lt;br /&gt;</w:t>
        <w:br/>
        <w:t>у червоній опанчі.</w:t>
      </w:r>
    </w:p>
    <w:p>
      <w:r>
        <w:br/>
        <w:t>Раптом, скинувши шолома,&lt;br /&gt;</w:t>
        <w:br/>
        <w:t>ратник вийшов перед стрій.&lt;br /&gt;</w:t>
        <w:br/>
        <w:t>"В мене син є, князю, вдома, —&lt;br /&gt;</w:t>
        <w:br/>
        <w:t>ось хто став би на двобій!</w:t>
      </w:r>
    </w:p>
    <w:p>
      <w:r>
        <w:br/>
        <w:t>Зваж, яку він силу має,&lt;br /&gt;</w:t>
        <w:br/>
        <w:t>бочку солі піднімає,&lt;br /&gt;</w:t>
        <w:br/>
        <w:t>бичу шкуру сирову&lt;br /&gt;</w:t>
        <w:br/>
        <w:t>рве навпіл, як ту траву!</w:t>
      </w:r>
    </w:p>
    <w:p>
      <w:r>
        <w:br/>
        <w:t>Коб мені добрячі коні&lt;br /&gt;</w:t>
        <w:br/>
        <w:t>та заслона від погоні,&lt;br /&gt;</w:t>
        <w:br/>
        <w:t>я до Києва б гайнув —&lt;br /&gt;</w:t>
        <w:br/>
        <w:t>хутко з сином повернув!"</w:t>
      </w:r>
    </w:p>
    <w:p>
      <w:r>
        <w:br/>
        <w:t>Засіяли в князя очі.&lt;br /&gt;</w:t>
        <w:br/>
        <w:t>"Гей, найкращих скакунів&lt;br /&gt;</w:t>
        <w:br/>
        <w:t>приведіте! Щоб до ночі&lt;br /&gt;</w:t>
        <w:br/>
        <w:t>батько в Київ долетів!"&lt;br /&gt;</w:t>
        <w:br/>
        <w:t>На коня мерщій сідає&lt;br /&gt;</w:t>
        <w:br/>
        <w:t>кожум'яка-бородач,&lt;br /&gt;</w:t>
        <w:br/>
        <w:t>б'є під боки, поганяє —&lt;br /&gt;</w:t>
        <w:br/>
        <w:t>через поле мчить навскач.</w:t>
      </w:r>
    </w:p>
    <w:p>
      <w:r>
        <w:br/>
        <w:t>Коли гульк убік — аж бачить:&lt;br /&gt;</w:t>
        <w:br/>
        <w:t>хтось іде горбом крутим.&lt;br /&gt;</w:t>
        <w:br/>
        <w:t>Що за диво? Син неначе?&lt;br /&gt;</w:t>
        <w:br/>
        <w:t>Чи мана то перед ним?</w:t>
      </w:r>
    </w:p>
    <w:p>
      <w:r>
        <w:br/>
        <w:t>Справді — він... У сідла впали&lt;br /&gt;</w:t>
        <w:br/>
        <w:t>у князівський стан погнали.&lt;br /&gt;</w:t>
        <w:br/>
        <w:t>Тільки пил із-під копит&lt;br /&gt;</w:t>
        <w:br/>
        <w:t>затуманив білий світ.</w:t>
      </w:r>
    </w:p>
    <w:p>
      <w:r>
        <w:br/>
        <w:t>Стоять два війська в полі&lt;br /&gt;</w:t>
        <w:br/>
        <w:t>стіною до стіни.&lt;br /&gt;</w:t>
        <w:br/>
        <w:t>Стоять два війська в полі —&lt;br /&gt;</w:t>
        <w:br/>
        <w:t>двобою ждуть вони.</w:t>
      </w:r>
    </w:p>
    <w:p>
      <w:r>
        <w:br/>
        <w:t>Ось витязь печенізький,&lt;br /&gt;</w:t>
        <w:br/>
        <w:t>неначе клумака,&lt;br /&gt;</w:t>
        <w:br/>
        <w:t>звалив собі на плечі&lt;br /&gt;</w:t>
        <w:br/>
        <w:t>важенного бика.</w:t>
      </w:r>
    </w:p>
    <w:p>
      <w:r>
        <w:br/>
        <w:t>Пройшовся з ним по полю —&lt;br /&gt;</w:t>
        <w:br/>
        <w:t>та взяв і опустив.&lt;br /&gt;</w:t>
        <w:br/>
        <w:t>Увесь улус ординський&lt;br /&gt;</w:t>
        <w:br/>
        <w:t>що вже радів — аж вив!&lt;br /&gt;</w:t>
        <w:br/>
        <w:t>"Ойє, ойє! — лунало. —&lt;br /&gt;</w:t>
        <w:br/>
        <w:t>Гур-ра, Абу, гур-ра!&lt;br /&gt;</w:t>
        <w:br/>
        <w:t>Ти наш батир могутній,&lt;br /&gt;</w:t>
        <w:br/>
        <w:t>несхитний, мов гора!"</w:t>
      </w:r>
    </w:p>
    <w:p>
      <w:r>
        <w:br/>
        <w:t>Стоять — мовчать кияни.&lt;br /&gt;</w:t>
        <w:br/>
        <w:t>Микита теж мовчить.&lt;br /&gt;</w:t>
        <w:br/>
        <w:t>На нім кошуля біла&lt;br /&gt;</w:t>
        <w:br/>
        <w:t>на вітрі майорить.</w:t>
      </w:r>
    </w:p>
    <w:p>
      <w:r>
        <w:br/>
        <w:t>Брати позаду, батько,&lt;br /&gt;</w:t>
        <w:br/>
        <w:t>бояри і сам князь...&lt;br /&gt;</w:t>
        <w:br/>
        <w:t>Коли це десь ізбоку&lt;br /&gt;</w:t>
        <w:br/>
        <w:t>ударив тулумбас!</w:t>
      </w:r>
    </w:p>
    <w:p>
      <w:r>
        <w:br/>
        <w:t>І от запала тиша —&lt;br /&gt;</w:t>
        <w:br/>
        <w:t>почнеться зараз герць.&lt;br /&gt;</w:t>
        <w:br/>
        <w:t>Здається, в тиші чути&lt;br /&gt;</w:t>
        <w:br/>
        <w:t>удари тисяч серць.</w:t>
      </w:r>
    </w:p>
    <w:p>
      <w:r>
        <w:br/>
        <w:t>Зійшлись, мов дикі тури,&lt;br /&gt;</w:t>
        <w:br/>
        <w:t>Микита і Абу.&lt;br /&gt;</w:t>
        <w:br/>
        <w:t>Хто сміливий почати&lt;br /&gt;</w:t>
        <w:br/>
        <w:t>смертельну боротьбу?</w:t>
      </w:r>
    </w:p>
    <w:p>
      <w:r>
        <w:br/>
        <w:t>І ось Абу скидає&lt;br /&gt;</w:t>
        <w:br/>
        <w:t>кожух овечий свій&lt;br /&gt;</w:t>
        <w:br/>
        <w:t>зненацька, напівголий,&lt;br /&gt;</w:t>
        <w:br/>
        <w:t>вступає у двобій!</w:t>
      </w:r>
    </w:p>
    <w:p>
      <w:r>
        <w:br/>
        <w:t>Схопив Микиту міцно,&lt;br /&gt;</w:t>
        <w:br/>
        <w:t>здушив, немов удав.&lt;br /&gt;</w:t>
        <w:br/>
        <w:t>Та той, скрутнувши, вирвавсь&lt;br /&gt;</w:t>
        <w:br/>
        <w:t>і зразу сам напав.&lt;br /&gt;</w:t>
        <w:br/>
        <w:t>У ворогові плечі&lt;br /&gt;</w:t>
        <w:br/>
        <w:t>уп'явся, наче жук.&lt;br /&gt;</w:t>
        <w:br/>
        <w:t>Та 6а! В'юном вертлявим&lt;br /&gt;</w:t>
        <w:br/>
        <w:t>Абу порснув із рук!</w:t>
      </w:r>
    </w:p>
    <w:p>
      <w:r>
        <w:br/>
        <w:t>І тут збагнув Микита,&lt;br /&gt;</w:t>
        <w:br/>
        <w:t>чого Абу слизький:&lt;br /&gt;</w:t>
        <w:br/>
        <w:t>від пояса до шиї&lt;br /&gt;</w:t>
        <w:br/>
        <w:t>він вимастився в лій!</w:t>
      </w:r>
    </w:p>
    <w:p>
      <w:r>
        <w:br/>
        <w:t>Ну, як його схопити!&lt;br /&gt;</w:t>
        <w:br/>
        <w:t>Зате він сам, як рак,&lt;br /&gt;</w:t>
        <w:br/>
        <w:t>учепиться у тіло —&lt;br /&gt;</w:t>
        <w:br/>
        <w:t>не відірвеш ніяк!</w:t>
      </w:r>
    </w:p>
    <w:p>
      <w:r>
        <w:br/>
        <w:t>Гуде земля під ними,&lt;br /&gt;</w:t>
        <w:br/>
        <w:t>злітає вгору пил.&lt;br /&gt;</w:t>
        <w:br/>
        <w:t>В бійців здулись на шиях&lt;br /&gt;</w:t>
        <w:br/>
        <w:t>багрові пасма жил.</w:t>
      </w:r>
    </w:p>
    <w:p>
      <w:r>
        <w:br/>
        <w:t>Та ось Микита раптом&lt;br /&gt;</w:t>
        <w:br/>
        <w:t>спіткнувся — заточивсь.&lt;br /&gt;</w:t>
        <w:br/>
        <w:t>Абу на нього важко&lt;br /&gt;</w:t>
        <w:br/>
        <w:t>всім тілом наваливсь.</w:t>
      </w:r>
    </w:p>
    <w:p>
      <w:r>
        <w:br/>
        <w:t>Помалу гне донизу,&lt;br /&gt;</w:t>
        <w:br/>
        <w:t>гривастий, ніби лев.&lt;br /&gt;</w:t>
        <w:br/>
        <w:t>В орді зчинився галас,&lt;br /&gt;</w:t>
        <w:br/>
        <w:t>ізнявся дикий рев.&lt;br /&gt;</w:t>
        <w:br/>
        <w:t>— Абу, рвони його вперед!&lt;br /&gt;</w:t>
        <w:br/>
        <w:t>— Абу, зломи йому хребет!&lt;br /&gt;</w:t>
        <w:br/>
        <w:t>— Удар об землю! Вирви ноги!&lt;br /&gt;</w:t>
        <w:br/>
        <w:t>— Гур-ра! Звитяга! Перемога!&lt;br /&gt;</w:t>
        <w:br/>
        <w:t>Русичі в смутку застигли, хвилюються.&lt;br /&gt;</w:t>
        <w:br/>
        <w:t>Русичі мовчки до бою готуються.</w:t>
      </w:r>
    </w:p>
    <w:p>
      <w:r>
        <w:br/>
        <w:t>Лагодять зброю, змикають щити,&lt;br /&gt;</w:t>
        <w:br/>
        <w:t>щоб вороги не зуміли пройти!</w:t>
      </w:r>
    </w:p>
    <w:p>
      <w:r>
        <w:br/>
        <w:t>Тут із війська вирвався&lt;br /&gt;</w:t>
        <w:br/>
        <w:t>витязь у червоному.&lt;br /&gt;</w:t>
        <w:br/>
        <w:t>Князю рідне видиться&lt;br /&gt;</w:t>
        <w:br/>
        <w:t>в погляді знайомому.</w:t>
      </w:r>
    </w:p>
    <w:p>
      <w:r>
        <w:br/>
        <w:t>Дивиться з тривогою,&lt;br /&gt;</w:t>
        <w:br/>
        <w:t>страх перемагаючи.&lt;br /&gt;</w:t>
        <w:br/>
        <w:t>Витязь усміхається,&lt;br /&gt;</w:t>
        <w:br/>
        <w:t>свій шолом скидаючи.</w:t>
      </w:r>
    </w:p>
    <w:p>
      <w:r>
        <w:br/>
        <w:t>"Чеслава! Князівна! Ти де тут взялась?&lt;br /&gt;</w:t>
        <w:br/>
        <w:t>Куди ти, шалена?" — аж кинувся князь.&lt;br /&gt;</w:t>
        <w:br/>
        <w:t>"Чекай-но! Спинися! — гримлять голоси.&lt;br /&gt;</w:t>
        <w:br/>
        <w:t>Однак хлопцю духу вже не піддаси!"</w:t>
      </w:r>
    </w:p>
    <w:p>
      <w:r>
        <w:br/>
        <w:t>Та дівчина шпарко у поле біжить.&lt;br /&gt;</w:t>
        <w:br/>
        <w:t>Хвилясте волосся, мов шовк, майорить.&lt;br /&gt;</w:t>
        <w:br/>
        <w:t>"Тримайся, юначе, надіє моя!&lt;br /&gt;</w:t>
        <w:br/>
        <w:t>Поглянь — за тобою стоятиму я!"</w:t>
      </w:r>
    </w:p>
    <w:p>
      <w:r>
        <w:br/>
        <w:t>Микита князівну Чеславу впізнав.&lt;br /&gt;</w:t>
        <w:br/>
        <w:t>В очах його раптом вогонь запалав&lt;br /&gt;</w:t>
        <w:br/>
        <w:t>Де й сила взялася! Схопивши Абу,&lt;br /&gt;</w:t>
        <w:br/>
        <w:t>пожбурив од себе в ворожу юрбу!</w:t>
      </w:r>
    </w:p>
    <w:p>
      <w:r>
        <w:br/>
        <w:t>Та хан Омер гука: "Абу!&lt;br /&gt;</w:t>
        <w:br/>
        <w:t>Дивись — князівна там!&lt;br /&gt;</w:t>
        <w:br/>
        <w:t>Переможи — і я тобі&lt;br /&gt;</w:t>
        <w:br/>
        <w:t>її у жони дам!&lt;br /&gt;</w:t>
        <w:br/>
        <w:t>Та ще й наставлю на Русі&lt;br /&gt;</w:t>
        <w:br/>
        <w:t>намісником своїм!&lt;br /&gt;</w:t>
        <w:br/>
        <w:t>Лишень убий оте щеня,&lt;br /&gt;</w:t>
        <w:br/>
        <w:t>врази його, мов грім!"</w:t>
      </w:r>
    </w:p>
    <w:p>
      <w:r>
        <w:br/>
        <w:t>Абу метнувся наперед,&lt;br /&gt;</w:t>
        <w:br/>
        <w:t>страшні ручища звів —&lt;br /&gt;</w:t>
        <w:br/>
        <w:t>на Кожум'яку, наче барс,&lt;br /&gt;</w:t>
        <w:br/>
        <w:t>всім тілом напосів.</w:t>
      </w:r>
    </w:p>
    <w:p>
      <w:r>
        <w:br/>
        <w:t>Схопив обіруч — тисне, гне&lt;br /&gt;</w:t>
        <w:br/>
        <w:t>ще й ногу підставля.&lt;br /&gt;</w:t>
        <w:br/>
        <w:t>В очах Микитиних пливе,&lt;br /&gt;</w:t>
        <w:br/>
        <w:t>хитається земля.</w:t>
      </w:r>
    </w:p>
    <w:p>
      <w:r>
        <w:br/>
        <w:t>Ну, як би взяти так Абу,&lt;br /&gt;</w:t>
        <w:br/>
        <w:t>щоб з рук не вислизав?&lt;br /&gt;</w:t>
        <w:br/>
        <w:t>І він скрутнув — і разом з ним&lt;br /&gt;</w:t>
        <w:br/>
        <w:t>в густу пилюку впав.</w:t>
      </w:r>
    </w:p>
    <w:p>
      <w:r>
        <w:br/>
        <w:t>Абу простягся навзнаки.&lt;br /&gt;</w:t>
        <w:br/>
        <w:t>Схопився — як мара!&lt;br /&gt;</w:t>
        <w:br/>
        <w:t>Стоїть, брудний, віддалеки —&lt;br /&gt;</w:t>
        <w:br/>
        <w:t>пилюку обтира.</w:t>
      </w:r>
    </w:p>
    <w:p>
      <w:r>
        <w:br/>
        <w:t>А потім крикнув: "Бережись!&lt;br /&gt;</w:t>
        <w:br/>
        <w:t>Прийшов твій смертний час!"&lt;br /&gt;</w:t>
        <w:br/>
        <w:t>І ринувся на юнака,&lt;br /&gt;</w:t>
        <w:br/>
        <w:t>щоб задушити враз!</w:t>
      </w:r>
    </w:p>
    <w:p>
      <w:r>
        <w:br/>
        <w:t>Та той за боки як схопив —&lt;br /&gt;</w:t>
        <w:br/>
        <w:t>рвонув, підняв уверх&lt;br /&gt;</w:t>
        <w:br/>
        <w:t>і так здушив там, що в Абу&lt;br /&gt;</w:t>
        <w:br/>
        <w:t>в очах і світ померх.&lt;br /&gt;</w:t>
        <w:br/>
        <w:t>Замовк навіки печеніг.&lt;br /&gt;</w:t>
        <w:br/>
        <w:t>Вгорі, мов куль, повис.&lt;br /&gt;</w:t>
        <w:br/>
        <w:t>Тоді Микита швиргонув&lt;br /&gt;</w:t>
        <w:br/>
        <w:t>його від себе вниз.</w:t>
      </w:r>
    </w:p>
    <w:p>
      <w:r>
        <w:br/>
        <w:t>Печеніги вражені&lt;br /&gt;</w:t>
        <w:br/>
        <w:t>від страху здригнулися.&lt;br /&gt;</w:t>
        <w:br/>
        <w:t>Коні приострожені&lt;br /&gt;</w:t>
        <w:br/>
        <w:t>раптом зашпортнулися.</w:t>
      </w:r>
    </w:p>
    <w:p>
      <w:r>
        <w:br/>
        <w:t>Все в орді змішалося,&lt;br /&gt;</w:t>
        <w:br/>
        <w:t>мов у чорториєві.&lt;br /&gt;</w:t>
        <w:br/>
        <w:t>Ні, не бути ханові&lt;br /&gt;</w:t>
        <w:br/>
        <w:t>Стріли бризнули співучі&lt;br /&gt;</w:t>
        <w:br/>
        <w:t>з луків київських стрільців.&lt;br /&gt;</w:t>
        <w:br/>
        <w:t>владарем у Києві!&lt;br /&gt;</w:t>
        <w:br/>
        <w:t>Кінні витязі могучі&lt;br /&gt;</w:t>
        <w:br/>
        <w:t>впень січуть кочовиків.</w:t>
      </w:r>
    </w:p>
    <w:p>
      <w:r>
        <w:br/>
        <w:t>І назад подався ворог —&lt;br /&gt;</w:t>
        <w:br/>
        <w:t>топче шатра і вогні.&lt;br /&gt;</w:t>
        <w:br/>
        <w:t>Над ордою — дим і порох&lt;br /&gt;</w:t>
        <w:br/>
        <w:t>в голубій височині.</w:t>
      </w:r>
    </w:p>
    <w:p>
      <w:r>
        <w:br/>
        <w:t>Блискотять криві шаблюки,&lt;br /&gt;</w:t>
        <w:br/>
        <w:t>крешуть іскри об мечі.&lt;br /&gt;</w:t>
        <w:br/>
        <w:t>Аж дзвенять ординські луки,&lt;br /&gt;</w:t>
        <w:br/>
        <w:t>смерть на стрілах несучи.</w:t>
      </w:r>
    </w:p>
    <w:p>
      <w:r>
        <w:br/>
        <w:t>Та все дужче руські кличі&lt;br /&gt;</w:t>
        <w:br/>
        <w:t>потрясають далину.&lt;br /&gt;</w:t>
        <w:br/>
        <w:t>1 тоді хан стрілив двічі —&lt;br /&gt;</w:t>
        <w:br/>
        <w:t>в Кожум'яку і княжну.</w:t>
      </w:r>
    </w:p>
    <w:p>
      <w:r>
        <w:br/>
        <w:t>Знав, мерзенний, чим урусів&lt;br /&gt;</w:t>
        <w:br/>
        <w:t>захитати, зупинить!&lt;br /&gt;</w:t>
        <w:br/>
        <w:t>А тим часом із улусів&lt;br /&gt;</w:t>
        <w:br/>
        <w:t>допомога прилетить!</w:t>
      </w:r>
    </w:p>
    <w:p>
      <w:r>
        <w:br/>
        <w:t>Просвистіли чорні стріли,&lt;br /&gt;</w:t>
        <w:br/>
        <w:t>ніби шершні прогули...&lt;br /&gt;</w:t>
        <w:br/>
        <w:t>Та, на щастя, тих не вбили,&lt;br /&gt;</w:t>
        <w:br/>
        <w:t>в кого пущені були.</w:t>
      </w:r>
    </w:p>
    <w:p>
      <w:r>
        <w:br/>
        <w:t>Бо метнулися у поле&lt;br /&gt;</w:t>
        <w:br/>
        <w:t>простягли вперед щити&lt;br /&gt;</w:t>
        <w:br/>
        <w:t>хлопці — Сава і Микола,&lt;br /&gt;</w:t>
        <w:br/>
        <w:t>Кожум'ячині брати.</w:t>
      </w:r>
    </w:p>
    <w:p>
      <w:r>
        <w:br/>
        <w:t>І пішли вони стіною&lt;br /&gt;</w:t>
        <w:br/>
        <w:t>втрьох супроти ворогів.&lt;br /&gt;</w:t>
        <w:br/>
        <w:t>Кожум'яка булавою&lt;br /&gt;</w:t>
        <w:br/>
        <w:t>розметав степовиків.</w:t>
      </w:r>
    </w:p>
    <w:p>
      <w:r>
        <w:br/>
        <w:t>Вже ніщо не помагає:&lt;br /&gt;</w:t>
        <w:br/>
        <w:t>охопив ординців страх.&lt;br /&gt;</w:t>
        <w:br/>
        <w:t>За Трубіж орда тікає,&lt;br /&gt;</w:t>
        <w:br/>
        <w:t>за Сулу верстає шлях.</w:t>
      </w:r>
    </w:p>
    <w:p>
      <w:r>
        <w:br/>
        <w:t>Погубивши шатра, зброю,&lt;br /&gt;</w:t>
        <w:br/>
        <w:t>мчить вона у степ юрбою.&lt;br /&gt;</w:t>
        <w:br/>
        <w:t>Наче буря занесла&lt;br /&gt;</w:t>
        <w:br/>
        <w:t>печенігів аж до Псла!</w:t>
      </w:r>
    </w:p>
    <w:p>
      <w:r>
        <w:br/>
        <w:t>Спалахнули вогні над рікою —&lt;br /&gt;</w:t>
        <w:br/>
        <w:t>дими задиміли сині.&lt;br /&gt;</w:t>
        <w:br/>
        <w:t>Вертаються воїни з бою —&lt;br /&gt;</w:t>
        <w:br/>
        <w:t>шикуються на рівнині.</w:t>
      </w:r>
    </w:p>
    <w:p>
      <w:r>
        <w:br/>
        <w:t>Вечірня встає заграва —&lt;br /&gt;</w:t>
        <w:br/>
        <w:t>погожу віщує днину.&lt;br /&gt;</w:t>
        <w:br/>
        <w:t>Стоять — Кожум'яка, Чеслава.&lt;br /&gt;</w:t>
        <w:br/>
        <w:t>І князь вітає дружину.</w:t>
      </w:r>
    </w:p>
    <w:p>
      <w:r>
        <w:br/>
        <w:t>Кияни рядами щільними&lt;br /&gt;</w:t>
        <w:br/>
        <w:t>проходять — воїн до воя.&lt;br /&gt;</w:t>
        <w:br/>
        <w:t>Здригнула земля під ними.&lt;br /&gt;</w:t>
        <w:br/>
        <w:t>Дзвенить переможно зброя!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Микита Кожум'яка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