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друг лелека</w:t>
      </w:r>
    </w:p>
    <w:p>
      <w:r>
        <w:br/>
        <w:t xml:space="preserve"> &lt;p&gt;Ми з татом ловили рибу і варили при березі юшку.</w:t>
      </w:r>
    </w:p>
    <w:p>
      <w:r>
        <w:br/>
        <w:t>Трохи далі від берега струнко стояв у воді очерет.</w:t>
      </w:r>
    </w:p>
    <w:p>
      <w:r>
        <w:br/>
        <w:t>У казанку вже почало закипати, з пари й диму чулося тихе булькання.</w:t>
      </w:r>
    </w:p>
    <w:p>
      <w:r>
        <w:br/>
        <w:t>І тут до нас прийшов лелека з перебитим крилом.</w:t>
      </w:r>
    </w:p>
    <w:p>
      <w:r>
        <w:br/>
        <w:t>Невідомо, хто його скалічив,— хіба мало є на світі жорстоких людей, які убивають птахів і звірів, бо ніяк не хочуть повірити, що то — наші друзі</w:t>
      </w:r>
    </w:p>
    <w:p>
      <w:r>
        <w:br/>
        <w:t>Лелека спинився за кілька кроків од нас і жадібно дивився на казанок.</w:t>
      </w:r>
    </w:p>
    <w:p>
      <w:r>
        <w:br/>
        <w:t>— Він голодний,— сказав тато.</w:t>
      </w:r>
    </w:p>
    <w:p>
      <w:r>
        <w:br/>
        <w:t>У відрі в нас було ще чимало риби. Я вибрав кілька дрібніших і кинув лелеці. Він одним хапом проковтнув кожну і знову дивився на казанок.</w:t>
      </w:r>
    </w:p>
    <w:p>
      <w:r>
        <w:br/>
        <w:t>— Можна, я ще йому дам? — запитав я.</w:t>
      </w:r>
    </w:p>
    <w:p>
      <w:r>
        <w:br/>
        <w:t>— Звичайно, міг би й не питати.</w:t>
      </w:r>
    </w:p>
    <w:p>
      <w:r>
        <w:br/>
        <w:t>Лелека з'їв ще кілька рибинок. А потім підійшов ближче, і я побачив, що йому з рани сочиться кров.</w:t>
      </w:r>
    </w:p>
    <w:p>
      <w:r>
        <w:br/>
        <w:t>Я ступив до нього, але він одразу ж одстрибнув.</w:t>
      </w:r>
    </w:p>
    <w:p>
      <w:r>
        <w:br/>
        <w:t>Ось так налякали його злі люди. Він тепер не хотів нікому вірити.</w:t>
      </w:r>
    </w:p>
    <w:p>
      <w:r>
        <w:br/>
        <w:t>Доки ми їли юшку, лелека так і стояв на тому ж місці. Сторожко пас очима кожен наш рух.</w:t>
      </w:r>
    </w:p>
    <w:p>
      <w:r>
        <w:br/>
        <w:t>Я знову кинув йому риби. Цього разу він їв уже повільніше. І зовсім спокійно дивився на мене. Мабуть, уже не чекав ніякої неприємної несподіванки.</w:t>
      </w:r>
    </w:p>
    <w:p>
      <w:r>
        <w:br/>
        <w:t>Ми стали збиратися додому.</w:t>
      </w:r>
    </w:p>
    <w:p>
      <w:r>
        <w:br/>
        <w:t>— Ходімо з нами,— сказав я лелеці, хоч зовсім не сподівався, що він погодиться на цю пропозицію.</w:t>
      </w:r>
    </w:p>
    <w:p>
      <w:r>
        <w:br/>
        <w:t>Але сталося диво: лелека слухняно пішов за нами.</w:t>
      </w:r>
    </w:p>
    <w:p>
      <w:r>
        <w:br/>
        <w:t>Він ішов за кілька кроків позаду. Спинялися ми — спинявся і він. Намагався втягнути голову в плечі і розгублено хитав довгим дзьобом. Мовби казав: "Я вже вам зовсім вірю, але ще трохи сумніваюся..."</w:t>
      </w:r>
    </w:p>
    <w:p>
      <w:r>
        <w:br/>
        <w:t>Ми рушали, рушав і він.</w:t>
      </w:r>
    </w:p>
    <w:p>
      <w:r>
        <w:br/>
        <w:t>Зайшли до двору й лишили хвіртку відчиненою.</w:t>
      </w:r>
    </w:p>
    <w:p>
      <w:r>
        <w:br/>
        <w:t>Лелека довго стояв у хвіртці й повільно водив очима то на вікна хати, то на повітку, то на льох Мабуть, йому хотілося зайти, але він усе ще вагався.</w:t>
      </w:r>
    </w:p>
    <w:p>
      <w:r>
        <w:br/>
        <w:t>Вулицею прогула машина, й він ускочив до двору.</w:t>
      </w:r>
    </w:p>
    <w:p>
      <w:r>
        <w:br/>
        <w:t>Стояв тепер біля криниці й не зважувався рушити далі.</w:t>
      </w:r>
    </w:p>
    <w:p>
      <w:r>
        <w:br/>
        <w:t>Я обійшов лелеку й зачинив хвіртку. Він стрепенувся, змахнув одним крилом, щоб утекти. Але так і лишився на місці</w:t>
      </w:r>
    </w:p>
    <w:p>
      <w:r>
        <w:br/>
        <w:t>Тільки голосний стогін вирвався з широко розтуленого дзьоба.</w:t>
      </w:r>
    </w:p>
    <w:p>
      <w:r>
        <w:br/>
        <w:t>Лелека ще раз оглянувся на зачинену хвіртку й журно зітхнув.</w:t>
      </w:r>
    </w:p>
    <w:p>
      <w:r>
        <w:br/>
        <w:t>— Не бійся нас,— лагідно сказав я,— ми нічого поганого тобі не зробимо.</w:t>
      </w:r>
    </w:p>
    <w:p>
      <w:r>
        <w:br/>
        <w:t>Він з надією подивився мені в очі і, мабуть, побачив, що я кажу правду.</w:t>
      </w:r>
    </w:p>
    <w:p>
      <w:r>
        <w:br/>
        <w:t>Лелека вже не втікав. Дався перебинтувати крило. Терпів, хоч і постогнував, як заливали йодом рану.</w:t>
      </w:r>
    </w:p>
    <w:p>
      <w:r>
        <w:br/>
        <w:t>...Жив у нашому дворі до самої осені Вже й злітати почав на хату, на повітку. Анітрохи не боявся, коли я його гладив, брав їжу з рук.</w:t>
      </w:r>
    </w:p>
    <w:p>
      <w:r>
        <w:br/>
        <w:t>А коли повищали небеса й зацвіли пташиними зграями, він дедалі частіше дивився вгору, мовби когось там виглядав.</w:t>
      </w:r>
    </w:p>
    <w:p>
      <w:r>
        <w:br/>
        <w:t>— Залишайся в нас назавжди,— казав я йому.— Ти ж бачиш, тобі тут добре.</w:t>
      </w:r>
    </w:p>
    <w:p>
      <w:r>
        <w:br/>
        <w:t>Але він заперечливо хитав довгим дзьобом.</w:t>
      </w:r>
    </w:p>
    <w:p>
      <w:r>
        <w:br/>
        <w:t>Я зрозумів: лелека від нас піде.</w:t>
      </w:r>
    </w:p>
    <w:p>
      <w:r>
        <w:br/>
        <w:t>Якось над нашою хатою пролітав гурт лелек. Від них на землю падав незримий клекіт. Вони дивилися вниз, начеб теж когось виглядали.</w:t>
      </w:r>
    </w:p>
    <w:p>
      <w:r>
        <w:br/>
        <w:t>Мій лелека прощально глянув на мене, змахнув обома крильми й важко здійнявся над хатою, над садом, а далі — ще вищае.</w:t>
      </w:r>
    </w:p>
    <w:p>
      <w:r>
        <w:br/>
        <w:t>Він летів услід зграї.</w:t>
      </w:r>
    </w:p>
    <w:p>
      <w:r>
        <w:br/>
        <w:t>Такі у них закони.</w:t>
      </w:r>
    </w:p>
    <w:p>
      <w:r>
        <w:br/>
        <w:t>Чи наздожене, бо ж крило йому ще болить?..</w:t>
      </w:r>
    </w:p>
    <w:p>
      <w:r>
        <w:br/>
        <w:t>Взимку я навіть почав забувати лелеку. А навесні, радий, що почалося тепло, зовсім забув його.</w:t>
      </w:r>
    </w:p>
    <w:p>
      <w:r>
        <w:br/>
        <w:t>І раптом одного дня, коли все небо над селом засіялося пташиними голосами, з синьої високості впали на хату двоє лелек.</w:t>
      </w:r>
    </w:p>
    <w:p>
      <w:r>
        <w:br/>
        <w:t>Вони приязно заклекотали до мене.</w:t>
      </w:r>
    </w:p>
    <w:p>
      <w:r>
        <w:br/>
        <w:t>А я дивився на гостей і намагався впізнати: може, один із них — то мій друг.</w:t>
      </w:r>
    </w:p>
    <w:p>
      <w:r>
        <w:br/>
        <w:t>І здалося, що впізнав.</w:t>
      </w:r>
    </w:p>
    <w:p>
      <w:r>
        <w:br/>
        <w:t>Та й чому б це ні з сього ні з того вони до нас прилетіли?</w:t>
      </w:r>
    </w:p>
    <w:p>
      <w:r>
        <w:br/>
        <w:t>Адже на нашій хаті лелеки ніколи раніше не жили.</w:t>
      </w:r>
    </w:p>
    <w:p>
      <w:r>
        <w:br/>
        <w:t>А вони вже заходилися носити всяке галуззя й мостити собі гніздо...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друг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