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ангел такий маленький...</w:t>
      </w:r>
    </w:p>
    <w:p>
      <w:r>
        <w:br/>
        <w:t xml:space="preserve"> Мій ангел такий маленький,&lt;br /&gt;</w:t>
        <w:br/>
        <w:t>ну просто крихітка —&lt;br /&gt;</w:t>
        <w:br/>
        <w:t>я навіть не бачу,&lt;br /&gt;</w:t>
        <w:br/>
        <w:t>чи він сидить&lt;br /&gt;</w:t>
        <w:br/>
        <w:t>на моєму плечі.</w:t>
      </w:r>
    </w:p>
    <w:p>
      <w:r>
        <w:br/>
        <w:t>Мій ангел такий легенький,&lt;br /&gt;</w:t>
        <w:br/>
        <w:t>ну просто пушинка —&lt;br /&gt;</w:t>
        <w:br/>
        <w:t>я навіть не чую,&lt;br /&gt;</w:t>
        <w:br/>
        <w:t>як він сидить&lt;br /&gt;</w:t>
        <w:br/>
        <w:t>на моєму плечі.</w:t>
      </w:r>
    </w:p>
    <w:p>
      <w:r>
        <w:br/>
        <w:t>Мій ангел такий тихенький,&lt;br /&gt;</w:t>
        <w:br/>
        <w:t>ну просто тихіший трави —&lt;br /&gt;</w:t>
        <w:br/>
        <w:t>я навіть не знаю,&lt;br /&gt;</w:t>
        <w:br/>
        <w:t>коли він спить,&lt;br /&gt;</w:t>
        <w:br/>
        <w:t>а коли прокидається&lt;br /&gt;</w:t>
        <w:br/>
        <w:t>на моєму плечі.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ангел такий маленький...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