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альбомна дорогу</w:t>
      </w:r>
    </w:p>
    <w:p>
      <w:r>
        <w:br/>
        <w:t xml:space="preserve"> Казали мені люди, що в нову податись&lt;br /&gt;</w:t>
        <w:br/>
        <w:t>Гадаєте дорогу. Вже і костюм шиють,&lt;br /&gt;</w:t>
        <w:br/>
        <w:t>Мирт жде, щоби вінком голівку вашу вбрати,—&lt;br /&gt;</w:t>
        <w:br/>
        <w:t>Все готове… Ще тільки перед світом криють.</w:t>
      </w:r>
    </w:p>
    <w:p>
      <w:r>
        <w:br/>
        <w:t>І в тім невдала фарса! Бо й пощо таїти,&lt;br /&gt;</w:t>
        <w:br/>
        <w:t>Я ж певно не торкну докором струн сумління,&lt;br /&gt;</w:t>
        <w:br/>
        <w:t>Бо я вас розумію: жити, жити, жити!..&lt;br /&gt;</w:t>
        <w:br/>
        <w:t>В нову дорогу йдете — по нові вражіння!..</w:t>
      </w:r>
    </w:p>
    <w:p>
      <w:r>
        <w:br/>
        <w:t>Не жаль мені годин, прожитих разом з вами,&lt;br /&gt;</w:t>
        <w:br/>
        <w:t>Хоть їх не раз душа з тугою споминає,&lt;br /&gt;</w:t>
        <w:br/>
        <w:t>Не раз уста вишневі надять ще чарами —&lt;br /&gt;</w:t>
        <w:br/>
        <w:t>Минуло… Що ж робити? "Все йде, все минає…"</w:t>
      </w:r>
    </w:p>
    <w:p>
      <w:r>
        <w:br/>
        <w:t>Вам здавалось, що я би дуже зажурився&lt;br /&gt;</w:t>
        <w:br/>
        <w:t>Та в рими вас врізьбив і мого серця болі?..&lt;br /&gt;</w:t>
        <w:br/>
        <w:t>Дарма! В життю так часто. Перший акт скінчився.&lt;br /&gt;</w:t>
        <w:br/>
        <w:t>Боюся, що у другім випадете з ролі…</w:t>
      </w:r>
    </w:p>
    <w:p>
      <w:r>
        <w:br/>
        <w:t>Угору завіса! Нехай життя година&lt;br /&gt;</w:t>
        <w:br/>
        <w:t>Безжурно вам минає скорим птаха летом;&lt;br /&gt;</w:t>
        <w:br/>
        <w:t>Від серця вам бажаю: щастя, долі, сина,&lt;br /&gt;</w:t>
        <w:br/>
        <w:t>А син ваш, ясна пані, щоби був поетом!</w:t>
      </w:r>
    </w:p>
    <w:p>
      <w:r>
        <w:br/>
        <w:t>Щоби великий жар кохання взяв у груди,&lt;br /&gt;</w:t>
        <w:br/>
        <w:t>А в серце — тиху тугу зоряної ночі,&lt;br /&gt;</w:t>
        <w:br/>
        <w:t>Щоб вмів орлом знестися над життя, над бруди,&lt;br /&gt;</w:t>
        <w:br/>
        <w:t>А мав би певно син ваш ваші сині очі…</w:t>
      </w:r>
    </w:p>
    <w:p>
      <w:r>
        <w:br/>
        <w:t>Щаслива вам дорога! Непроглядну вслону&lt;br /&gt;</w:t>
        <w:br/>
        <w:t>Киньте на наше вчора — завтра йдіть стрічати,&lt;br /&gt;</w:t>
        <w:br/>
        <w:t>Може, вам скрань вбере у золоту корону,&lt;br /&gt;</w:t>
        <w:br/>
        <w:t>А доля цвітом щастя шлях буде встеляти…</w:t>
      </w:r>
    </w:p>
    <w:p>
      <w:r>
        <w:br/>
        <w:t>Іди, іди! В моїй душі глуха пустеля&lt;br /&gt;</w:t>
        <w:br/>
        <w:t>Оживиться… Ось слухай: йде юрба криклива;&lt;br /&gt;</w:t>
        <w:br/>
        <w:t>Хто зна, чи ще коли зійдемось — mia bella* —&lt;br /&gt;</w:t>
        <w:br/>
        <w:t>Йди на життя нове, іди — і будь щаслива!..</w:t>
      </w:r>
    </w:p>
    <w:p>
      <w:r>
        <w:br/>
        <w:t>***</w:t>
      </w:r>
    </w:p>
    <w:p>
      <w:r>
        <w:br/>
        <w:t>___________________&lt;br /&gt;</w:t>
        <w:br/>
        <w:t>* Моя прекрасна (іт.).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альбомна дорогу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