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М'яч</w:t>
      </w:r>
    </w:p>
    <w:p>
      <w:r>
        <w:br/>
        <w:t xml:space="preserve"> &lt;p&gt;Пан полковник мав двох гарненьких дівчаток. Тато був дуже гордий з своїх дочок. Як ішов з ними гуляти, то його золоті ґудзики, шнурки, комір і китиця на шаблюці сяяли багато яскравіше, ніж коли він гарцював поперед полку на баскому коні.</w:t>
      </w:r>
    </w:p>
    <w:p>
      <w:r>
        <w:br/>
        <w:t>Щоправда, він таки недарма пишався своїми дівчатками. Такі вже вони в нього розумниці, що любо дивитися. Вбираються за останнім словом паризької дитячої моди; а такі чепурухи, що на лискучих обручах, якими грають в серсо[1], нема жодної порошинки. Рухи легкі, невимушені, природні, та водночас такі поважні й шляхетні, наче в придворних дам.</w:t>
      </w:r>
    </w:p>
    <w:p>
      <w:r>
        <w:br/>
        <w:t>Проте їхній батько, дарма що полковник і дуже грізний пан, ніяк не може порозумітися з доньками. Він думає, що вони звичайнісінькі собі діти.</w:t>
      </w:r>
    </w:p>
    <w:p>
      <w:r>
        <w:br/>
        <w:t>Тим-то купує для них усякі іграшки, що їх усі батьки, треба чи не треба, звикли купувати дітям.</w:t>
      </w:r>
    </w:p>
    <w:p>
      <w:r>
        <w:br/>
        <w:t>Правда, малі не опираються батькові. Вони добре знають, що діти завжди повинні слухатись дорослих. Тож приймають покірно барвисті м'ячі та цяцьки, лялькові кухоньки й спальні. Вони знають — це потрібно. Правда, не на те, щоб гратися, а щоб на сімейних святах показувати маленьким гостям свої білі кімнати, повні цяцьок та вишуканих дрібничок. Гості радіють тим забавкам, і маленькі господині залюбки віддають їх.</w:t>
      </w:r>
    </w:p>
    <w:p>
      <w:r>
        <w:br/>
        <w:t>Їхній батько, полковник,— високий, ставний чоловік. Він на диво міцний та дужий. Не боїться ні холоду, ні спеки, ні голоду, веде перед у кожній роботі, до загину натомлює солдат, а сам ніколи не відчуває знемоги.</w:t>
      </w:r>
    </w:p>
    <w:p>
      <w:r>
        <w:br/>
        <w:t>І цю мужню, непохитну людину гнітить шляхетність власних дітей. Він повсякчас думає, що б його зробити, аби доньки знов стали звичайними дітьми — наївними, щирими й пустотливими. І ніяк не може дати собі ради.</w:t>
      </w:r>
    </w:p>
    <w:p>
      <w:r>
        <w:br/>
        <w:t>Нарешті в голові сяйнула йому думка.</w:t>
      </w:r>
    </w:p>
    <w:p>
      <w:r>
        <w:br/>
        <w:t>— Ще б пак! — вигукнув він.— Звичайно, чого вони можуть навчитися від англійських та швейцарських виховательок! Їм потрібна справжня подруга — невеличка угорська дівчинка! Маленька угорка, весела, жвава. Як це мені досі не спало на думку!</w:t>
      </w:r>
    </w:p>
    <w:p>
      <w:r>
        <w:br/>
        <w:t>Пан полковник наказав покликати бравого капрала[2] з сьомої сотні, якого дуже любив за спритність і гарну солдатську виправку.</w:t>
      </w:r>
    </w:p>
    <w:p>
      <w:r>
        <w:br/>
        <w:t>— Мішко! — мовив до нього полковник.— Хочу з тобою порадитись у дуже важливій справі. Моїм дівчаткам потрібна порядна подружка — здоровеньке й веселеньке дівча, що могло б з ними гратися. Втямив, Мішко, чого я хочу?</w:t>
      </w:r>
    </w:p>
    <w:p>
      <w:r>
        <w:br/>
        <w:t>— Покірно доповідаю, пане полковнику, все втямив!</w:t>
      </w:r>
    </w:p>
    <w:p>
      <w:r>
        <w:br/>
        <w:t>— Де б його знайти таку дівчинку? Якщо їй не сподобається Пешт або не подружить з моїми дівчатками, то повернеться собі додому... Чи знаєш таку дівчинку?</w:t>
      </w:r>
    </w:p>
    <w:p>
      <w:r>
        <w:br/>
        <w:t>— Покірно доповідаю, пане полковнику: знаю!</w:t>
      </w:r>
    </w:p>
    <w:p>
      <w:r>
        <w:br/>
        <w:t>— Справді, Мішко? Дай боже тобі здоров'я, сину, коли поможеш її знайти. Хто ж вона?</w:t>
      </w:r>
    </w:p>
    <w:p>
      <w:r>
        <w:br/>
        <w:t>— Покірно доповідаю, пане полковнику: моя сестричка Борча!</w:t>
      </w:r>
    </w:p>
    <w:p>
      <w:r>
        <w:br/>
        <w:t>Пан полковник мало не обійняв Мішку. Дав йому грошей і наказав небавом поїхати по сестру.</w:t>
      </w:r>
    </w:p>
    <w:p>
      <w:r>
        <w:br/>
        <w:t>За кілька днів Мішка повернувся з своєю сестричкою Борчею.</w:t>
      </w:r>
    </w:p>
    <w:p>
      <w:r>
        <w:br/>
        <w:t>Рум'янощока, по-сільському вбрана дівчинка з подивом і страхом дивилась на величезне місто. Аж їй очі розбігалися, коли дуже великий пан полковник та брат Мішка завели її до світлих покоїв, повних шовку, оксамиту, золота та дзеркал. Нізащо в світі не наважилась би й пальцем до них діткнутися. Їй здавалося, що чарівна країна зникне, скоро вона щось в ній зачепить.</w:t>
      </w:r>
    </w:p>
    <w:p>
      <w:r>
        <w:br/>
        <w:t>Наче в казковому сні, дивилася вона на височенні, вищі, мабуть, за їхню хату, двері з величезною запоною.</w:t>
      </w:r>
    </w:p>
    <w:p>
      <w:r>
        <w:br/>
        <w:t>Двері розчинилися, і показалися дві феї. Не вистачало їм тільки барвистих крилець.</w:t>
      </w:r>
    </w:p>
    <w:p>
      <w:r>
        <w:br/>
        <w:t>Здається, їй і те примарилось, що ставний, лагідний на виду військовий нахилився до маленьких фей і мовив:</w:t>
      </w:r>
    </w:p>
    <w:p>
      <w:r>
        <w:br/>
        <w:t>— Ось, дорогенькі мої, тут Борча, про яку я вам казав. Буде з вами гратися, не цурайтеся її — вона хороша дівчинка. Правда ж, Борчо?</w:t>
      </w:r>
    </w:p>
    <w:p>
      <w:r>
        <w:br/>
        <w:t>Борча подумала, що це теж їй приснилося. На знак згоди закивала головою. Раз, двічі, тричі кивнула, а потім ще і ще раз. Так закивала, ніби толова була в неї на пружинах. Але ж дівчинці дуже хотілося запевнити всіх, що навчить маленьких фей гратися!</w:t>
      </w:r>
    </w:p>
    <w:p>
      <w:r>
        <w:br/>
        <w:t>Дивлячись на Борчу, менша фея навіть посміхнулася. А дівчинка, завваживши той усміх, закивала ще жвавіше.</w:t>
      </w:r>
    </w:p>
    <w:p>
      <w:r>
        <w:br/>
        <w:t>— Ну, знайомтеся,— сказав пан полковник,— а ми, Мішко, ходімо звідси — хай собі розважаються. Ти, Борчо, пильнуй, аби дівчатка не забилися, граючись.</w:t>
      </w:r>
    </w:p>
    <w:p>
      <w:r>
        <w:br/>
        <w:t>Борча не могла відповісти нічого путнього, а тільки знов швидко-швидко закивала головою, як клоун у цирку.</w:t>
      </w:r>
    </w:p>
    <w:p>
      <w:r>
        <w:br/>
        <w:t>Пан полковник і Мішка вийшли. Борча залишилась у просторому білому покої. Під нею хиталася підлога, танцювали візерунки на пухнастому килимі.</w:t>
      </w:r>
    </w:p>
    <w:p>
      <w:r>
        <w:br/>
        <w:t>Двоє дівчаток серйозно, уважно поглядали на неї.</w:t>
      </w:r>
    </w:p>
    <w:p>
      <w:r>
        <w:br/>
        <w:t>— А ви, Борчо, не бійтеся нас,— озвалася старшенька з такою поблажливістю, що Борчі аж сльози на очі набігли.</w:t>
      </w:r>
    </w:p>
    <w:p>
      <w:r>
        <w:br/>
        <w:t>— Ласкаво приймаємо вас, Борчо,— сказала й менша дівчинка, і Борчі здалися слова ці прегарною музикою.</w:t>
      </w:r>
    </w:p>
    <w:p>
      <w:r>
        <w:br/>
        <w:t>— Заради тата,— озвалася знов старша дівчинка,— ми зробимо все, щоб вам, Борчо, добре жилося в нас. Почувайтеся як дома. Наші покої, іграшки, наш вільний час — у вашому розпорядженні.</w:t>
      </w:r>
    </w:p>
    <w:p>
      <w:r>
        <w:br/>
        <w:t>Борча дивом дивувалася. Ніколи не доводилось їй чути з таких невеличких уст такі слова. Дома її маленькі сестрички при чужій людині слова не можуть вимовити. Ось і їй самій заціпило, хоч вона поруч з цими крихітними феями вже зовсім велика дівчина.</w:t>
      </w:r>
    </w:p>
    <w:p>
      <w:r>
        <w:br/>
        <w:t>— Ходіть-но, Борчо! Це зала — тут ми граємось. Ви можете брати всі наші іграшки. Ви, певно, спритна дівчина й нічого не розіб'єте.</w:t>
      </w:r>
    </w:p>
    <w:p>
      <w:r>
        <w:br/>
        <w:t>Борча обережно, наче по льоду, ступала по ковзкому килимові і навіть після таких ласкавих слів не наважувалася торкнутись тих чудес.</w:t>
      </w:r>
    </w:p>
    <w:p>
      <w:r>
        <w:br/>
        <w:t>— У вас не було таких іграшок? — спитала менша фея.</w:t>
      </w:r>
    </w:p>
    <w:p>
      <w:r>
        <w:br/>
        <w:t>Борча замотала головою. Потім склала руки долонями одну до одної, втиснула між колін і так дивилася на все широкими очима.</w:t>
      </w:r>
    </w:p>
    <w:p>
      <w:r>
        <w:br/>
        <w:t>Дівчатка пояснили Борчі, як бавитись іграшками.</w:t>
      </w:r>
    </w:p>
    <w:p>
      <w:r>
        <w:br/>
        <w:t>— Вони дорогі, гарні, але дуже нецікаві,— мовила на кінець старша дівчинка.</w:t>
      </w:r>
    </w:p>
    <w:p>
      <w:r>
        <w:br/>
        <w:t>Ці слова здивували Борчу більше, аніж самі іграшки.</w:t>
      </w:r>
    </w:p>
    <w:p>
      <w:r>
        <w:br/>
        <w:t>Вона гадала, що навіть дивитися на них — і то вже розвага.</w:t>
      </w:r>
    </w:p>
    <w:p>
      <w:r>
        <w:br/>
        <w:t>— Дорогенька,— озвалася старша дівчинка до меншої сестрички,— давай поведемо Борчу на город. Може, там їй буде звичайніше. Але не забудь, дорогенька, взяти з собою м'яча. Коли захоче, Борча може там з ним погратися.</w:t>
      </w:r>
    </w:p>
    <w:p>
      <w:r>
        <w:br/>
        <w:t>Борча з великою повагою слухала цю шляхетну розмову і зиркала на величезний м'яч, розмальований ляльками й дівчатками.</w:t>
      </w:r>
    </w:p>
    <w:p>
      <w:r>
        <w:br/>
        <w:t>Подалися на город. Борча й досі не знає, як вона вибралася з лабіринта кімнат, меблів, коридорів та сходів. На городі звивалися притрушені білим піском стежечки й буяли такі ж панські, як дівчатка, квіти.</w:t>
      </w:r>
    </w:p>
    <w:p>
      <w:r>
        <w:br/>
        <w:t>Куди там сільським рожам та півоніям до цих небачених квітів! Як Борчі до панянок!</w:t>
      </w:r>
    </w:p>
    <w:p>
      <w:r>
        <w:br/>
        <w:t>Так думала зачудована дівчинка, роздивляючись довкола.</w:t>
      </w:r>
    </w:p>
    <w:p>
      <w:r>
        <w:br/>
        <w:t>— Ну, Борчо, ось вам м'яч. Можете гратися.</w:t>
      </w:r>
    </w:p>
    <w:p>
      <w:r>
        <w:br/>
        <w:t>Борча взяла м'яч. Мабуть, і це така ж гарна і непридатна річ, як і все навколо. Зроду не посміла б вдарити м'ячем об землю, хоча й кортіло побачити, чи підскочить.</w:t>
      </w:r>
    </w:p>
    <w:p>
      <w:r>
        <w:br/>
        <w:t>— Грайтеся з ним, Борчо! Грайтеся! — заохочували її дівчатка.</w:t>
      </w:r>
    </w:p>
    <w:p>
      <w:r>
        <w:br/>
        <w:t>Борча таки не втерпіла. Нарешті вже щось тримала в руках, і воно не щезало. Великий круглий м'яч під її пальцями прогнувся так само, як дома гумовий м'ячик, куплений у крамниці за десять крейцерів.</w:t>
      </w:r>
    </w:p>
    <w:p>
      <w:r>
        <w:br/>
        <w:t>Вдарила м'ячем об землю — і він весело підстрибнув.</w:t>
      </w:r>
    </w:p>
    <w:p>
      <w:r>
        <w:br/>
        <w:t>Борча схопила м'яч, кинула на землю й побігла за ним по стежці, забувши про маленьких фей, про гарні квіти... Бачила зараз тільки м'яч. Коли Борча повернулася до панянок, що, посміхаючись, стежили за нею, вона була весела й розпашіла.</w:t>
      </w:r>
    </w:p>
    <w:p>
      <w:r>
        <w:br/>
        <w:t>Пан полковник зійшов до своїх дітей і радо подивився на жваву дівчинку, що гралася з м'ячем.</w:t>
      </w:r>
    </w:p>
    <w:p>
      <w:r>
        <w:br/>
        <w:t>— Ну, любі мої, як розважаєтеся? — запитав доньок.— Чи до вподоби вам нова подружка?</w:t>
      </w:r>
    </w:p>
    <w:p>
      <w:r>
        <w:br/>
        <w:t>— О, Борча дуже втішна,— відказала п'ятирічна розумниця.— Вона така проста, безпосередня. Сподіваюся, тату, що ти купиш їй такого м'яча, де не буде малюнків. З ним буде їй зручніше гратися.</w:t>
      </w:r>
    </w:p>
    <w:p>
      <w:r>
        <w:br/>
        <w:t>Доччині слова здивували й вельми засмутили пана полковника. Йому стало соромно за своїх дівчаток. Знітилась і Борча — у намальованих на м'ячеві чепурух-дівчаток де-не-де постиралися носи та сукні...</w:t>
      </w:r>
    </w:p>
    <w:p>
      <w:r>
        <w:br/>
        <w:t>[1] Серсо — гра з обручем, який підкидається вгору й ловиться паличкою.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М'яч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