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до дерева глузду себе присилили аббасе...</w:t>
      </w:r>
    </w:p>
    <w:p>
      <w:r>
        <w:br/>
        <w:t xml:space="preserve"> ми до дерева глузду себе присилили аббасе</w:t>
      </w:r>
    </w:p>
    <w:p>
      <w:r>
        <w:br/>
        <w:t>сіль текла бородою але не до рота текла</w:t>
      </w:r>
    </w:p>
    <w:p>
      <w:r>
        <w:br/>
        <w:t>ми ридали навскач ми покірно сміялися басом</w:t>
      </w:r>
    </w:p>
    <w:p>
      <w:r>
        <w:br/>
        <w:t>ми чекали на біса а в гості прийшов абдулла</w:t>
      </w:r>
    </w:p>
    <w:p>
      <w:r>
        <w:br/>
        <w:t>&lt;br /&gt;</w:t>
        <w:br/>
        <w:t>перед снігом тепер стоїмо ніби перед амвоном</w:t>
      </w:r>
    </w:p>
    <w:p>
      <w:r>
        <w:br/>
        <w:t>і коліна болять і болить під ногами земля</w:t>
      </w:r>
    </w:p>
    <w:p>
      <w:r>
        <w:br/>
        <w:t>ми чалми поскидали на купу ми бачили коней</w:t>
      </w:r>
    </w:p>
    <w:p>
      <w:r>
        <w:br/>
        <w:t>що по небу ведуть не карету а крик короля</w:t>
      </w:r>
    </w:p>
    <w:p>
      <w:r>
        <w:br/>
        <w:t>&lt;br /&gt;</w:t>
        <w:br/>
        <w:t>це не сніг перед нами не бог перед нами а плаха</w:t>
      </w:r>
    </w:p>
    <w:p>
      <w:r>
        <w:br/>
        <w:t>і не медом а кров‘ю помазані наші вуста</w:t>
      </w:r>
    </w:p>
    <w:p>
      <w:r>
        <w:br/>
        <w:t>ми молили аббаса батира батия аллаха</w:t>
      </w:r>
    </w:p>
    <w:p>
      <w:r>
        <w:br/>
        <w:t>а приїхав король і як топір нам голови стяв</w:t>
      </w:r>
    </w:p>
    <w:p>
      <w:r>
        <w:br/>
        <w:t>&lt;br /&gt;</w:t>
        <w:br/>
        <w:t>засміялася домра лягла на валу королева</w:t>
      </w:r>
    </w:p>
    <w:p>
      <w:r>
        <w:br/>
        <w:t>ятагани дощу попід руки її підвели</w:t>
      </w:r>
    </w:p>
    <w:p>
      <w:r>
        <w:br/>
        <w:t>і ми к&amp;#972;рчами м'язів з землі виривали дерева</w:t>
      </w:r>
    </w:p>
    <w:p>
      <w:r>
        <w:br/>
        <w:t>та себе від дерев відірвати уже не могли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до дерева глузду себе присилили аббасе...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