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Межа</w:t>
      </w:r>
    </w:p>
    <w:p>
      <w:r>
        <w:br/>
        <w:t xml:space="preserve"> Це схоже на прощання. На розрив…&lt;br /&gt;</w:t>
        <w:br/>
        <w:t>На кожнім кроці ярмарки блошині,&lt;br /&gt;</w:t>
        <w:br/>
        <w:t>Ломбарди і зачовгані двори,&lt;br /&gt;</w:t>
        <w:br/>
        <w:t>Потовчені заржавілі машини…</w:t>
      </w:r>
    </w:p>
    <w:p>
      <w:r>
        <w:br/>
        <w:t>Зужиті речі, латані торби,&lt;br /&gt;</w:t>
        <w:br/>
        <w:t>Довкруж нудотний запах секон-хендів.&lt;br /&gt;</w:t>
        <w:br/>
        <w:t>Старенькі просіваються скарби&lt;br /&gt;</w:t>
        <w:br/>
        <w:t>Під балачки про світло милосердя.</w:t>
      </w:r>
    </w:p>
    <w:p>
      <w:r>
        <w:br/>
        <w:t>Усе густіші запахи біди.&lt;br /&gt;</w:t>
        <w:br/>
        <w:t>Все вище розростаються палаци.&lt;br /&gt;</w:t>
        <w:br/>
        <w:t>Назад в минуле… Тобто в нікуди.&lt;br /&gt;</w:t>
        <w:br/>
        <w:t>Час – мов павук у герметичній банці.</w:t>
      </w:r>
    </w:p>
    <w:p>
      <w:r>
        <w:br/>
        <w:t>Все буде добре, кажуть, ростемо!&lt;br /&gt;</w:t>
        <w:br/>
        <w:t>Все зміниться на краще… незабаром…&lt;br /&gt;</w:t>
        <w:br/>
        <w:t>…Затиснуті у офісне ярмо,&lt;br /&gt;</w:t>
        <w:br/>
        <w:t>Приклеєні до яток на базарах,</w:t>
      </w:r>
    </w:p>
    <w:p>
      <w:r>
        <w:br/>
        <w:t>Нас затягає нетрище густе&lt;br /&gt;</w:t>
        <w:br/>
        <w:t>Кредитів, розрахунків… Та по суті&lt;br /&gt;</w:t>
        <w:br/>
        <w:t>Усе не так. Як завше – щось не те,&lt;br /&gt;</w:t>
        <w:br/>
        <w:t>У власнім домі так не має бути.</w:t>
      </w:r>
    </w:p>
    <w:p>
      <w:r>
        <w:br/>
        <w:t>І невиразна десь там далечінь,&lt;br /&gt;</w:t>
        <w:br/>
        <w:t>Боргів-торгів неперебутній сором…&lt;br /&gt;</w:t>
        <w:br/>
        <w:t>А стільки розвелося тлумачів&lt;br /&gt;</w:t>
        <w:br/>
        <w:t>На наші душі, і на наше горе.</w:t>
      </w:r>
    </w:p>
    <w:p>
      <w:r>
        <w:br/>
        <w:t>Важка дорога – зимна і земна…&lt;br /&gt;</w:t>
        <w:br/>
        <w:t>Ну ось вона – в трагічній іпостасі –&lt;br /&gt;</w:t>
        <w:br/>
        <w:t>Така покірна і така сумна&lt;br /&gt;</w:t>
        <w:br/>
        <w:t>Ся довга черга у ощадній касі.</w:t>
      </w:r>
    </w:p>
    <w:p>
      <w:r>
        <w:br/>
        <w:t>Йде обмолот на хижому току,&lt;br /&gt;</w:t>
        <w:br/>
        <w:t>А осінь дзвонить вже відром порожнім…&lt;br /&gt;</w:t>
        <w:br/>
        <w:t>Люблю я Україну… І таку….&lt;br /&gt;</w:t>
        <w:br/>
        <w:t>Але дивитись в очі їй не можу…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