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Мерані</w:t>
      </w:r>
    </w:p>
    <w:p>
      <w:r>
        <w:br/>
        <w:t xml:space="preserve"> Без дороги-сліду мчить мене Мерані.&lt;br /&gt;</w:t>
        <w:br/>
        <w:t>Сивий ворон карка в чорному тумані.&lt;br /&gt;</w:t>
        <w:br/>
        <w:t>Мчи ж мене, Мерані, в чорному тумані,&lt;br /&gt;</w:t>
        <w:br/>
        <w:t>Сині мої думи ворону не знані.</w:t>
      </w:r>
    </w:p>
    <w:p>
      <w:r>
        <w:br/>
        <w:t>Крилатий коню мій! по скелях, по яругах,&lt;br /&gt;</w:t>
        <w:br/>
        <w:t>Крізь хвилі й смерчі скороти мені&lt;br /&gt;</w:t>
        <w:br/>
        <w:t>Ці дні дороги, нетерплячі дні,&lt;br /&gt;</w:t>
        <w:br/>
        <w:t>І не жалій за втому свого друга.</w:t>
      </w:r>
    </w:p>
    <w:p>
      <w:r>
        <w:br/>
        <w:t>Нехай свою Вітчизну я покину&lt;br /&gt;</w:t>
        <w:br/>
        <w:t>І друзів, батька-матір і кохану, —&lt;br /&gt;</w:t>
        <w:br/>
        <w:t>Де мла застане, чи де світ застане,&lt;br /&gt;</w:t>
        <w:br/>
        <w:t>Нехай мій дім там буде до загину.</w:t>
      </w:r>
    </w:p>
    <w:p>
      <w:r>
        <w:br/>
        <w:t>Та лиш би зорям серце розповісти,&lt;br /&gt;</w:t>
        <w:br/>
        <w:t>Його таїну й стогін передчасний.&lt;br /&gt;</w:t>
        <w:br/>
        <w:t>Любові залишок віддати водам чистим,&lt;br /&gt;</w:t>
        <w:br/>
        <w:t>На Їхній плин віддатися прекрасний.</w:t>
      </w:r>
    </w:p>
    <w:p>
      <w:r>
        <w:br/>
        <w:t>Мчи ж мене, Мерані, в чорному тумані,&lt;br /&gt;</w:t>
        <w:br/>
        <w:t>Сині мої думи ворону не знані.</w:t>
      </w:r>
    </w:p>
    <w:p>
      <w:r>
        <w:br/>
        <w:t>Хай не ввійду я у Вітчизну милу,&lt;br /&gt;</w:t>
        <w:br/>
        <w:t>Хай серед предків не спочину в снах,&lt;br /&gt;</w:t>
        <w:br/>
        <w:t>І ворон мені викопа могилу,&lt;br /&gt;</w:t>
        <w:br/>
        <w:t>І вихор з плачем мій засипле прах,</w:t>
      </w:r>
    </w:p>
    <w:p>
      <w:r>
        <w:br/>
        <w:t>Не сльози любої мені омиють груди —&lt;br /&gt;</w:t>
        <w:br/>
        <w:t>Дощі і роси випадуть з імли.&lt;br /&gt;</w:t>
        <w:br/>
        <w:t>І не скорбота рідних, а орли&lt;br /&gt;</w:t>
        <w:br/>
        <w:t>По мені клекіт клекотати будуть, —</w:t>
      </w:r>
    </w:p>
    <w:p>
      <w:r>
        <w:br/>
        <w:t>Мчи ж мене, Мерані, за кордони долі,&lt;br /&gt;</w:t>
        <w:br/>
        <w:t>Сивий ворон карка у порожнім полі.&lt;br /&gt;</w:t>
        <w:br/>
        <w:t>Вершник твій, Мерані, ще не був в полоні,&lt;br /&gt;</w:t>
        <w:br/>
        <w:t>А рабом не стане навіть і на сконі.</w:t>
      </w:r>
    </w:p>
    <w:p>
      <w:r>
        <w:br/>
        <w:t>Хай, роком проклятий, загину я від нього,&lt;br /&gt;</w:t>
        <w:br/>
        <w:t>Але не забоюсь меча його старого.&lt;br /&gt;</w:t>
        <w:br/>
        <w:t>Мчи ж мене, Мерані, в чорному тумані,&lt;br /&gt;</w:t>
        <w:br/>
        <w:t>Сині мої думи ворону не знані.</w:t>
      </w:r>
    </w:p>
    <w:p>
      <w:r>
        <w:br/>
        <w:t>Не щезне, ні, духовний вічний дім,&lt;br /&gt;</w:t>
        <w:br/>
        <w:t>Пробудуть вічно хай початі мною гони,&lt;br /&gt;</w:t>
        <w:br/>
        <w:t>Будущний брат мій шляхом цим моїм,&lt;br /&gt;</w:t>
        <w:br/>
        <w:t>Зрівнявшись з долею, коня її обгонить.</w:t>
      </w:r>
    </w:p>
    <w:p>
      <w:r>
        <w:br/>
        <w:t>Без дороги-сліду мчить мене Мерані,&lt;br /&gt;</w:t>
        <w:br/>
        <w:t>Сивий ворон карка в чорному тумані.&lt;br /&gt;</w:t>
        <w:br/>
        <w:t>Мчи ж мене, Мерані, в чорному тумані,&lt;br /&gt;</w:t>
        <w:br/>
        <w:t>Сині мої думи ворону не знані.</w:t>
      </w:r>
    </w:p>
    <w:p>
      <w:r>
        <w:br/>
      </w:r>
    </w:p>
    <w:p>
      <w:r>
        <w:br/>
        <w:t>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