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Мент</w:t>
      </w:r>
    </w:p>
    <w:p>
      <w:r>
        <w:br/>
        <w:t xml:space="preserve"> &lt;blockquote&gt;&lt;p&gt;</w:t>
      </w:r>
    </w:p>
    <w:p>
      <w:r>
        <w:br/>
        <w:t>Присвячується Н. Касьяновій</w:t>
      </w:r>
    </w:p>
    <w:p>
      <w:r>
        <w:br/>
      </w:r>
    </w:p>
    <w:p>
      <w:r>
        <w:br/>
        <w:t>Восени. Коли осінні дощі плачуть над мертвою природою, а вітер, революціонер її, буйно бенкетує свою перемогу, я, Наталю, заздрю йому — його вічній красі і силі...</w:t>
      </w:r>
    </w:p>
    <w:p>
      <w:r>
        <w:br/>
        <w:t>Пригадуєш, Наталю, ти казала колись: молоді дорогу! Казала, а очі блищали завзяттям перемоги, і я, люба, вірю в нашу молодість-перемогу...</w:t>
      </w:r>
    </w:p>
    <w:p>
      <w:r>
        <w:br/>
        <w:t>А зараз ці рядочки — крик молодості, що тоне в болоті життя!</w:t>
      </w:r>
    </w:p>
    <w:p>
      <w:r>
        <w:br/>
        <w:t>Знаєш одну поетичну місцевість?..</w:t>
      </w:r>
    </w:p>
    <w:p>
      <w:r>
        <w:br/>
        <w:t>"Канцелярське болото". О, це знаменита річ! Стіни підведені сірою фарбою, що од часу зробилась чорно-зелена, папки з паперами, щоти; біло-синя, трохи поколупана стеля нагадує про білі квітки...</w:t>
      </w:r>
    </w:p>
    <w:p>
      <w:r>
        <w:br/>
        <w:t>Сон-трава лісами, а весною в ліс по проліски: шугай, дівчата!</w:t>
      </w:r>
    </w:p>
    <w:p>
      <w:r>
        <w:br/>
        <w:t>— Кость Максимович, я просив вас вчора-позавчора — кожний день: вимітки по "входящій",— а книжечки, розумієте, читать потім... Номер?</w:t>
      </w:r>
    </w:p>
    <w:p>
      <w:r>
        <w:br/>
        <w:t>— Шість тисяч сто двана... Не мішайте!..</w:t>
      </w:r>
    </w:p>
    <w:p>
      <w:r>
        <w:br/>
        <w:t>Тихо зацокотіла машинка, заскрипів стілець, хтось обережно подзвонив по телефону: "Копія циркуляра номер... а-а?" І, пам’ятаєш, люба, родилась вічна нудьга.</w:t>
      </w:r>
    </w:p>
    <w:p>
      <w:r>
        <w:br/>
        <w:t>— Що, цигарочку?</w:t>
      </w:r>
    </w:p>
    <w:p>
      <w:r>
        <w:br/>
        <w:t>— Ну, знаєте, тютюн "Чужого" гіркий, а гільзи рвуться!</w:t>
      </w:r>
    </w:p>
    <w:p>
      <w:r>
        <w:br/>
        <w:t>Закурили; сизо-синій димок легенько стелеться на паперах (наших любих телеграмках), і на душі робиться гірко-гірко. І тоді, Наталю, морщиться обличчя дитяче, тільки густі брови розходяться тонкими зморшками коло лоба і свідчать, що родиться думка про боротьбу за життя.</w:t>
      </w:r>
    </w:p>
    <w:p>
      <w:r>
        <w:br/>
        <w:t>Перед нами обрії краси і руху... Творчість.</w:t>
      </w:r>
    </w:p>
    <w:p>
      <w:r>
        <w:br/>
        <w:t>А так — ми страдники рідної землі. Безнадійні.</w:t>
      </w:r>
    </w:p>
    <w:p>
      <w:r>
        <w:br/>
        <w:t>І протестує-гукає, Наталю, моя душа: до бою всі лиха, всі чорти!.. Я, я, я... Все — я!..</w:t>
      </w:r>
    </w:p>
    <w:p>
      <w:r>
        <w:br/>
        <w:t>І тихо сказало мені ЖИТТЯ:</w:t>
      </w:r>
    </w:p>
    <w:p>
      <w:r>
        <w:br/>
        <w:t>— Ц-сс, тихше — вітер дише: до бою? А-а! Ха-ха-ха!..</w:t>
      </w:r>
    </w:p>
    <w:p>
      <w:r>
        <w:br/>
        <w:t>Діловод 2 рангу Любчик. На столі розгардіяш, в очах бігають од переутоми жовто-сині вогники, а розлита гуміарабіка нервує і викликає іронічну посмішку в куточках вуст.</w:t>
      </w:r>
    </w:p>
    <w:p>
      <w:r>
        <w:br/>
        <w:t>Золоте поле. Пам’ятаєш, Наталю? Стежка. Кругом, як море, хвилюється пашня. П’яно чарує шелест пшениці, що переплітається з дзвониками та берізкою, де-не-де манячать копи. Доспіває, ллючи віно, гречка маївка...</w:t>
      </w:r>
    </w:p>
    <w:p>
      <w:r>
        <w:br/>
        <w:t>А тут, вгорі,— синя далечінь неба, а з нами сірі німі стіни — давлять-давлять...</w:t>
      </w:r>
    </w:p>
    <w:p>
      <w:r>
        <w:br/>
        <w:t>Хтось гукнув: пора, чотири!</w:t>
      </w:r>
    </w:p>
    <w:p>
      <w:r>
        <w:br/>
        <w:t>Невже?</w:t>
      </w:r>
    </w:p>
    <w:p>
      <w:r>
        <w:br/>
        <w:t>— Чудесно, чудесно! — По мертвій канцелярській залі розкотився веселий сміх: це був мент, коли безнадійні рушали в простори синього неба...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