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Менше слів</w:t>
      </w:r>
    </w:p>
    <w:p>
      <w:r>
        <w:br/>
        <w:t xml:space="preserve"> &lt;p&gt;У бібліотеці Світланка зустріла Маринку Попенко. Привіталися. Приємно погомоніли. До речі, Маринку Світлана просто терпіти не може. Язик у неї — як у лисиці хвіст. Теліпає ним, мов мітлою. І цього разу не витримала. Шепоче Світланці на вухо:</w:t>
      </w:r>
    </w:p>
    <w:p>
      <w:r>
        <w:br/>
        <w:t>— Про Катеринку знаєш?</w:t>
      </w:r>
    </w:p>
    <w:p>
      <w:r>
        <w:br/>
        <w:t>— Це ж про яку? Портну?</w:t>
      </w:r>
    </w:p>
    <w:p>
      <w:r>
        <w:br/>
        <w:t>— Та ні, Шишову.</w:t>
      </w:r>
    </w:p>
    <w:p>
      <w:r>
        <w:br/>
        <w:t>— Ні.</w:t>
      </w:r>
    </w:p>
    <w:p>
      <w:r>
        <w:br/>
        <w:t>— Та це дрібниця,— заспокоює Маринка. А очі аж блищать від задоволення.— Відмінниця, а виявляється, контрольну з математики вчора списала.</w:t>
      </w:r>
    </w:p>
    <w:p>
      <w:r>
        <w:br/>
        <w:t>Не могла ж Світланка відмахнутися від неї!</w:t>
      </w:r>
    </w:p>
    <w:p>
      <w:r>
        <w:br/>
        <w:t>— А хто це бачив? — питає.</w:t>
      </w:r>
    </w:p>
    <w:p>
      <w:r>
        <w:br/>
        <w:t>— Точно, як в аптеці,— підтвердила Маринка.— Мені сам Палажчук сказав. А йому Мандариненко.</w:t>
      </w:r>
    </w:p>
    <w:p>
      <w:r>
        <w:br/>
        <w:t>Світланка сердито поглянула на подружку. Хіба це порядно: плітки у світ великий пускати, на Катеринку тінь кидати?! Ні, що ви не кажіть, а Марина — погана дівчина.</w:t>
      </w:r>
    </w:p>
    <w:p>
      <w:r>
        <w:br/>
        <w:t>Світланка так розгнівалася, що, навіть не попрощавшись із однокласницею, прожогом кинулася із бібліотеки. Від хвилювання в неї аж губи почали тремтіти, ніби по них хто електричний струм пропустив. Мало не плаче. Насилу сіла до свого автобуса. Нікого не помічає.</w:t>
      </w:r>
    </w:p>
    <w:p>
      <w:r>
        <w:br/>
        <w:t>— Здрастуй,— почула раптом голос.</w:t>
      </w:r>
    </w:p>
    <w:p>
      <w:r>
        <w:br/>
        <w:t>Світланка підняла голову і впізнала однокласника Василя Петренка. Кругленький, ніби гарбуз, він насилу тримав сумку із продуктами.</w:t>
      </w:r>
    </w:p>
    <w:p>
      <w:r>
        <w:br/>
        <w:t>— Із магазину повертаюся, пояснив. А в тебе чому такий зляканий вигляд?</w:t>
      </w:r>
    </w:p>
    <w:p>
      <w:r>
        <w:br/>
        <w:t>— Та нічого. Ця Маринка Попенко така пустомеля! Вигадує всяке. І на голову не налізе. І що каже... Ніби наша Катерина Шишова контрольну списала.</w:t>
      </w:r>
    </w:p>
    <w:p>
      <w:r>
        <w:br/>
        <w:t>— Та не може бути,— зойкнув Василько так, ніби йому на ногу трактор наїхав.</w:t>
      </w:r>
    </w:p>
    <w:p>
      <w:r>
        <w:br/>
        <w:t>— Не знаю,— розвела Світланка руками.— Все може бути. Недаремно кажуть, що немає диму без вогню. А прикидалася старанною. Грамоти отримувала. В хорі співала.</w:t>
      </w:r>
    </w:p>
    <w:p>
      <w:r>
        <w:br/>
        <w:t>Увечері до Світланки зателефонувала Яна. Погомоніли про роботу шкільного гуртка ручної вишивки, про новий художній фільм. А потім Світланка — ні сіло ні впало — заявила, що такої поганої подружки, як Маринка, мабуть, немає більше ні в одній школі міста.</w:t>
      </w:r>
    </w:p>
    <w:p>
      <w:r>
        <w:br/>
        <w:t>— А що вона? — прогув у трубці схвильований голос Яни.</w:t>
      </w:r>
    </w:p>
    <w:p>
      <w:r>
        <w:br/>
        <w:t>— Нічого страшного. Всім розповідає про негідний вчинок нашої відмінниці Шишової.</w:t>
      </w:r>
    </w:p>
    <w:p>
      <w:r>
        <w:br/>
        <w:t>— Запізнилася на урок?</w:t>
      </w:r>
    </w:p>
    <w:p>
      <w:r>
        <w:br/>
        <w:t>— Гірше. Списує контрольні. Сама на уроках байдики б'є, у вікно дивиться, а потім списує. Просто сором!</w:t>
      </w:r>
    </w:p>
    <w:p>
      <w:r>
        <w:br/>
        <w:t>— І хто міг подумати,— скрикнула Яна.— Що будемо робити?</w:t>
      </w:r>
    </w:p>
    <w:p>
      <w:r>
        <w:br/>
        <w:t>— Пропісочимо!</w:t>
      </w:r>
    </w:p>
    <w:p>
      <w:r>
        <w:br/>
        <w:t>— Обов'язково.</w:t>
      </w:r>
    </w:p>
    <w:p>
      <w:r>
        <w:br/>
        <w:t>Наступного дня Світланка прибігла до школи першою. Ніде нікого. Одна прибиральниця тітка Мотря шваброю, вимахує.</w:t>
      </w:r>
    </w:p>
    <w:p>
      <w:r>
        <w:br/>
        <w:t>— Ти чого так рано? — здивувалася.</w:t>
      </w:r>
    </w:p>
    <w:p>
      <w:r>
        <w:br/>
        <w:t>— Та тут таке,— вхопилася Світланка за голову,— таке...</w:t>
      </w:r>
    </w:p>
    <w:p>
      <w:r>
        <w:br/>
        <w:t>Тітка Мотря зблідла і притулила руку до серця.</w:t>
      </w:r>
    </w:p>
    <w:p>
      <w:r>
        <w:br/>
        <w:t>— Хтось захворів,— простогнала, прихилившись до стіни.</w:t>
      </w:r>
    </w:p>
    <w:p>
      <w:r>
        <w:br/>
        <w:t>— Заспокойтеся,— махнула Світланка.— Всі живі, здорові і навіть не чхають. Це наша відмінниця Шишова переполох вчинила.</w:t>
      </w:r>
    </w:p>
    <w:p>
      <w:r>
        <w:br/>
        <w:t>Не може бути!</w:t>
      </w:r>
    </w:p>
    <w:p>
      <w:r>
        <w:br/>
        <w:t>— Точно. Це вам усі підтвердять. Запитайте у Маринки, Яни, Василька. Сьогодні на загальних зборах розбирати будемо. Чи то щось списала, чи когось вдарила портфелем по голові. А можливо, й гірше!</w:t>
      </w:r>
    </w:p>
    <w:p>
      <w:r>
        <w:br/>
        <w:t>Тут саме Маринка нагодилася.</w:t>
      </w:r>
    </w:p>
    <w:p>
      <w:r>
        <w:br/>
        <w:t>— Запитайте ось у неї, просить Світланка.</w:t>
      </w:r>
    </w:p>
    <w:p>
      <w:r>
        <w:br/>
        <w:t>Маринка зупинилася.</w:t>
      </w:r>
    </w:p>
    <w:p>
      <w:r>
        <w:br/>
        <w:t>— Це правда? Тьотя Мотя пильно поглянула на дівчинку.</w:t>
      </w:r>
    </w:p>
    <w:p>
      <w:r>
        <w:br/>
        <w:t>— Ви про що?</w:t>
      </w:r>
    </w:p>
    <w:p>
      <w:r>
        <w:br/>
        <w:t>— Про Шишову.</w:t>
      </w:r>
    </w:p>
    <w:p>
      <w:r>
        <w:br/>
        <w:t>— А що Шишова? — застигла Маринка з роззявленим ротом.</w:t>
      </w:r>
    </w:p>
    <w:p>
      <w:r>
        <w:br/>
        <w:t>— Як же — що? — Світланка сердито сплеснула руками.— Ти ж сама мені вчора говорила в бібліотеці, що нібито Шишова...</w:t>
      </w:r>
    </w:p>
    <w:p>
      <w:r>
        <w:br/>
        <w:t>— А-а-а,— полегшено зітхнула Маринка.— Про Шишову. Казала. Що було, те було. Знову контрольну на п'ятірку написала. Вона ж у нас кругла відмінниця!</w:t>
      </w:r>
    </w:p>
    <w:p>
      <w:r>
        <w:br/>
        <w:t>— Написала,— зойкнула Світланка.— А я почула, що списала...</w:t>
      </w:r>
    </w:p>
    <w:p>
      <w:r>
        <w:br/>
        <w:t>На великій перерві дійсно зібралися однокласники! Пропісочували Світланку. Щоб краще вчилася, уважніше слухала і менше балакала.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Менше слів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