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Мені!</w:t>
      </w:r>
    </w:p>
    <w:p>
      <w:r>
        <w:br/>
        <w:t xml:space="preserve"> &lt;p&gt;Повернеться, було, мама з міста і неодмінно привезе всім трьом подарунки. Не знає тільки, який кому дати. Розкладе їх на столі й каже:</w:t>
      </w:r>
    </w:p>
    <w:p>
      <w:r>
        <w:br/>
        <w:t>— Вибирайте самі. Кому ось цього півника-свистуна?</w:t>
      </w:r>
    </w:p>
    <w:p>
      <w:r>
        <w:br/>
        <w:t>Так Олесь і Петро не встигнуть навіть рота розкрити, як Дмитрик уже:</w:t>
      </w:r>
    </w:p>
    <w:p>
      <w:r>
        <w:br/>
        <w:t>— Мені!</w:t>
      </w:r>
    </w:p>
    <w:p>
      <w:r>
        <w:br/>
        <w:t>— А калинову сопілку кому: тобі, Олесю, чи тобі, Петре?</w:t>
      </w:r>
    </w:p>
    <w:p>
      <w:r>
        <w:br/>
        <w:t>— Ні, мені! — знову вимагає Дмитрик.</w:t>
      </w:r>
    </w:p>
    <w:p>
      <w:r>
        <w:br/>
        <w:t>Почнуть йому пояснювати, що не можна ж так: треба щоб кожному якийсь подарунок дістався. А він, наче й не до нього, як заведе:</w:t>
      </w:r>
    </w:p>
    <w:p>
      <w:r>
        <w:br/>
        <w:t>— Мені півника! Мені сопілку! Мені коника! Мені! Мені! Мені!</w:t>
      </w:r>
    </w:p>
    <w:p>
      <w:r>
        <w:br/>
        <w:t>І так завжди. Ладен усе забрати собі.</w:t>
      </w:r>
    </w:p>
    <w:p>
      <w:r>
        <w:br/>
        <w:t>Якось не було мами вдома, працювала в полі. Олесь із Петриком, вивчивши уроки, грались у хаті. Дмитрик і собі хотів з ними погратися, та вони його не прийняли, прогнали надвір.</w:t>
      </w:r>
    </w:p>
    <w:p>
      <w:r>
        <w:br/>
        <w:t>Тоді Дмитрик пішов у садок пасти "череду". Коровами у нього були невеликі в'ялі гарбузи, яких він назбирав на городі, вівцями — огірки-репанки, свиньми — картоплини. Череда ніби справжня, тільки замість ніг, хвостів і рогів повстромлювані палички і стеблинки, замість очей попротикані дірочки.</w:t>
      </w:r>
    </w:p>
    <w:p>
      <w:r>
        <w:br/>
        <w:t>Пасе Дмитрик "череду" то на тих луках, то на тих. І раптом прислухався — мама в хаті розмовляє. Та голосно так, аж у садку чути.</w:t>
      </w:r>
    </w:p>
    <w:p>
      <w:r>
        <w:br/>
        <w:t>— Ну, так чого ж ви мовчите? — питає мама.— Кому з вас?..</w:t>
      </w:r>
    </w:p>
    <w:p>
      <w:r>
        <w:br/>
        <w:t>Почувши те "кому", Дмитрии кинув свою "череду" і мерщій до хати.</w:t>
      </w:r>
    </w:p>
    <w:p>
      <w:r>
        <w:br/>
        <w:t>— То кажіть же кому: тобі, Олесю, чи тобі, Петре? — допитувалася мама.</w:t>
      </w:r>
    </w:p>
    <w:p>
      <w:r>
        <w:br/>
        <w:t>— Мені! — голосно крикнув з порога Дмитрии.</w:t>
      </w:r>
    </w:p>
    <w:p>
      <w:r>
        <w:br/>
        <w:t>Хотів іще раз повторити своє звичне слівце, але не повторив. Олесь і Петрик, посхилявши голови, стояли біля столу й колупали його з обох боків нігтями... А мама сиділа на табуретці й тримала в руках розбиту макітру.</w:t>
      </w:r>
    </w:p>
    <w:p>
      <w:r>
        <w:br/>
        <w:t>Дмитрии одразу ж догадався, що то її розбили Олесь і Петрик. Вони вже тоді, як вигонили його з хати, навіщось витягли макітру з-під лави.</w:t>
      </w:r>
    </w:p>
    <w:p>
      <w:r>
        <w:br/>
        <w:t>Поглянувши на Дмитрика, мама спершу посміхнулася, потім стала сувора-пресувора і сказала:</w:t>
      </w:r>
    </w:p>
    <w:p>
      <w:r>
        <w:br/>
        <w:t>— От і добре, що ти признався. А то я думала: це вони розбили макітру. Та все допитуюсь, не знаю, кому ж із них ставати в куток.</w:t>
      </w:r>
    </w:p>
    <w:p>
      <w:r>
        <w:br/>
        <w:t>— Я не...— почав було Дмитрии.</w:t>
      </w:r>
    </w:p>
    <w:p>
      <w:r>
        <w:br/>
        <w:t>— Нічого, нічого,— перебила його мама,— вірю, що ти більше не битимеш, але в кутку все-таки доведеться тобі постояти. Іди ставай і стій, поки не покличу!..</w:t>
      </w:r>
    </w:p>
    <w:p>
      <w:r>
        <w:br/>
        <w:t>Зрозумів Дмитрии, що йому тепер ні за що перепаде, і гірко-гірко заплакав.</w:t>
      </w:r>
    </w:p>
    <w:p>
      <w:r>
        <w:br/>
        <w:t>Тоді мама вже не втрималась і засміялася.</w:t>
      </w:r>
    </w:p>
    <w:p>
      <w:r>
        <w:br/>
        <w:t>Олесь із Петриком також реготали, хоч їм і не до сміху було. Знали: мама все одно покарає їх за шкоду. Проте вони були раді, що їм, нарешті, вдалося-таки провчити маленького жаднюгу.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