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не жаль, що нам судилось…</w:t>
      </w:r>
    </w:p>
    <w:p>
      <w:r>
        <w:br/>
        <w:t xml:space="preserve"> Мені не жаль, що нам судилось&lt;br /&gt;</w:t>
        <w:br/>
        <w:t>Нести до скону хрест розлуки,&lt;br /&gt;</w:t>
        <w:br/>
        <w:t>Моє чуття не раз сталилось&lt;br /&gt;</w:t>
        <w:br/>
        <w:t>На пробнім камені розпуки.&lt;br /&gt;</w:t>
        <w:br/>
        <w:t>Мені не жаль…&lt;br /&gt;</w:t>
        <w:br/>
        <w:t>З мертвих спокоєм йму верстати&lt;br /&gt;</w:t>
        <w:br/>
        <w:t>Тернистий шлях страждань і суму,&lt;br /&gt;</w:t>
        <w:br/>
        <w:t>З брильянтів сліз буду кувати&lt;br /&gt;</w:t>
        <w:br/>
        <w:t>Твої трофеї: скорбну думу.&lt;br /&gt;</w:t>
        <w:br/>
        <w:t>З мертвих спокоєм…&lt;br /&gt;</w:t>
        <w:br/>
        <w:t>Лиш інколи в часі знемоги&lt;br /&gt;</w:t>
        <w:br/>
        <w:t>З дна серця вирветься зітхання,&lt;br /&gt;</w:t>
        <w:br/>
        <w:t>І я упаду край дороги&lt;br /&gt;</w:t>
        <w:br/>
        <w:t>І проклену своє страждання.&lt;br /&gt;</w:t>
        <w:br/>
        <w:t>Лиш інколи-&lt;br /&gt;</w:t>
        <w:br/>
        <w:t>Як побачиш сліпця, що край шляху пристав&lt;br /&gt;</w:t>
        <w:br/>
        <w:t>І тривожно шукає дороги,&lt;br /&gt;</w:t>
        <w:br/>
        <w:t>Приступи, розпитай і на путь його справ,&lt;br /&gt;</w:t>
        <w:br/>
        <w:t>Роз’ясни йому хвилі тривоги.&lt;br /&gt;</w:t>
        <w:br/>
        <w:t>Глянь, це я. Морщина поорала чоло,&lt;br /&gt;</w:t>
        <w:br/>
        <w:t>Буйний волос інеєм покрився;&lt;br /&gt;</w:t>
        <w:br/>
        <w:t>Провалилось життя, мов з водою пішло,&lt;br /&gt;</w:t>
        <w:br/>
        <w:t>Завчасу я журою упився.&lt;br /&gt;</w:t>
        <w:br/>
        <w:t>Із потопу життя я знімав рамена&lt;br /&gt;</w:t>
        <w:br/>
        <w:t>І благав на колінах підмоги,&lt;br /&gt;</w:t>
        <w:br/>
        <w:t>Але ти перейшла, гей царівна грізна,&lt;br /&gt;</w:t>
        <w:br/>
        <w:t>І лишила мене край дороги.&lt;br /&gt;</w:t>
        <w:br/>
        <w:t>Рік за роком минав, я розпучно ридав,&lt;br /&gt;</w:t>
        <w:br/>
        <w:t>А з сльозами я виплакав очі.&lt;br /&gt;</w:t>
        <w:br/>
        <w:t>І тепер я охляв, серед шляху пристав,&lt;br /&gt;</w:t>
        <w:br/>
        <w:t>Серед тучі і громів і ночі.&lt;br /&gt;</w:t>
        <w:br/>
        <w:t>Ти могла мене знять понад земні світи&lt;br /&gt;</w:t>
        <w:br/>
        <w:t>І вчинить самим Ікаром-богом,&lt;br /&gt;</w:t>
        <w:br/>
        <w:t>А тепер я сліпцем волочусь без мети,&lt;br /&gt;</w:t>
        <w:br/>
        <w:t>А мій лан спочиває відлогом.&lt;br /&gt;</w:t>
        <w:br/>
        <w:t>Приступи, подивись і на путь мене справ,&lt;br /&gt;</w:t>
        <w:br/>
        <w:t>Роз’ясни мені хвилі тривоги!&lt;br /&gt;</w:t>
        <w:br/>
        <w:t>Я втомився, охляв, серед шляху пристав&lt;br /&gt;</w:t>
        <w:br/>
        <w:t>І тривожно шукаю дороги.&lt;br /&gt;</w:t>
        <w:br/>
        <w:t>А все ж таки мені здається,&lt;br /&gt;</w:t>
        <w:br/>
        <w:t>Що я діждуся свого свята,&lt;br /&gt;</w:t>
        <w:br/>
        <w:t>Що ти прийдеш колись до мене&lt;br /&gt;</w:t>
        <w:br/>
        <w:t>І заговориш як до брата.&lt;br /&gt;</w:t>
        <w:br/>
        <w:t>Прийдеш, як мрія, що зродилась&lt;br /&gt;</w:t>
        <w:br/>
        <w:t>З безсонниці, зітхань і туги&lt;br /&gt;</w:t>
        <w:br/>
        <w:t>І щирим словом зачаруєш&lt;br /&gt;</w:t>
        <w:br/>
        <w:t>Мої застарілі недуги.&lt;br /&gt;</w:t>
        <w:br/>
        <w:t>Мені здається… Чи сповниться&lt;br /&gt;</w:t>
        <w:br/>
        <w:t>Моя надія — сам не знаю.&lt;br /&gt;</w:t>
        <w:br/>
        <w:t>Я квітами прибрав хатину&lt;br /&gt;</w:t>
        <w:br/>
        <w:t>І терпеливо дожидаю.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не жаль, що нам судилось…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