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Медсестра</w:t>
      </w:r>
    </w:p>
    <w:p>
      <w:r>
        <w:br/>
        <w:t xml:space="preserve"> В халаті білім, як сніжок на полі,&lt;br /&gt;</w:t>
        <w:br/>
        <w:t>мов блискіт лебединого пера,&lt;br /&gt;</w:t>
        <w:br/>
        <w:t>вітаючись привітно надовкола,&lt;br /&gt;</w:t>
        <w:br/>
        <w:t>іде по коридору медсестра.</w:t>
      </w:r>
    </w:p>
    <w:p>
      <w:r>
        <w:br/>
        <w:t>В очах легенький спалах остороги,&lt;br /&gt;</w:t>
        <w:br/>
        <w:t>в руках умілих — все до ладу тут.&lt;br /&gt;</w:t>
        <w:br/>
        <w:t>Десь там, в палаті, за сумним порогом&lt;br /&gt;</w:t>
        <w:br/>
        <w:t>від неї конче, допомоги ждуть.</w:t>
      </w:r>
    </w:p>
    <w:p>
      <w:r>
        <w:br/>
        <w:t>Сестричко мила, тут, у коридорі&lt;br /&gt;</w:t>
        <w:br/>
        <w:t>покинь жалі, як важко б не було!&lt;br /&gt;</w:t>
        <w:br/>
        <w:t>Нехай надію людям, вбитих горем,&lt;br /&gt;</w:t>
        <w:br/>
        <w:t>несе твоє розвеснене чоло.</w:t>
      </w:r>
    </w:p>
    <w:p>
      <w:r>
        <w:br/>
        <w:t>Догадуюсь, що маєш власні муки,&lt;br /&gt;</w:t>
        <w:br/>
        <w:t>але їх міцно затисни в руках.&lt;br /&gt;</w:t>
        <w:br/>
        <w:t>На тебе жде чиясь німа розпука&lt;br /&gt;</w:t>
        <w:br/>
        <w:t>у стомлених безсоннями очах.</w:t>
      </w:r>
    </w:p>
    <w:p>
      <w:r>
        <w:br/>
        <w:t>Тому нехай зникає чи маліє&lt;br /&gt;</w:t>
        <w:br/>
        <w:t>у хворих біль, лишень зайдеш до них.&lt;br /&gt;</w:t>
        <w:br/>
        <w:t>Життя, медсестро, — це висока мрія,&lt;br /&gt;</w:t>
        <w:br/>
        <w:t>і боротьба на вигинах крутих.</w:t>
      </w:r>
    </w:p>
    <w:p>
      <w:r>
        <w:br/>
        <w:t>...В халаті чистім, як погожа днина,&lt;br /&gt;</w:t>
        <w:br/>
        <w:t>струнка, статечна, ніжна, осяйна&lt;br /&gt;</w:t>
        <w:br/>
        <w:t>зайшла в палату медсестра. Людина!&lt;br /&gt;</w:t>
        <w:br/>
        <w:t>А разом з нею — радість і весна.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Медсестра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