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Матусина пісня</w:t>
      </w:r>
    </w:p>
    <w:p>
      <w:r>
        <w:br/>
        <w:t xml:space="preserve"> Ступаю в зажурі по отчім подвір'ю,&lt;br /&gt;</w:t>
        <w:br/>
        <w:t>У кожен найдальший куток заглядаю.&lt;br /&gt;</w:t>
        <w:br/>
        <w:t>Блукаю, мов привид, ходжу і не вірю,&lt;br /&gt;</w:t>
        <w:br/>
        <w:t>Що мами не стало, що мами не маю.</w:t>
      </w:r>
    </w:p>
    <w:p>
      <w:r>
        <w:br/>
        <w:t>Придибав до стежки — сліди материські.&lt;br /&gt;</w:t>
        <w:br/>
        <w:t>Торкаюся вишні — там мамині руки.&lt;br /&gt;</w:t>
        <w:br/>
        <w:t>До трьох яворів приглядаюся зблизька —&lt;br /&gt;</w:t>
        <w:br/>
        <w:t>А красені плачуть від болю й розпуки.</w:t>
      </w:r>
    </w:p>
    <w:p>
      <w:r>
        <w:br/>
        <w:t>Зійшов на узвишшя, вслухаюся в простір —&lt;br /&gt;</w:t>
        <w:br/>
        <w:t>А з поля Матусина пісня лунає.&lt;br /&gt;</w:t>
        <w:br/>
        <w:t>Знайома до болю і мила до млості&lt;br /&gt;</w:t>
        <w:br/>
        <w:t>То голосно ллється, то враз завмирає.</w:t>
      </w:r>
    </w:p>
    <w:p>
      <w:r>
        <w:br/>
        <w:t>Матусина пісне, солодка чарунко,&lt;br /&gt;</w:t>
        <w:br/>
        <w:t>Твого джерела час не зміг замулити!&lt;br /&gt;</w:t>
        <w:br/>
        <w:t>Я з нього нап'юся медового трунку,&lt;br /&gt;</w:t>
        <w:br/>
        <w:t>Щоб смуток утрати на серці убити.</w:t>
      </w:r>
    </w:p>
    <w:p>
      <w:r>
        <w:br/>
        <w:t>Черпну у долоні з твоєї криниці&lt;br /&gt;</w:t>
        <w:br/>
        <w:t>Любові до світу і велетом стану,&lt;br /&gt;</w:t>
        <w:br/>
        <w:t>На рани полию живої водиці,&lt;br /&gt;</w:t>
        <w:br/>
        <w:t>Як недуг лукавий колись мене зранить.</w:t>
      </w:r>
    </w:p>
    <w:p>
      <w:r>
        <w:br/>
        <w:t>З тобою пізнаю і силу, і мудрість,&lt;br /&gt;</w:t>
        <w:br/>
        <w:t>І викрешу слово з німого туману,&lt;br /&gt;</w:t>
        <w:br/>
        <w:t>Бо ти — моя віра, бо ти — моя сутність,&lt;br /&gt;</w:t>
        <w:br/>
        <w:t>Довічна легенда і пам'ять про маму...</w:t>
      </w:r>
    </w:p>
    <w:p>
      <w:r>
        <w:br/>
        <w:t>Стою у задумі на отчім подвір'ю,&lt;br /&gt;</w:t>
        <w:br/>
        <w:t>В прожиті літа, як в ріку, заглядаю,&lt;br /&gt;</w:t>
        <w:br/>
        <w:t>А звідти до мене стозвіздним сузір'ям&lt;br /&gt;</w:t>
        <w:br/>
        <w:t>Матусина пісня летить-долітає.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Матусина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