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Матусенько-о-о!</w:t>
      </w:r>
    </w:p>
    <w:p>
      <w:r>
        <w:br/>
        <w:t xml:space="preserve"> &lt;p&gt;То було суворої зими 1929 року, коли на Поділлі повимерзали фруктові дерева, особливо волоські горіхи, сливи і абрикоси, виноград, деякі сорти яблунь і груш.</w:t>
      </w:r>
    </w:p>
    <w:p>
      <w:r>
        <w:br/>
        <w:t>У хаті вікна були замуровані міцним морозом так, що навіть березневе сонце не могло пробитися крізь товстий шар льоду з снігом на шибках.</w:t>
      </w:r>
    </w:p>
    <w:p>
      <w:r>
        <w:br/>
        <w:t>Я із старшим на пару років братиком Павлом розкошували на завжди теплій печі, тому нам нічні морози аж ніяк не були страшні. Лише вдень, коли брат йшов до школи, а я з такими ж ровесниками, як сам, ганяли санчата з снігової гірки, мороз невидимими пальцями щипав то за носа, то за вуха, то за руки. Та ми гуртом давали собі раду: один одному снігом розтирали задубілі місця, з усієї сили забивали замерзлі руки об плечі доти, поки кров знову не гнала тепло до самісіньких нігтів.</w:t>
      </w:r>
    </w:p>
    <w:p>
      <w:r>
        <w:br/>
        <w:t>Того морозного ранку всі дерева і кущі були вкриті густим інеєм. Дрібні білі голочки поприлипали до найменших гілочок, прикрасили стебла засохлих бур'янів. І ті бур'яни ніби ожили в казці, стали кришталевими люстрами, неповторними сяючими вишивками, мережками, загадковими візерунками.</w:t>
      </w:r>
    </w:p>
    <w:p>
      <w:r>
        <w:br/>
        <w:t>Я зліз з печі слідом за Павликом і почав вмиватися. Якраз увійшла мати, несучи оберемок сухих дров, і кинула їх під припічок. Здивовано глянула на мене, чогось усміхнулася, а потім так, між іншим, запитала:</w:t>
      </w:r>
    </w:p>
    <w:p>
      <w:r>
        <w:br/>
        <w:t>– Куди, парубче, збираєшся?</w:t>
      </w:r>
    </w:p>
    <w:p>
      <w:r>
        <w:br/>
        <w:t>– Діло є, – буркнув я у жменю з водою, від чого бризками намочив собі сорочку.</w:t>
      </w:r>
    </w:p>
    <w:p>
      <w:r>
        <w:br/>
        <w:t>– Яке таке діло спозарання? – промовила мати, чаклуючи коло дров у печі, які ніяк не хотіли розгорятися.</w:t>
      </w:r>
    </w:p>
    <w:p>
      <w:r>
        <w:br/>
        <w:t>– Хочу подивитися на іній у саду.</w:t>
      </w:r>
    </w:p>
    <w:p>
      <w:r>
        <w:br/>
        <w:t>– Поки ти зберешся, то його й сліду не зостанеться, весь осипеться.</w:t>
      </w:r>
    </w:p>
    <w:p>
      <w:r>
        <w:br/>
        <w:t>– А я за хлівом його зловлю, куди сонечко заглядає лише опівдні.</w:t>
      </w:r>
    </w:p>
    <w:p>
      <w:r>
        <w:br/>
        <w:t>– Зараз поснідаєш з Павликом, а тоді й підеш милуватися інеєм, – подобрішала мати, бо розгорілося у печі. – І що з тебе буде, Миколко, коли виростеш і школу закінчиш?</w:t>
      </w:r>
    </w:p>
    <w:p>
      <w:r>
        <w:br/>
        <w:t>– Поетом буду, матусю, як Тарас Григорович Шевченко!</w:t>
      </w:r>
    </w:p>
    <w:p>
      <w:r>
        <w:br/>
        <w:t>– Дай Боже, дай Боже, щоб з тебе була така славна людина, як Тарас Григорович. Більшого у Бога не прошу. Лише хай обминає тебе, сину, лиха доля, яка спіткала колись нашого поета і пророка.</w:t>
      </w:r>
    </w:p>
    <w:p>
      <w:r>
        <w:br/>
        <w:t>Та мене того ранку не іній цікавив, я вже не раз його обтрушував з яблунь і кущів, приглядався до тоненьких білих голочок. Хотів побачити, як будуть висилати у страшний Сибір cім'ю дядька Федора за те, що він якийсь куркуль. А жив дядько Федір на нашій таки вулиці, недалеко від снігової гірки, яку допомагав дітям насипати. До пізнього вечора працювали і старші сини дядька Федора – Грицько і Сянько. Гірка вийшла і висока, і широка. Такої, мабуть, не побачиш у всій Могилівці.</w:t>
      </w:r>
    </w:p>
    <w:p>
      <w:r>
        <w:br/>
        <w:t>Ми, хлопчики і дівчатка, з нашої довгезної вулиці дуже любили дядька Федора. Він був гарний лицем, карі очі світилися, як у юнака. Чорні брови, такі ж вуса і чуприна, повні червоні щоки і м'ясисті губи ніби кликали до себе. Він був добрий і щедрий. Коли ми у нього колядували, то насипав нам у торбину повно яблук і горіхів, смачних сухариків і пиріжків, ще й кожного обдарував грошима. То хіба такого куркуля треба висилати у чужий далекий Сибір, щоб чужинцям попадали щедрі подарунки?</w:t>
      </w:r>
    </w:p>
    <w:p>
      <w:r>
        <w:br/>
        <w:t>У дядька Федора було чотири хлопці і стільки ж дівчат. З нами іноді гралася чорноока Надя. Вона була молодшою від мене щось на два роки, а тому я, як старший роками, завжди намагався покатати її на санчатах, а влітку якось на вулиці відігнав од неї здоровенного індика, який чогось розгнівався на малу і шарпав її за червоне платтячко. А може, йому червоний колір не сподобався?</w:t>
      </w:r>
    </w:p>
    <w:p>
      <w:r>
        <w:br/>
        <w:t>Вчора на ковзанці старші дівчатка казали, що Надю заберуть до себе сусіди, у яких нема дітей. І дівчинка буде їм за доньку. А найменшенький Вітя, якому ще й року нема від роду, поїде з батьками у той страшний зимовий Сибір. Сибір – це така велика в'язниця з глибокими снігами і такими міцними морозами, що там на льоту замерзають птахи. А ще дід Юхим казав, що у тому Сибіру багато лісів, де водяться ведмеді, дикі кабани, вовки і ще різні страшні звірі. Ось туди, комнезами і комуністи з комсомольцями і звозять таких куркулів, як дядько Федір, щоб вони там позамерзали, щоб їх поїли дикі звірі.</w:t>
      </w:r>
    </w:p>
    <w:p>
      <w:r>
        <w:br/>
        <w:t>А ще у дядька Федора є прадід Семен і дід Митрофан, каліка, без однієї ноги. Вони обидва уже не страшні тутешнім сільрадівцям і тому не підходять для Сибіру. Їх забрали далекі родичі, щоб у них діди доживали віку.</w:t>
      </w:r>
    </w:p>
    <w:p>
      <w:r>
        <w:br/>
        <w:t>Нині рано сім'ю дядька Федора мають вивозити у той страшний Сибір. Тому я, схопивши санчата, потяг їх до снігової гірки, звідки, як на долоні, було видно всеньке тепер голе подвір'я куркуля. А голе подвір'я тому, що вже нема ні хліва, ні комори, ні стодоли, ні пошурів, а лише червоніє з сорому випаленою цеглою недобудована хата, вкрита ще свіжими житніми сніпками. Це односельчани розорили споконвічне гніздо дядька Федора, його колись затишне, зразкове господарство. Так усі говорять у хаті.</w:t>
      </w:r>
    </w:p>
    <w:p>
      <w:r>
        <w:br/>
        <w:t>На подвір'ї чекали двоє саней. Зібрався гурт сусідів, наче на похорон. Якісь дядьки винесли кілька клунків і поклали на солому, що була на санях. Вийшли з хати два міліціонери і голова сільради Поховайло. Слідом за ними проінеєве повітря роздерли дикі зойки Федорихи, яку вели під руки дві жінки:</w:t>
      </w:r>
    </w:p>
    <w:p>
      <w:r>
        <w:br/>
        <w:t>– Ой, людоньки-и-и! За що ж ви нас виганяєте з рідної хатоньки-и-и наче злодіїв кривавих? Виганяєте з рідного села-а-а? За що-о-о?? Чи ми когось обікрали-и-и? Чи когось обдурили-и-и? Чи когось оббрехали? Чи когось облаяли? Чи я, чи Федір, чи мої батьки, діди і прадіди, чи мої діти комусь зло заподіяли?! То скажіть, людоньки-и-и!!! За що ж ви нас розорили, як розбійників і злодюг найстрашніших у чужий далекий край, у холодний Сибір засилаєте??? Висилаєте на вірну смерть, на погибель! За що-о-о, за що-о-о, людоньки-и-и??!</w:t>
      </w:r>
    </w:p>
    <w:p>
      <w:r>
        <w:br/>
        <w:t>Жінка на хвильку ніби вдавилася морозяним повітрям чи сльозами, які за ці пекельні дні-страждання проклали глибокі борозни по обидва боки носа, як знову заголосила:</w:t>
      </w:r>
    </w:p>
    <w:p>
      <w:r>
        <w:br/>
        <w:t>– Ой, Боженьку, Боже, за що нас так тяжко караєш? За які гріхи? Може, за те, що день і ніч працювали, не знали спочинку, ні самі, ні наші батьки, ні наші дітоньки? Ой, Боженьку, Боже!</w:t>
      </w:r>
    </w:p>
    <w:p>
      <w:r>
        <w:br/>
        <w:t>То що з нами буде у тому сніговому Сибіру? У тій далекій кацапії? То вже навік ми пропали, то вже не побачимо тебе, наша люба Україно...</w:t>
      </w:r>
    </w:p>
    <w:p>
      <w:r>
        <w:br/>
        <w:t>Федориха з малим Вітею на руках і синами раптом зупинилася перед першими саньми, її великі чорні очі раптом зблиснули двома яскравими зірками, а з грудей вирвалося:</w:t>
      </w:r>
    </w:p>
    <w:p>
      <w:r>
        <w:br/>
        <w:t>– Прощайте, людоньки! Прощайте, сусідоньки! Прощайте, родичі! Прощайте, рідна земле і могили рідних! Прощавайте, любий дідуню, дорогий таточку! Простіть нас, рідні, що не доглянули вашої старості, що лишаємо вас тут! Прощай, Надю, донечко моя!..</w:t>
      </w:r>
    </w:p>
    <w:p>
      <w:r>
        <w:br/>
        <w:t>Жінки посадили на сани Федориху, коло неї примостилися два сини і два комсомольці, а на других санях сів дядько Федір з дітьми... Він не ридав вголос, а лише вклонявся людям направо і наліво...</w:t>
      </w:r>
    </w:p>
    <w:p>
      <w:r>
        <w:br/>
        <w:t>Раптом дядько Федір підвівся з саней, впав навколішки на подвір'ї, розгріб руками сніг до замерзлої землі і тричі поцілував її. Потім перехрестився тричі до своєї хати, обвів чужим поглядом мовчазний натовп сусідів і родичів та представників радянської влади, сів у сани і до їздового:</w:t>
      </w:r>
    </w:p>
    <w:p>
      <w:r>
        <w:br/>
        <w:t>– Рушай!</w:t>
      </w:r>
    </w:p>
    <w:p>
      <w:r>
        <w:br/>
        <w:t>Коли сани почали повільно виїжджати з подвір'я, з гурту людей вибігла дівчинка у жовтому кожушку і такій же хустинці і простягла рученята:</w:t>
      </w:r>
    </w:p>
    <w:p>
      <w:r>
        <w:br/>
        <w:t>– Мамо-о-о?! Матусенько-о-о! Татусю-ю-ю! Куди ви-и-и?? Матусенько-о-о!!!</w:t>
      </w:r>
    </w:p>
    <w:p>
      <w:r>
        <w:br/>
        <w:t>Дівчинка бігла за саньми, кричала, падала у сніг, підіймалася і знову бігла, а з ротика ледь долітало "Матусенько-о-о", "Татусю-ю-ю". За Надею бігли жінки, дівчинку перехопив якийсь чоловік, взяв її на руки, пригорнув до грудей. То був її теперішній названий батько.</w:t>
      </w:r>
    </w:p>
    <w:p>
      <w:r>
        <w:br/>
        <w:t>А сани з висланими уже повернули у бічну вулицю і навік зникли з очей.</w:t>
      </w:r>
    </w:p>
    <w:p>
      <w:r>
        <w:br/>
        <w:t>Над селом засяяли криваві промені вранішнього сонця, що визирнуло з-за високого горба, віщуючи людям тихий морозяний день.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Матусенько-о-о!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