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Матір овець</w:t>
      </w:r>
    </w:p>
    <w:p>
      <w:r>
        <w:br/>
        <w:t xml:space="preserve"> 1</w:t>
      </w:r>
    </w:p>
    <w:p>
      <w:r>
        <w:br/>
        <w:t>Як допоміг ти, Господи, що я цю маржину&lt;br /&gt;</w:t>
        <w:br/>
        <w:t>першим днем нинішнім вигоню всю при&lt;br /&gt;</w:t>
        <w:br/>
        <w:t>купі, так поможи мені, Господи, остатньої&lt;br /&gt;</w:t>
        <w:br/>
        <w:t>днини усю при купі загнати і людям пе-&lt;br /&gt;</w:t>
        <w:br/>
        <w:t>редати.&lt;br /&gt;</w:t>
        <w:br/>
        <w:t>(Закінчення полонинської молитви)</w:t>
      </w:r>
    </w:p>
    <w:p>
      <w:r>
        <w:br/>
        <w:t>Так молиться ватаг,&lt;br /&gt;</w:t>
        <w:br/>
        <w:t>але то і моя молитва,&lt;br /&gt;</w:t>
        <w:br/>
        <w:t>бо я народилась на полонині,&lt;br /&gt;</w:t>
        <w:br/>
        <w:t>виростала високою і гордою смерекою,&lt;br /&gt;</w:t>
        <w:br/>
        <w:t>але одинокою в Божих травах.</w:t>
      </w:r>
    </w:p>
    <w:p>
      <w:r>
        <w:br/>
        <w:t>Мене повалили б вітри, убив би грім,&lt;br /&gt;</w:t>
        <w:br/>
        <w:t>а блискавки спалили б.</w:t>
      </w:r>
    </w:p>
    <w:p>
      <w:r>
        <w:br/>
        <w:t>І тому&lt;br /&gt;</w:t>
        <w:br/>
        <w:t>мені відітнули верхів'я замолоду,&lt;br /&gt;</w:t>
        <w:br/>
        <w:t>і я почала розростатися вшир,&lt;br /&gt;</w:t>
        <w:br/>
        <w:t>хихластою стала.</w:t>
      </w:r>
    </w:p>
    <w:p>
      <w:r>
        <w:br/>
        <w:t>З покритою суччям головою&lt;br /&gt;</w:t>
        <w:br/>
        <w:t>я вперто тримала на собі&lt;br /&gt;</w:t>
        <w:br/>
        <w:t>кожну всохлу галузку хвої,&lt;br /&gt;</w:t>
        <w:br/>
        <w:t>не відпустила за вітром жодну хворостину,&lt;br /&gt;</w:t>
        <w:br/>
        <w:t>бо з них звисав мох,&lt;br /&gt;</w:t>
        <w:br/>
        <w:t>який покрив мене до п'ят,&lt;br /&gt;</w:t>
        <w:br/>
        <w:t>і я стояла серед полонини —&lt;br /&gt;</w:t>
        <w:br/>
        <w:t>як велика вівця у великому руні.</w:t>
      </w:r>
    </w:p>
    <w:p>
      <w:r>
        <w:br/>
        <w:t>А біля мого стовбура,&lt;br /&gt;</w:t>
        <w:br/>
        <w:t>тулячись до мого серця,&lt;br /&gt;</w:t>
        <w:br/>
        <w:t>збивались до купи вівці і ягнята,&lt;br /&gt;</w:t>
        <w:br/>
        <w:t>ховаючись від бурі і від сонця,&lt;br /&gt;</w:t>
        <w:br/>
        <w:t>від плови і вітрів.</w:t>
      </w:r>
    </w:p>
    <w:p>
      <w:r>
        <w:br/>
        <w:t>Я всім дала прихисток.</w:t>
      </w:r>
    </w:p>
    <w:p>
      <w:r>
        <w:br/>
        <w:t>До мене тулилися навіть люди&lt;br /&gt;</w:t>
        <w:br/>
        <w:t>в одежі, вивареній у маслі і в лою,&lt;br /&gt;</w:t>
        <w:br/>
        <w:t>яка вже не помагала.</w:t>
      </w:r>
    </w:p>
    <w:p>
      <w:r>
        <w:br/>
        <w:t>Я сховала пораненого легіня&lt;br /&gt;</w:t>
        <w:br/>
        <w:t>і не дала йому вмерти,&lt;br /&gt;</w:t>
        <w:br/>
        <w:t>бо на сукровищі не бути стійбищу,&lt;br /&gt;</w:t>
        <w:br/>
        <w:t>бо де вбито людину, там кричить маржина&lt;br /&gt;</w:t>
        <w:br/>
        <w:t>і тратить молоко.</w:t>
      </w:r>
    </w:p>
    <w:p>
      <w:r>
        <w:br/>
        <w:t>А як же матері без дітей?</w:t>
      </w:r>
    </w:p>
    <w:p>
      <w:r>
        <w:br/>
        <w:t>Я вдихнула дим живої ватри,&lt;br /&gt;</w:t>
        <w:br/>
        <w:t>стримала у своєму руні його пух,&lt;br /&gt;</w:t>
        <w:br/>
        <w:t>який справіку віднаджує хижаків.&lt;br /&gt;</w:t>
        <w:br/>
        <w:t>І навіть хитрий старий ведмідь,&lt;br /&gt;</w:t>
        <w:br/>
        <w:t>який взяв мох у лапи&lt;br /&gt;</w:t>
        <w:br/>
        <w:t>і тому нечутно крадеться&lt;br /&gt;</w:t>
        <w:br/>
        <w:t>ломами пралісів і звалищами окель,&lt;br /&gt;</w:t>
        <w:br/>
        <w:t>не підступить до мене,&lt;br /&gt;</w:t>
        <w:br/>
        <w:t>не розідре моїх дітей.</w:t>
      </w:r>
    </w:p>
    <w:p>
      <w:r>
        <w:br/>
        <w:t>Я бережу стадо твоє, Господи.</w:t>
      </w:r>
    </w:p>
    <w:p>
      <w:r>
        <w:br/>
        <w:t>Я випросила в тебе джерело,&lt;br /&gt;</w:t>
        <w:br/>
        <w:t>і воно вискочило з землі за два кроки,&lt;br /&gt;</w:t>
        <w:br/>
        <w:t>а вівчарі видовбали в дереві жолоби&lt;br /&gt;</w:t>
        <w:br/>
        <w:t>і принесли моїм дітям басарунок.&lt;br /&gt;</w:t>
        <w:br/>
        <w:t>Моє суворе серце&lt;br /&gt;</w:t>
        <w:br/>
        <w:t>поцілувало кожне ягня, але…</w:t>
      </w:r>
    </w:p>
    <w:p>
      <w:r>
        <w:br/>
        <w:t>2</w:t>
      </w:r>
    </w:p>
    <w:p>
      <w:r>
        <w:br/>
        <w:t>З черленого потока вийшов черлений чо-&lt;br /&gt;</w:t>
        <w:br/>
        <w:t>ловік у черленім сардаку, у черлених гачах,&lt;br /&gt;</w:t>
        <w:br/>
        <w:t>у черлених постолах, у черленім ремени, у&lt;br /&gt;</w:t>
        <w:br/>
        <w:t>черленій сорочці, у черленій крисані, а чер-&lt;br /&gt;</w:t>
        <w:br/>
        <w:t>ленов сокиров, пішов у черлений ліс, нару-&lt;br /&gt;</w:t>
        <w:br/>
        <w:t>бав черленого дерева, наколов черленого&lt;br /&gt;</w:t>
        <w:br/>
        <w:t>вориння, на черленій землі заклав черлену&lt;br /&gt;</w:t>
        <w:br/>
        <w:t>кошару і загнав черлені вівці, надоїв чер-&lt;br /&gt;</w:t>
        <w:br/>
        <w:t>леного молока, пішов на черлений ярмарок,&lt;br /&gt;</w:t>
        <w:br/>
        <w:t>продавав черленов мірков: хто си напив,&lt;br /&gt;</w:t>
        <w:br/>
        <w:t>аби си розсів, а хто вздрів, аби осліп, а хто&lt;br /&gt;</w:t>
        <w:br/>
        <w:t>учув, аби оглух.&lt;br /&gt;</w:t>
        <w:br/>
        <w:t>(Полонинське замовляння)</w:t>
      </w:r>
    </w:p>
    <w:p>
      <w:r>
        <w:br/>
        <w:t>…але стікала по моєму стовбуру&lt;br /&gt;</w:t>
        <w:br/>
        <w:t>кров ягняти.</w:t>
      </w:r>
    </w:p>
    <w:p>
      <w:r>
        <w:br/>
        <w:t>У КНИЗІ написано, що дерево життя&lt;br /&gt;</w:t>
        <w:br/>
        <w:t>прихистить того,&lt;br /&gt;</w:t>
        <w:br/>
        <w:t>хто випере своє одіння&lt;br /&gt;</w:t>
        <w:br/>
        <w:t>у крові ягняти.</w:t>
      </w:r>
    </w:p>
    <w:p>
      <w:r>
        <w:br/>
        <w:t>А як мені берегти&lt;br /&gt;</w:t>
        <w:br/>
        <w:t>християнське стадо на росах?</w:t>
      </w:r>
    </w:p>
    <w:p>
      <w:r>
        <w:br/>
        <w:t>Я ж добре знаю,&lt;br /&gt;</w:t>
        <w:br/>
        <w:t>що не все воно&lt;br /&gt;</w:t>
        <w:br/>
        <w:t>діжде осені.</w:t>
      </w:r>
    </w:p>
    <w:p>
      <w:r>
        <w:br/>
        <w:t>Гостре, Господи, стадо моє,&lt;br /&gt;</w:t>
        <w:br/>
        <w:t>бо коли першу сіль воно лиже,&lt;br /&gt;</w:t>
        <w:br/>
        <w:t>стріляють його пастирі в небеса!</w:t>
      </w:r>
    </w:p>
    <w:p>
      <w:r>
        <w:br/>
        <w:t>Ніхто, крім тебе і мене, не простить їх.</w:t>
      </w:r>
    </w:p>
    <w:p>
      <w:r>
        <w:br/>
        <w:t>Жоден відьмак&lt;br /&gt;</w:t>
        <w:br/>
        <w:t>не відніме молоко у моїх овець,&lt;br /&gt;</w:t>
        <w:br/>
        <w:t>бо коли вперше на полонині&lt;br /&gt;</w:t>
        <w:br/>
        <w:t>крикнули: "Рист!"&lt;br /&gt;</w:t>
        <w:br/>
        <w:t>і надоїли перший удій,&lt;br /&gt;</w:t>
        <w:br/>
        <w:t>ватаг кивнув одному: "Ти!"&lt;br /&gt;</w:t>
        <w:br/>
        <w:t>і той роздягся донага,&lt;br /&gt;</w:t>
        <w:br/>
        <w:t>і тричі оббіг із тим смолоскипом&lt;br /&gt;</w:t>
        <w:br/>
        <w:t>навколо маржини і всіх нас.</w:t>
      </w:r>
    </w:p>
    <w:p>
      <w:r>
        <w:br/>
        <w:t>Нас береже жива ватра!</w:t>
      </w:r>
    </w:p>
    <w:p>
      <w:r>
        <w:br/>
        <w:t>Але настала, Господи, та година,&lt;br /&gt;</w:t>
        <w:br/>
        <w:t>коли покидає мене&lt;br /&gt;</w:t>
        <w:br/>
        <w:t>стадо моє.</w:t>
      </w:r>
    </w:p>
    <w:p>
      <w:r>
        <w:br/>
        <w:t>І тоді приходить Мара —&lt;br /&gt;</w:t>
        <w:br/>
        <w:t>півлюдиіна, півнелюд.</w:t>
      </w:r>
    </w:p>
    <w:p>
      <w:r>
        <w:br/>
        <w:t>І сам-один порядкує на стаї,&lt;br /&gt;</w:t>
        <w:br/>
        <w:t>нікого не підпускає.</w:t>
      </w:r>
    </w:p>
    <w:p>
      <w:r>
        <w:br/>
        <w:t>А я не можу його прогнати,&lt;br /&gt;</w:t>
        <w:br/>
        <w:t>бо для цього треба вивернути&lt;br /&gt;</w:t>
        <w:br/>
        <w:t>своє руно,&lt;br /&gt;</w:t>
        <w:br/>
        <w:t>навіть кору свою одягти навиворіт,&lt;br /&gt;</w:t>
        <w:br/>
        <w:t>а мені страшно вивертати одежу,&lt;br /&gt;</w:t>
        <w:br/>
        <w:t>обагрену кров'ю Ягняти.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Матір овець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