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 Божа</w:t>
      </w:r>
    </w:p>
    <w:p>
      <w:r>
        <w:br/>
        <w:t xml:space="preserve"> &lt;p&gt;Осінь. Сумрак. Тишина.</w:t>
      </w:r>
    </w:p>
    <w:p>
      <w:r>
        <w:br/>
        <w:t>Дощові краплі, великі, немов сльози, а й такі прозорі, бились чутно о шиби, розпливались і котились звільна вниз, густо, багато, невпинно.</w:t>
      </w:r>
    </w:p>
    <w:p>
      <w:r>
        <w:br/>
        <w:t>Я лежала, втомлена денною працею, спочиваючи, і під час коли понурі, безбарвні думки вештались, немов ті павуки, в мозку снували ткань,— придивлялася я тому монотонному об'явові.</w:t>
      </w:r>
    </w:p>
    <w:p>
      <w:r>
        <w:br/>
        <w:t>"Коли б хто мав стільки "тисячів", скільки тут котиться крапельок дощових, скільки спин гнулося б перед ним, скільки уст вимовляло б слова іншого смислу, ніж правди, силу різнобарвної брехні або заяви різного самопониження! А натомість хто б стільки сліз горя переплакав, як тут спливає дощових крапель, як мало зважали б на нього в житті, і як не згиналась би перед його душею ані одна спина!"</w:t>
      </w:r>
    </w:p>
    <w:p>
      <w:r>
        <w:br/>
        <w:t>Такі глупі думки налітають на мене нині вже не перший раз. Вони приводять мене навіть до дуру прирівнювати якісь "вартості" між собою, розбирати "мораль", творити якийсь капітал з людських прикмет і думок а їх сили... будувати з неї щось велике, могуче!..</w:t>
      </w:r>
    </w:p>
    <w:p>
      <w:r>
        <w:br/>
        <w:t>Так! Але між тим спостерігла я, що я приміряю своє "майно" також до тих крапельок дощових, я справдешній бідолаха, що не має нічого такого, що могло б гордитись п'ятном "вартості"!</w:t>
      </w:r>
    </w:p>
    <w:p>
      <w:r>
        <w:br/>
        <w:t>Таким бідолахам — мовчати, коритися.</w:t>
      </w:r>
    </w:p>
    <w:p>
      <w:r>
        <w:br/>
        <w:t>Або що ще ліпше — тим лиш думати, думати, думати!</w:t>
      </w:r>
    </w:p>
    <w:p>
      <w:r>
        <w:br/>
        <w:t>Про що?</w:t>
      </w:r>
    </w:p>
    <w:p>
      <w:r>
        <w:br/>
        <w:t>Можна б думати про "початки", про "закінчення", про красоту; про якогось роду красоту з зарисом любові і з зарисом чистоти, в красі якої затонули б і "вартості", і сучасна "мораль", і угинаючіся спини, і сльози горя, і саме горе... Або — видумувати мелодії, котрі поривали б своєю красою, звуками своїми пронизували б душі, вливали б все лихо, вимивали б, немов ті хвилі при березі... все зло, що намулилось... позолочували б те, що закинене, занедбане, що поблідло, почорніло...</w:t>
      </w:r>
    </w:p>
    <w:p>
      <w:r>
        <w:br/>
        <w:t>Так, видумувати мелодії, котрі поринали б своєю божественною... чистою красою...</w:t>
      </w:r>
    </w:p>
    <w:p>
      <w:r>
        <w:br/>
        <w:t>. . . . . . . . . .</w:t>
      </w:r>
    </w:p>
    <w:p>
      <w:r>
        <w:br/>
        <w:t>І божевільні думки, свавільні, кепкуючі, вони перемогли мене і під час, коли я, завойована й стомлена, попала незамітно в сон,— полинули вони кудись в якусь незнану країну...</w:t>
      </w:r>
    </w:p>
    <w:p>
      <w:r>
        <w:br/>
        <w:t>. . . . . . . . . .</w:t>
      </w:r>
    </w:p>
    <w:p>
      <w:r>
        <w:br/>
        <w:t>* * *</w:t>
      </w:r>
    </w:p>
    <w:p>
      <w:r>
        <w:br/>
        <w:t>З важким смутком блудила я між людьми й шукала того, за котрим моє серце тужило.</w:t>
      </w:r>
    </w:p>
    <w:p>
      <w:r>
        <w:br/>
        <w:t>Якась незнана сила гнала мене неустанно, все вперед і невтомно.</w:t>
      </w:r>
    </w:p>
    <w:p>
      <w:r>
        <w:br/>
        <w:t>Утративши його, я мусила його назад відшукати. Тут, або там, або он там... або, може, там, де збилася юрба люду!</w:t>
      </w:r>
    </w:p>
    <w:p>
      <w:r>
        <w:br/>
        <w:t>Або, може, на тамтім боці, де їх так багато проходжується парами?</w:t>
      </w:r>
    </w:p>
    <w:p>
      <w:r>
        <w:br/>
        <w:t>О, може, може, вже — на тамтім боці.</w:t>
      </w:r>
    </w:p>
    <w:p>
      <w:r>
        <w:br/>
        <w:t>По разові переходила я знакомі вулиці, котрими проходжувалась я так часто з ним; по разові знов минала я місця незнайомого головного якогось міста; а люди круг мене були всі чужі, нічийого лиця я не знала!</w:t>
      </w:r>
    </w:p>
    <w:p>
      <w:r>
        <w:br/>
        <w:t>Оця безконечна пошуканка, це безнадійне нервове дожидання нищило всю мою відвагу дальшого льоту вперед і всю силу скорості душі моєї... Я відчувала, як еластичність мого розуму ослабала, як живість моїх думок никла і як я походила чим раз то більше на тоту струну, котра, надто натягнена, має вже в наступаючій хвилі урватися.</w:t>
      </w:r>
    </w:p>
    <w:p>
      <w:r>
        <w:br/>
        <w:t>Так, оця сила чуття нищила мене й доводила до того, що я гасла...</w:t>
      </w:r>
    </w:p>
    <w:p>
      <w:r>
        <w:br/>
        <w:t>Нараз здавалось мені, що він виринає з гурту, що розриває кружок людей, котрий оточував його, замикав, та що прямує до мене, весело здоровлячи...</w:t>
      </w:r>
    </w:p>
    <w:p>
      <w:r>
        <w:br/>
        <w:t>Весело здоровлячи! В очах те світло, за котрим я завсігди озиралася і котре озолочувало мені усі предмети.</w:t>
      </w:r>
    </w:p>
    <w:p>
      <w:r>
        <w:br/>
        <w:t>Отже, там бавився він так довго? Дав так довго на себе ждати?</w:t>
      </w:r>
    </w:p>
    <w:p>
      <w:r>
        <w:br/>
        <w:t>Наколи там, то я була вже пару разів близько нього.</w:t>
      </w:r>
    </w:p>
    <w:p>
      <w:r>
        <w:br/>
        <w:t>І мені замиготіло з утіхи в очах.</w:t>
      </w:r>
    </w:p>
    <w:p>
      <w:r>
        <w:br/>
        <w:t>Побачення по довгій томлячій розлуці вимагає так само сили, як і розлука.</w:t>
      </w:r>
    </w:p>
    <w:p>
      <w:r>
        <w:br/>
        <w:t>Він зближався чим раз, то більше.</w:t>
      </w:r>
    </w:p>
    <w:p>
      <w:r>
        <w:br/>
        <w:t>Я відчувала виразно вплив його присутності, однак і заразом якби якесь незнайоме щось, подібне електричній струї, переходило від мене на нього.</w:t>
      </w:r>
    </w:p>
    <w:p>
      <w:r>
        <w:br/>
        <w:t>І чи було се лиш для мене існуюче світло його єства, що вдарило мені тепер в очі, чи се було палаюче світло сонця, котре ладилось до заходу? Я прижмурила очі на хвильку і чула лише, як там хтось передо мною станув, і як заразом якась легка рука уклалась лагідно на моє рам'я.</w:t>
      </w:r>
    </w:p>
    <w:p>
      <w:r>
        <w:br/>
        <w:t>— Прецінь!</w:t>
      </w:r>
    </w:p>
    <w:p>
      <w:r>
        <w:br/>
        <w:t>— Так, прецінь!</w:t>
      </w:r>
    </w:p>
    <w:p>
      <w:r>
        <w:br/>
        <w:t>Я підвела очі.</w:t>
      </w:r>
    </w:p>
    <w:p>
      <w:r>
        <w:br/>
        <w:t>Передо мною стояла якась женщина, одягнена в незначнім темнім убранні, з головою, сповитою в чорну хустину, і дивилась мені прямо в лице.</w:t>
      </w:r>
    </w:p>
    <w:p>
      <w:r>
        <w:br/>
        <w:t>— Прецінь подибую тебе вже раз!</w:t>
      </w:r>
    </w:p>
    <w:p>
      <w:r>
        <w:br/>
        <w:t>Здивована, видивилась я на ню, заразом і змішана, і обманена.</w:t>
      </w:r>
    </w:p>
    <w:p>
      <w:r>
        <w:br/>
        <w:t>— Отже, знов не він!</w:t>
      </w:r>
    </w:p>
    <w:p>
      <w:r>
        <w:br/>
        <w:t>Хто се був? Що хотіла вона? Чи знакома вона мені? Ні, вона була мені чужа; або, ні,— я вже бачила її десь раз або, може, й кілька разів? Лише коли бачила я її, і чи недавно, чи давно ще?</w:t>
      </w:r>
    </w:p>
    <w:p>
      <w:r>
        <w:br/>
        <w:t>Сього я не знала докладно.</w:t>
      </w:r>
    </w:p>
    <w:p>
      <w:r>
        <w:br/>
        <w:t>В неї було гарне лице з задумливими лагідними очима, котрі сіяли якимось вогким світлом, однак яке ж стомлене здавалось се лице, а біля її ніжних, майже дівочо непорочних уст яка уклалась черта несказанного болю,— кутики уст як же укладались болючо-сумовито!</w:t>
      </w:r>
    </w:p>
    <w:p>
      <w:r>
        <w:br/>
        <w:t>— Прецінь подибую тебе вже раз! Я знала, що ти була десь завсігди коло мене, а одначе... Але ти не пізнаєш мене вже? Не пригадуєш собі мене?</w:t>
      </w:r>
    </w:p>
    <w:p>
      <w:r>
        <w:br/>
        <w:t>Я не пізнавала її.</w:t>
      </w:r>
    </w:p>
    <w:p>
      <w:r>
        <w:br/>
        <w:t>— А прецінь бачила ти мене стільки разів! — і вона усміхнулася матовим улітаючим усміхом.— На мене споглядають,— говорила вона,— однак майже завсігди без думки, без пам'яті!..</w:t>
      </w:r>
    </w:p>
    <w:p>
      <w:r>
        <w:br/>
        <w:t>— Без пам'яті?</w:t>
      </w:r>
    </w:p>
    <w:p>
      <w:r>
        <w:br/>
        <w:t>— Так. Раз бачила ти мене ще дитиною. Це було перший раз. Я прийшла була з двома сиротятами. З нужденної музики удержувались вони, волочились, майже жебраючи, з одної місцевості до другої. Співали й грали... Твоє дитяче серце краялось на їх вид, хоч і не розуміло вповні нужденності їх положення. Дитиною, як і вони, не мала ти ще ясного розуміння про життя, а однак по твоїх очах пізнала я вже твою будучу душу! Я бачила, коли ти вже мене не виділа, твої гіркі сльози над ними; бачила ті сльози ще місяць опісля. Тоді-то зложила я на твої уста поцілуй з бажанням, щоб правда, котра збудилась у твоїм серці, переходила тобі колись і через уста.</w:t>
      </w:r>
    </w:p>
    <w:p>
      <w:r>
        <w:br/>
        <w:t>А далі бачила я знов тебе коло вмираючого погорджуваного п'яниці, котрому не ставало сили бути цілковитою людиною; не один раз бачила я там тебе, але більше разів; і як ти сиділа межи його лахміттям і уприємнювала йому останні хвилі. Тоді бачила я виразно твоє обличчя; нас було лише дві коло нього; а опісля... одначе ти не пригадуєш собі мене?</w:t>
      </w:r>
    </w:p>
    <w:p>
      <w:r>
        <w:br/>
        <w:t>Ти не пригадуєш собі тую напівбожевільну, для котрої люди не мали ні милосердя, ні співчуття, а хіба лише глузування, бо природа не наділила її нічим, і вона викликувала лише посміх? Але по разові були в неї і ясні хвилі, і вона відчувала невідрадність свого положення, відчувала униження і ганьбу, в які її загнало її незнання... Ти заходила до неї, коли вона лежала в недузі сама й опущена, а її нужда п'ятнувала людську гідність бідолашною байкою!</w:t>
      </w:r>
    </w:p>
    <w:p>
      <w:r>
        <w:br/>
        <w:t>Ти не пригадуєш собі мене?</w:t>
      </w:r>
    </w:p>
    <w:p>
      <w:r>
        <w:br/>
        <w:t>Ти не пригадуєш собі тоту робітницю з фабрики, котра в своїм незамітнім ярмі осліпла і в бідності упала аж до звірства, і за котрою ти, згубивши раз її слід й віднайшовши його, бігла, щоб довідатись, як їй живеться, і щоб їй віддати, що їй належалось яко людині...</w:t>
      </w:r>
    </w:p>
    <w:p>
      <w:r>
        <w:br/>
        <w:t>Ти не пригадуєш собі мене?</w:t>
      </w:r>
    </w:p>
    <w:p>
      <w:r>
        <w:br/>
        <w:t>Ти не пригадуєш собі тоту стареньку вдовицю, для котрої власні діти стались прокляттям і котра, з старості вдвоє згорблена, мусила щодня, коли ще лише дніло, гонити скотину на стрімку гору, щоб собі, на бажання тих вражих дітей, придбати раз смерть?</w:t>
      </w:r>
    </w:p>
    <w:p>
      <w:r>
        <w:br/>
        <w:t>Ти була тою, котра з'являлась враз із сходом сонця, і сповняла за ню ту працю, щоб її старість охоронити від зневаги й збиткування...</w:t>
      </w:r>
    </w:p>
    <w:p>
      <w:r>
        <w:br/>
        <w:t>Ти не пригадуєш собі мене?</w:t>
      </w:r>
    </w:p>
    <w:p>
      <w:r>
        <w:br/>
        <w:t>Ти не пригадуєш собі тоту чужу, уникану, упавшу жінку, котра не могла нігде найти пристановища, а коли померла скоропостижною смертю, ніхто її не відпровадив на кладовище! Вона померла в самім цвіті життя. Ти була тою, котра йшла за її домовиною і котра з кожним поворотом весни прибирала її могилу цвітами, між тим коли вона, давно забута, порохнявіла!</w:t>
      </w:r>
    </w:p>
    <w:p>
      <w:r>
        <w:br/>
        <w:t>І ти не пригадуєш собі мене!</w:t>
      </w:r>
    </w:p>
    <w:p>
      <w:r>
        <w:br/>
        <w:t>Ах, тепер... пригадувала я вже собі щось... Лиш я була така змішана, чи це була вона тоді? В житті було всього так багато, так у одно споєне, було стільки барвного, я стрічалась з такою масою людей, що не могла-м опам'ятатися. Опроче мені здавалося, що находжу вже, хоч і неясно,' точку опору...</w:t>
      </w:r>
    </w:p>
    <w:p>
      <w:r>
        <w:br/>
        <w:t>Одного разу вертала я вільною ходою смерком з моїх звичайних проходів і минала одно місце, де дороги розходились і де стояла церква.</w:t>
      </w:r>
    </w:p>
    <w:p>
      <w:r>
        <w:br/>
        <w:t>Її входові двері були широко отворені, і її середина була дуже освітлена.</w:t>
      </w:r>
    </w:p>
    <w:p>
      <w:r>
        <w:br/>
        <w:t>На головний образ лівого вівтаря дивилась я.</w:t>
      </w:r>
    </w:p>
    <w:p>
      <w:r>
        <w:br/>
        <w:t>Він був так пишно освітлений.</w:t>
      </w:r>
    </w:p>
    <w:p>
      <w:r>
        <w:br/>
        <w:t>Незчисленні свічки горіли навколо образа пречистої діви Марії, що був прибраний стрійно в цвіти, перли і серпанки,— і миготіли, палахкотіли, і немов розходились у власнім світлі.</w:t>
      </w:r>
    </w:p>
    <w:p>
      <w:r>
        <w:br/>
        <w:t>А матір божу з малесеньким Ісусом видно було так виразно! її пишний шовковий стрій видно було так добре, і її гарне обличчя з погідним виразом, що здавалося таке задоволене, повне душевного супокою!</w:t>
      </w:r>
    </w:p>
    <w:p>
      <w:r>
        <w:br/>
        <w:t>Побожний шепіт тих, що клячали й молилися, розходився по цілій церкві: багато било поклони, билось у груди, христилось все наново, і все перед нею!</w:t>
      </w:r>
    </w:p>
    <w:p>
      <w:r>
        <w:br/>
        <w:t>Тепер уже я знала!</w:t>
      </w:r>
    </w:p>
    <w:p>
      <w:r>
        <w:br/>
        <w:t>Її очі пригадували мені очі оцеї тут. Очі — матері божої! Однак у кого бачила я тоту лінію біля уст,— лінію несказанного горя і болю, котру мала оця?</w:t>
      </w:r>
    </w:p>
    <w:p>
      <w:r>
        <w:br/>
        <w:t>Але моя пам'ять покинула мене.</w:t>
      </w:r>
    </w:p>
    <w:p>
      <w:r>
        <w:br/>
        <w:t>— І ти не пригадуєш собі мене?</w:t>
      </w:r>
    </w:p>
    <w:p>
      <w:r>
        <w:br/>
        <w:t>А прецінь думала ти так часто про мене в своїх найтяжчих і найсамотніших хвилях, а то, коли ти, помимо своєї молодості і її прав, жила лиш горем, коли задля других вела безсонячне життя, немов у країні мряк; що то про "полуднє" не знає нічого? І між тим коли другі, занехуючи власну силу, звертались все наново о поміч до мене, думала ти, що я також сама стояла в моїм превеликім горі, як вони мого одинокого сина прибивали на хрест? І ти не пригадуєш собі мене?</w:t>
      </w:r>
    </w:p>
    <w:p>
      <w:r>
        <w:br/>
        <w:t>Ах, тепер я пізнала її!</w:t>
      </w:r>
    </w:p>
    <w:p>
      <w:r>
        <w:br/>
        <w:t>В моїй превеликій почесті хотіла я перед нею впасти навколішки, однак вона вдержала мене, усміхаючись своїм матовим улітаючим усміхом, і сказала:</w:t>
      </w:r>
    </w:p>
    <w:p>
      <w:r>
        <w:br/>
        <w:t>— Я мушу далі спішити задля правди і любові, а ти шукаєш того, за котрим тужить твоє серце! Бачиш сю вузьку вулицю між тими високими кам'яницями, котрою ступає похід похоронний, і той кут, біля котрого йдуть з домовиною, і де білі стяжки повівають, немов востаннє прощаючись? Туди спіши ти! Він іде манівцями, однак він прибуде. Там мусиш ти вийти йому назустріч і ждати на нього. Там чигає на нього найтяжча година, і лише ти зможеш її відвернути. Чи в тебе є доволі сили й любові?..</w:t>
      </w:r>
    </w:p>
    <w:p>
      <w:r>
        <w:br/>
        <w:t>. . . . . . . . . .</w:t>
      </w:r>
    </w:p>
    <w:p>
      <w:r>
        <w:br/>
        <w:t>Я осталась сама.</w:t>
      </w:r>
    </w:p>
    <w:p>
      <w:r>
        <w:br/>
        <w:t>Годі описати той мучачий сум, що обгорнув мене. В передчутті якоїсь несказанної, страшної, будучої боротьби, котру я мала ще перевести, защеміло моє серце, немов у судорогах, вся моя відвага опустила мене, і я немов зів'яла...</w:t>
      </w:r>
    </w:p>
    <w:p>
      <w:r>
        <w:br/>
        <w:t>Одначе я ж могла те все відвернути! Я хотіла йти, стати відважною; я хотіла — вперед, скоро, летючим кроком, щоб не спізнитись, не любити, не терпіти марно... Однак що сталось зо мною? Щось важкого заважало мені, і я ледве що змогла ступити пару кроків. Чи в моїх жилах було олово? Чи я була поражена? І що це була за пітьма, що залягала навколо мене, немов та ніч, і через котру я не бачила нічого?</w:t>
      </w:r>
    </w:p>
    <w:p>
      <w:r>
        <w:br/>
        <w:t>Страшна хвиля!</w:t>
      </w:r>
    </w:p>
    <w:p>
      <w:r>
        <w:br/>
        <w:t>В божевільній розпуці підняла я руки до неба.</w:t>
      </w:r>
    </w:p>
    <w:p>
      <w:r>
        <w:br/>
        <w:t>Лиш сей раз, сей однісінький раз нехай би мене не опускало воно, нехай би прибув мені бог на поміч, змилувався наді мною,— лиш сей однісінький раз в моїм житті!</w:t>
      </w:r>
    </w:p>
    <w:p>
      <w:r>
        <w:br/>
        <w:t>А в дожиданні пригадались мені слова:</w:t>
      </w:r>
    </w:p>
    <w:p>
      <w:r>
        <w:br/>
        <w:t>— І між тим коли другі, занехтуючи власну силу, звертались все наново о поміч до мене, думала ти, що я також сама стояла в своїм превеликім горі, коли вони мого одинокого сина прибивали на хрест...</w:t>
      </w:r>
    </w:p>
    <w:p>
      <w:r>
        <w:br/>
        <w:t>. . . . . . . . .</w:t>
      </w:r>
    </w:p>
    <w:p>
      <w:r>
        <w:br/>
        <w:t>І я скинула неміч з своїх суставів, зібрала всю свою силу і з любов'ю, яку не відчувала досі ніколи для нього, полинула я вперед, немов та стріла. Сонце запалало на сході і пригнобило пітьму. Шляхи показались ясно й виразно...</w:t>
      </w:r>
    </w:p>
    <w:p>
      <w:r>
        <w:br/>
        <w:t>[1894]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 Божа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