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Матері лист напишу</w:t>
      </w:r>
    </w:p>
    <w:p>
      <w:r>
        <w:br/>
        <w:t xml:space="preserve"> Матері лист напішу.&lt;br /&gt;</w:t>
        <w:br/>
        <w:t>Кожне слово від самого серця:&lt;br /&gt;</w:t>
        <w:br/>
        <w:t>"Як воно вдома?:&lt;br /&gt;</w:t>
        <w:br/>
        <w:t>Як воно вам,&lt;br /&gt;</w:t>
        <w:br/>
        <w:t>Рідна матусю, живеться?"&lt;br /&gt;</w:t>
        <w:br/>
        <w:t>Матері лист напишу.&lt;br /&gt;</w:t>
        <w:br/>
        <w:t>Щиро про все розпитаю.&lt;br /&gt;</w:t>
        <w:br/>
        <w:t>Літери — круглі,&lt;br /&gt;</w:t>
        <w:br/>
        <w:t>Moвa — чітка.&lt;br /&gt;</w:t>
        <w:br/>
        <w:t>Мати — помалу чітає.&lt;br /&gt;</w:t>
        <w:br/>
        <w:t>Слово єднаю до слова,&lt;br /&gt;</w:t>
        <w:br/>
        <w:t>Потім — на пошту несу&lt;br /&gt;</w:t>
        <w:br/>
        <w:t>Нашу беззвучну розмову,&lt;br /&gt;</w:t>
        <w:br/>
        <w:t>Нашу душевну краасу.&lt;br /&gt;</w:t>
        <w:br/>
        <w:t>Доня сміється:&lt;br /&gt;</w:t>
        <w:br/>
        <w:t>"Ти — надрукуй!"&lt;br /&gt;</w:t>
        <w:br/>
        <w:t>Як мені ії пояснити,&lt;br /&gt;</w:t>
        <w:br/>
        <w:t>Що тільки ласкава,&lt;br /&gt;</w:t>
        <w:br/>
        <w:t>Добра рука&lt;br /&gt;</w:t>
        <w:br/>
        <w:t>Вміє тепло воскресіти?&lt;br /&gt;</w:t>
        <w:br/>
        <w:t>Літери мама вчила сама,&lt;br /&gt;</w:t>
        <w:br/>
        <w:t>Вже як пішла я до школи.&lt;br /&gt;</w:t>
        <w:br/>
        <w:t>Не передасть ії&lt;br /&gt;</w:t>
        <w:br/>
        <w:t>Холодний метал&lt;br /&gt;</w:t>
        <w:br/>
        <w:t>Нашої радості, нашого болю.</w:t>
      </w:r>
    </w:p>
    <w:p>
      <w:r>
        <w:br/>
        <w:t>Матері лист від руки напишу.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Матері лист напишу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