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Маруся Башличка</w:t>
      </w:r>
    </w:p>
    <w:p>
      <w:r>
        <w:br/>
        <w:t xml:space="preserve"> &lt;p&gt;МАРУСЯ БАШЛИЧКА</w:t>
      </w:r>
    </w:p>
    <w:p>
      <w:r>
        <w:br/>
        <w:t>(УРИВОК ІЗ ПОВІСТИ)</w:t>
      </w:r>
    </w:p>
    <w:p>
      <w:r>
        <w:br/>
        <w:t>ПРОЛОГ</w:t>
      </w:r>
    </w:p>
    <w:p>
      <w:r>
        <w:br/>
        <w:t>З оцеї зеленої гори видко все—</w:t>
      </w:r>
    </w:p>
    <w:p>
      <w:r>
        <w:br/>
        <w:t>Он у кучерявих акаціях потонув Єлисавет, повистромлював високі димарі заводів; Солодка Балка під Єлисаветом розсипалась низенькими землянками, що повкутувалися в кущі дерев.</w:t>
      </w:r>
    </w:p>
    <w:p>
      <w:r>
        <w:br/>
        <w:t>Ліворуч—височезний кам'яний Балашівський міст, що по ньому йде потяг, а праворуч—у глинищі—цегельні заводи, землянки знов,— Озьорна Балка.</w:t>
      </w:r>
    </w:p>
    <w:p>
      <w:r>
        <w:br/>
        <w:t>З оцеї зеленої гори видно все...</w:t>
      </w:r>
    </w:p>
    <w:p>
      <w:r>
        <w:br/>
        <w:t>Я зараз оце все тільки мріється—навколо впала темно-синя тінь—ніч.</w:t>
      </w:r>
    </w:p>
    <w:p>
      <w:r>
        <w:br/>
        <w:t>Видно одну річку, що внизу гори тече з під Балашівського мосту до Єлисавету й виблискує вогнями, які падали в ню од станції. Тече собі Інгул.</w:t>
      </w:r>
    </w:p>
    <w:p>
      <w:r>
        <w:br/>
        <w:t>Петро поклав голову Марусі на груди, а вона легенько водила рукою по його шиї й дивилася на вогні, на річку... Маруся журиться.—</w:t>
      </w:r>
    </w:p>
    <w:p>
      <w:r>
        <w:br/>
        <w:t>Брат у неї був такий добрий. Вона зараз хотіла-б до нього пригорнутися й сказати:</w:t>
      </w:r>
    </w:p>
    <w:p>
      <w:r>
        <w:br/>
        <w:t>— Сашурко, я з тобою ніколи-ніколи не буду сваритися!</w:t>
      </w:r>
    </w:p>
    <w:p>
      <w:r>
        <w:br/>
        <w:t>Д Сашурка наче йде, йде ось по-над річкою та вдивляється, з ким^ ото сидить Маруся.</w:t>
      </w:r>
    </w:p>
    <w:p>
      <w:r>
        <w:br/>
        <w:t>На шиї у Сашурки кров і кров біля рота. Став по той бік річки й каже:</w:t>
      </w:r>
    </w:p>
    <w:p>
      <w:r>
        <w:br/>
        <w:t>— Ти вже мене, сестричко, ніколи не побачиш!..</w:t>
      </w:r>
    </w:p>
    <w:p>
      <w:r>
        <w:br/>
        <w:t>Над річкою пролетіли якісь птахи, зашуміли в повітрі крилами й наче теж кричали:</w:t>
      </w:r>
    </w:p>
    <w:p>
      <w:r>
        <w:br/>
        <w:t>"Не побачиш, не побачиш!".</w:t>
      </w:r>
    </w:p>
    <w:p>
      <w:r>
        <w:br/>
        <w:t>І не знатиме Сашурка з ким сидить Маруся над Інгулом.</w:t>
      </w:r>
    </w:p>
    <w:p>
      <w:r>
        <w:br/>
        <w:t>Маруся Сашурці до в'язниці носила обід. Одного разу сказали Марусі:</w:t>
      </w:r>
    </w:p>
    <w:p>
      <w:r>
        <w:br/>
        <w:t>— Обіда не приймемо—ваш брат помер... Вдарило Марусю в голову полум'я, впала без тями.</w:t>
      </w:r>
    </w:p>
    <w:p>
      <w:r>
        <w:br/>
        <w:t>Батька вдруге заарештовано. Повезли десь—і десь у в'язни_ помер.</w:t>
      </w:r>
    </w:p>
    <w:p>
      <w:r>
        <w:br/>
        <w:t>Пригадався Марусі й старший брат Митька, що загинув у бою з Марусею Анархисткою в часи горожанської війни.</w:t>
      </w:r>
    </w:p>
    <w:p>
      <w:r>
        <w:br/>
        <w:t>І батько й Сашурка й Митька не знають, що Маруся вже велика, не знають, що вона вже закохана.</w:t>
      </w:r>
    </w:p>
    <w:p>
      <w:r>
        <w:br/>
        <w:t>Маруся нахилилась до Петра й почала хлипати.</w:t>
      </w:r>
    </w:p>
    <w:p>
      <w:r>
        <w:br/>
        <w:t>— Ти знов, Маню? Годі... Забудь!.. — Ось поїдемо до Харкова... Ми ще такі молоді, нам ще жити багато. Все, що минуло, хай собі,— треба думати про дні, що йдуть нам назустріч!..</w:t>
      </w:r>
    </w:p>
    <w:p>
      <w:r>
        <w:br/>
        <w:t>Усміхнеться Маруся крізь сльози й притулиться гарячою щокою до Петрового лиця.</w:t>
      </w:r>
    </w:p>
    <w:p>
      <w:r>
        <w:br/>
        <w:t>— Ти-ж мене, Маню, любиш?</w:t>
      </w:r>
    </w:p>
    <w:p>
      <w:r>
        <w:br/>
        <w:t>— А люблю-ж...</w:t>
      </w:r>
    </w:p>
    <w:p>
      <w:r>
        <w:br/>
        <w:t>А якже ти мене любиш?</w:t>
      </w:r>
    </w:p>
    <w:p>
      <w:r>
        <w:br/>
        <w:t>— А ось...</w:t>
      </w:r>
    </w:p>
    <w:p>
      <w:r>
        <w:br/>
        <w:t>А вітер шелестів травою й гойдав Марусину косу, здіймав із плеч і тріпав у той бік, де сонце заходить.</w:t>
      </w:r>
    </w:p>
    <w:p>
      <w:r>
        <w:br/>
        <w:t>*</w:t>
      </w:r>
    </w:p>
    <w:p>
      <w:r>
        <w:br/>
        <w:t>Хіба матері діло, що доня десь сидить і пестить хлопцеві кучері?</w:t>
      </w:r>
    </w:p>
    <w:p>
      <w:r>
        <w:br/>
        <w:t>Мати мабуть собі спить. А може не спить? Може блукає думками у в'язниці, де стіни покльовані кулями, де валяються гнилі трупи?..</w:t>
      </w:r>
    </w:p>
    <w:p>
      <w:r>
        <w:br/>
        <w:t>Може заливає слізьми подушку й ридає?</w:t>
      </w:r>
    </w:p>
    <w:p>
      <w:r>
        <w:br/>
        <w:t>На селі співають півні, з димарів валнув дим, ранок сивим посипав. По той бік річки вже й підвода заторохкотіла, вже поспішають на базар.</w:t>
      </w:r>
    </w:p>
    <w:p>
      <w:r>
        <w:br/>
        <w:t>У Марійчиній хаті засвітилася лямпа. Погасло. Сон.</w:t>
      </w:r>
    </w:p>
    <w:p>
      <w:r>
        <w:br/>
        <w:t>ЧАСТИНА ПЕРША і</w:t>
      </w:r>
    </w:p>
    <w:p>
      <w:r>
        <w:br/>
        <w:t>Колись.</w:t>
      </w:r>
    </w:p>
    <w:p>
      <w:r>
        <w:br/>
        <w:t>Ще був Петро маленьким хлоп'ям, як мати найняла його служити. Хазяїн—будник.</w:t>
      </w:r>
    </w:p>
    <w:p>
      <w:r>
        <w:br/>
        <w:t>Стоїть оця червона, з півником на даху, будка, як сирота, серед степу, а біля неї одна однісінька тополя. Ойже сумно шелестить тополя!</w:t>
      </w:r>
    </w:p>
    <w:p>
      <w:r>
        <w:br/>
        <w:t>Инколи хтось пройде чи проїде, або потяг пролетить—закрутить вихором куряву по рейках, свисне паровик і залунає дико в безлюдному степу, покотиться нивами сум.</w:t>
      </w:r>
    </w:p>
    <w:p>
      <w:r>
        <w:br/>
        <w:t>Петро вижене на вал телят, скине з плечей торбинку, сяде в щитах, що курінями стулені з дошок, та й ліпить собі з глини будівлі або грається з жучком-кузочкою.</w:t>
      </w:r>
    </w:p>
    <w:p>
      <w:r>
        <w:br/>
        <w:t>Гудуть дроти. Тужать дроти, наводять тугу.</w:t>
      </w:r>
    </w:p>
    <w:p>
      <w:r>
        <w:br/>
        <w:t>Теля часом піде в шкоду, прийде якийсь дядько з батогом, одлу-шпарить Петра.</w:t>
      </w:r>
    </w:p>
    <w:p>
      <w:r>
        <w:br/>
        <w:t>— Я дивись-но, собачий сину, за худобоюі А в будника Петрові не переливки. Хазяїн—лютий, хазяйка—скупа. Знущалися над Петром, морили голодом. Став Петро сумний, мовчазний.</w:t>
      </w:r>
    </w:p>
    <w:p>
      <w:r>
        <w:br/>
        <w:t>Одного разу кинув у хазяйку каменем. Як приїде додому хазяїн, уб'є Петра.</w:t>
      </w:r>
    </w:p>
    <w:p>
      <w:r>
        <w:br/>
        <w:t>Ночує Петро дві ночі в щитах. Просить у проїздних хліба. Дбо инколи з вагона викинуть завернутий папірець, розверне, а там або шкуринки од ковбас, або крихти хліба.</w:t>
      </w:r>
    </w:p>
    <w:p>
      <w:r>
        <w:br/>
        <w:t>Петро надумав не жити.</w:t>
      </w:r>
    </w:p>
    <w:p>
      <w:r>
        <w:br/>
        <w:t>— Ляжу під потяга, хай заріже... Наміриться Петро й злякається.</w:t>
      </w:r>
    </w:p>
    <w:p>
      <w:r>
        <w:br/>
        <w:t>*</w:t>
      </w:r>
    </w:p>
    <w:p>
      <w:r>
        <w:br/>
        <w:t>Був холодний ранок</w:t>
      </w:r>
    </w:p>
    <w:p>
      <w:r>
        <w:br/>
        <w:t>Прокинувся Петро в щитах, зуб на зуб не попаде. їсти хочеться, зло взяло.</w:t>
      </w:r>
    </w:p>
    <w:p>
      <w:r>
        <w:br/>
        <w:t>— Д той хазяїнів синок Янко так їсть, що захоче, й не мерзне... Піду уб'ю його!..</w:t>
      </w:r>
    </w:p>
    <w:p>
      <w:r>
        <w:br/>
        <w:t>Петро рзанув рукою дошку од щитів з такою силою, що здавалося він справді здатний убити людину.</w:t>
      </w:r>
    </w:p>
    <w:p>
      <w:r>
        <w:br/>
        <w:t>Рейки такі довгі та блискучі.</w:t>
      </w:r>
    </w:p>
    <w:p>
      <w:r>
        <w:br/>
        <w:t>В кінці рейок димок. Димок більшав і більшав.</w:t>
      </w:r>
    </w:p>
    <w:p>
      <w:r>
        <w:br/>
        <w:t>З димом виринуло: шматок димаря паровика, тоді його груди — лихтарі з буферами, а он і спини вагонів—потяг.</w:t>
      </w:r>
    </w:p>
    <w:p>
      <w:r>
        <w:br/>
        <w:t>— Ляжу, хай заріже, чорт його бери! Захолонуло маленьке серце, затіпалось.</w:t>
      </w:r>
    </w:p>
    <w:p>
      <w:r>
        <w:br/>
        <w:t>Губи посиніли, сльози котилися в куточки губ. Потяг як із землі виріс, уже близько, наче вітром обдало Петра. Він скинув порожню торбинку з плечей, підібрав халоші подертих штанців, збіг з валу вниз, чогось перехристився й ліг на рейку.</w:t>
      </w:r>
    </w:p>
    <w:p>
      <w:r>
        <w:br/>
        <w:t>Ліг Петро—нема Петра.</w:t>
      </w:r>
    </w:p>
    <w:p>
      <w:r>
        <w:br/>
        <w:t>Він не чув, як на нього з шумом накотилося важко колесо.</w:t>
      </w:r>
    </w:p>
    <w:p>
      <w:r>
        <w:br/>
        <w:t>Коли потяг зупинився й Петра закривавленого несли на носилках до санітарного вагону, він побачив, як кондуктор жовту-жовту, в крові, за пальчика ніс його руку. Кров з руки капала на жовтий пісок і застигала чорними кружалками.</w:t>
      </w:r>
    </w:p>
    <w:p>
      <w:r>
        <w:br/>
        <w:t>II</w:t>
      </w:r>
    </w:p>
    <w:p>
      <w:r>
        <w:br/>
        <w:t>Найщасливіші дні дитинства для Петра були в лікарні. Всі його тут любили. Було виведуть в сад, зав'яжуть рукави халату тай нарвуть йому туди вишень, черешень. Дадуть йому паперу, оливців і він малює.</w:t>
      </w:r>
    </w:p>
    <w:p>
      <w:r>
        <w:br/>
        <w:t>Доктор у білому, з чорною бородою, в окулярах, візьме Петрові малюнки в руки, подивиться на них, а тоді до сестри жалібниці, що стоїть з боку з червоним хрестиком на грудях.</w:t>
      </w:r>
    </w:p>
    <w:p>
      <w:r>
        <w:br/>
        <w:t>— Молодець, з нього люди будуть!</w:t>
      </w:r>
    </w:p>
    <w:p>
      <w:r>
        <w:br/>
        <w:t>— Змалюй мене! — каже сестра, весело всміхаючись Петрові, й сяде важно на зелену залізну скамейку.</w:t>
      </w:r>
    </w:p>
    <w:p>
      <w:r>
        <w:br/>
        <w:t>Петро ще ніколи не бачив таких рівних, гарних стежок, посиланих жовтим пісочком.</w:t>
      </w:r>
    </w:p>
    <w:p>
      <w:r>
        <w:br/>
        <w:t>Побіжить, побіжить аж у глибину сада, а стежці й кінця немає. По боках стежки скамейки зелені та нові.</w:t>
      </w:r>
    </w:p>
    <w:p>
      <w:r>
        <w:br/>
        <w:t>— Вам ще бігати не можна!—крикне молода сестра і ото йому подобалось, що за ним шкодують.</w:t>
      </w:r>
    </w:p>
    <w:p>
      <w:r>
        <w:br/>
        <w:t>— А я буду бігати...</w:t>
      </w:r>
    </w:p>
    <w:p>
      <w:r>
        <w:br/>
        <w:t>1 бігає. Сестра хопить його легенько за руку й погрозливо:</w:t>
      </w:r>
    </w:p>
    <w:p>
      <w:r>
        <w:br/>
        <w:t>— Дну ходім до лікаря!</w:t>
      </w:r>
    </w:p>
    <w:p>
      <w:r>
        <w:br/>
        <w:t>Подобалось Петрові й в палаті—ліжки біленькі, як салдати рівно стоять, а вікна великі великі—все небо видно.</w:t>
      </w:r>
    </w:p>
    <w:p>
      <w:r>
        <w:br/>
        <w:t>Любив Петро й коридор. Підлога сковзка, як лід. Побіжить Петро та й посковзнеться, як на коньках. Д вечером хорі чого тільки не оповідають. Петро слухав і плів собі мрії.</w:t>
      </w:r>
    </w:p>
    <w:p>
      <w:r>
        <w:br/>
        <w:t>Пі</w:t>
      </w:r>
    </w:p>
    <w:p>
      <w:r>
        <w:br/>
        <w:t>Як видужав Петро став розбишакою. Його найкращі друзі Жек та Микада—увірвиголови на все село. Де на городі гарні баклажани, огірки, вишні—там Петро, Микадо, Жек.</w:t>
      </w:r>
    </w:p>
    <w:p>
      <w:r>
        <w:br/>
        <w:t>Иноді й замок одкрутити, а иноді й курку вбити за городом та засмажити.</w:t>
      </w:r>
    </w:p>
    <w:p>
      <w:r>
        <w:br/>
        <w:t>Д Петрові радили вчитись:</w:t>
      </w:r>
    </w:p>
    <w:p>
      <w:r>
        <w:br/>
        <w:t>— Ти вже великий, у тебе одна рука, вчитись грамоти треба, може писарем будеш, бо який же з тебе господар...</w:t>
      </w:r>
    </w:p>
    <w:p>
      <w:r>
        <w:br/>
        <w:t>Мати казала:</w:t>
      </w:r>
    </w:p>
    <w:p>
      <w:r>
        <w:br/>
        <w:t>— Ззів идол руку, а тепер торби не минеш. З одним крилом не полетіти... Пішов-би у Груцьку до Пантелея корови пасти, заробив щось, доки ти будеш байдики бити!?.. Он твої-ж ровесники до заводу ходять, аж по 15 копійок у день получають, а ти... Людські діти носять матерям, а мені!..</w:t>
      </w:r>
    </w:p>
    <w:p>
      <w:r>
        <w:br/>
        <w:t>Мати плаче.</w:t>
      </w:r>
    </w:p>
    <w:p>
      <w:r>
        <w:br/>
        <w:t>Петро похапцем учився читати.</w:t>
      </w:r>
    </w:p>
    <w:p>
      <w:r>
        <w:br/>
        <w:t>Перечитував по складах "Конька Горбунька", "Сто кіп брехні, хоч вір, хоч ні", або "Сборник русских народных песень".</w:t>
      </w:r>
    </w:p>
    <w:p>
      <w:r>
        <w:br/>
        <w:t>Це було старший брат Федька, що був літейщиком у заводів Ель-ворті", що-суботи приносить такі книжки. Навчили Федьку робітники читати, а він показав Петрові. Дяк Федька приходить од заводу, Петро зливає йому води на руки. Тоді біжить до крамнички Федьці по тютюн № 12.</w:t>
      </w:r>
    </w:p>
    <w:p>
      <w:r>
        <w:br/>
        <w:t>Петро упросив Федьку купити йому букваря, де він вичитав коротеньку біографію Кольцова, як той почав писати вірші.</w:t>
      </w:r>
    </w:p>
    <w:p>
      <w:r>
        <w:br/>
        <w:t>— Дай і я попробую—задумалось Петрові.</w:t>
      </w:r>
    </w:p>
    <w:p>
      <w:r>
        <w:br/>
        <w:t>Думка писати вірші так опанувала Петром, що він не міг спати. Коли в хаті всі сплять, він встає, світить лямпу, за оливець і великими друкованими літерами записує, що йому в голову збриде. Запише — ляже. Тільки ляже—знов схвачубться—краща думка найшла. Прокинеться мати, як визвіреться:</w:t>
      </w:r>
    </w:p>
    <w:p>
      <w:r>
        <w:br/>
        <w:t>— Світло, нечистий дух, гроші стоє, ти його купуєш? Людські діти матерям гроші носять.</w:t>
      </w:r>
    </w:p>
    <w:p>
      <w:r>
        <w:br/>
        <w:t>А вранці бабам:</w:t>
      </w:r>
    </w:p>
    <w:p>
      <w:r>
        <w:br/>
        <w:t>— Всі в мене діти, як діти, а це чорт його зна що воно за дитина, встає вночі й пише, і вивчила якась нечиста сила його писати!</w:t>
      </w:r>
    </w:p>
    <w:p>
      <w:r>
        <w:br/>
        <w:t>IV</w:t>
      </w:r>
    </w:p>
    <w:p>
      <w:r>
        <w:br/>
        <w:t>— Дби ти мене слухав, я-б ніколи на тебе й не крикнула-б.</w:t>
      </w:r>
    </w:p>
    <w:p>
      <w:r>
        <w:br/>
        <w:t>— Нащо тобі ото воно здалося писати? Та чи ти з цього хліб їстимеш?</w:t>
      </w:r>
    </w:p>
    <w:p>
      <w:r>
        <w:br/>
        <w:t>Все єдно, сину, нам старцювати... Що тих копійок, що Федько приносить?—Сім'я-ж у нас велика, он старий обірвався, Наташка боса, а вона-ж уже дівка—між люди треба. Андрій голий ходить, світить... Що тих копійок!.. Сьогодні субота, в заводі получка, пішов-би, став отам під ворітьми, та й щось дали-б, тільки треба бути сміливим...</w:t>
      </w:r>
    </w:p>
    <w:p>
      <w:r>
        <w:br/>
        <w:t>Так мати Петрові каже щосуботи, але Петро не слуха. Сьогодні він став ніби другим-—якимсь блаженим і слух'яним.</w:t>
      </w:r>
    </w:p>
    <w:p>
      <w:r>
        <w:br/>
        <w:t>— Піду. Сказав Петро і почав шукати торбинку.</w:t>
      </w:r>
    </w:p>
    <w:p>
      <w:r>
        <w:br/>
        <w:t>Балашівка од Єлисавету сажень на 300.</w:t>
      </w:r>
    </w:p>
    <w:p>
      <w:r>
        <w:br/>
        <w:t>На вигоні село, а по той бік річки у ямі Єлисавет.</w:t>
      </w:r>
    </w:p>
    <w:p>
      <w:r>
        <w:br/>
        <w:t>Петро не зводить очей од високого червоного димаря Ельвор-тівського заводу. Я димар нахабно тирчав у небо, до половини закопчений, а з нього валив чорний кучерявий дим. Об димар розбивалися біленькі хмарки й тонули разом із димом у небі.</w:t>
      </w:r>
    </w:p>
    <w:p>
      <w:r>
        <w:br/>
        <w:t>Петро засунув рукав за пояса, що підперезався ним, і заховався за залізною, обліпленою маслами, брамою заводу. Биндюжники торохкотіли возами по кам'яному бруку, везли якісь довгі паліччя, залізні колеса... Вагонетки котяться з вугіллям, пахне нафтою, спиртом і всякими маслами. За вікнами, що обсажені пилюгою, блищать вогники, гудуть безперестанно мотори. З вікон трубки, а з дробок дим настирливо вилітає в повітря.</w:t>
      </w:r>
    </w:p>
    <w:p>
      <w:r>
        <w:br/>
        <w:t>Згодом зойкнув гудок і робітники в засмальцьованій одежі вал-нули на получку. По одному виходили з контори і йшли з брами мимо Петра.</w:t>
      </w:r>
    </w:p>
    <w:p>
      <w:r>
        <w:br/>
        <w:t>Зобачив Петро знайомого робітника з свого села і втік. Той зрозумів, наздогнав його і силоміць у кешеню поклав йому три мідні копійки. Петрові було дуже чогось соромно і він бігом побіг додому.</w:t>
      </w:r>
    </w:p>
    <w:p>
      <w:r>
        <w:br/>
        <w:t>Мати дуже зраділа.—Нічого це, сину, на перший раз, поки звикнешся. Бачиш, а ти не хотів мене слухати. Піди-ж, дитино, та купи три хунти соли, в нас якраз і соли немає!..</w:t>
      </w:r>
    </w:p>
    <w:p>
      <w:r>
        <w:br/>
        <w:t>Петро розвернув книжку й уставився читати. Тоді глянув на матір:</w:t>
      </w:r>
    </w:p>
    <w:p>
      <w:r>
        <w:br/>
        <w:t>— Це вже, мамо, останній раз, більше я ніколи не піду... Краще з голоду померти... видумали...</w:t>
      </w:r>
    </w:p>
    <w:p>
      <w:r>
        <w:br/>
        <w:t>Мати спочатку лагідно просила його, а далі хватила у Петра з рук книжку й швирнула на долівку.</w:t>
      </w:r>
    </w:p>
    <w:p>
      <w:r>
        <w:br/>
        <w:t>— Оце мені читання, аби не був такий дуже грамотний, то не розумів-би так... Грамота йому їсти дасть.</w:t>
      </w:r>
    </w:p>
    <w:p>
      <w:r>
        <w:br/>
        <w:t>V</w:t>
      </w:r>
    </w:p>
    <w:p>
      <w:r>
        <w:br/>
        <w:t>Башлик Дртем—політик.</w:t>
      </w:r>
    </w:p>
    <w:p>
      <w:r>
        <w:br/>
        <w:t>У нього на кватирі тайком збираються люди, щось говорять, обмірковують.</w:t>
      </w:r>
    </w:p>
    <w:p>
      <w:r>
        <w:br/>
        <w:t>Та Петрові не діло до цього, що Артема забрала поліція й повезла до в'язниці, що якісь книжки стара Башличка поливала гасом та палила в печі.</w:t>
      </w:r>
    </w:p>
    <w:p>
      <w:r>
        <w:br/>
        <w:t>Петро прийде до Башликів, покрутиться, вкраде в Митьки, що ходив у сірій шинелі з ґудзиками, книжку й піде крадькома од Башликів.</w:t>
      </w:r>
    </w:p>
    <w:p>
      <w:r>
        <w:br/>
        <w:t>Стара Башличка наказує своїм дітям не водиться з Петром, бо навчить всяким пакостям, "призводитель". А Петрові Жек та Микада кажуть:</w:t>
      </w:r>
    </w:p>
    <w:p>
      <w:r>
        <w:br/>
        <w:t>— Чого ото ти ходиш до отих штундарів, у них-же ікон немає?</w:t>
      </w:r>
    </w:p>
    <w:p>
      <w:r>
        <w:br/>
        <w:t>— Чого ходю?—а книжку "збирить".</w:t>
      </w:r>
    </w:p>
    <w:p>
      <w:r>
        <w:br/>
        <w:t>Маруся, Артемова дочка, бігала в коротенькій, вище колін, спідничці, та гризла цукерки. Не звертав Петро на неї аніякогісінької уваги.</w:t>
      </w:r>
    </w:p>
    <w:p>
      <w:r>
        <w:br/>
        <w:t>Це було давно...</w:t>
      </w:r>
    </w:p>
    <w:p>
      <w:r>
        <w:br/>
        <w:t>Аж гульк і революція! —</w:t>
      </w:r>
    </w:p>
    <w:p>
      <w:r>
        <w:br/>
        <w:t>Взяла Петра на крила, піднесла над селом, підняла й кинула в місто.</w:t>
      </w:r>
    </w:p>
    <w:p>
      <w:r>
        <w:br/>
        <w:t>Петро зараз став комсомольцем. Підучився грамоти, об'їздив мало не всю Вкраїну, був у Москві літо, вчився в самого Валерія Брюсова, як писати вірші.</w:t>
      </w:r>
    </w:p>
    <w:p>
      <w:r>
        <w:br/>
        <w:t>Друкується, член Спілки пролетарських письменників у Харкові.</w:t>
      </w:r>
    </w:p>
    <w:p>
      <w:r>
        <w:br/>
        <w:t>Живе в великому місті. Пройнявся залізом, димом, гуркотом машин, колес, робочим духом, широкі кам'яно-встелені вулиці, з височезними стінами, а в них великі шибки—вітрини. Сонце впаде на шкло й воно далеко блищить, наче з води срібло. Вулицями безперестану літають автомобілі, мотоциклети, велосипеди, трамвай искрить по дроту—шум.</w:t>
      </w:r>
    </w:p>
    <w:p>
      <w:r>
        <w:br/>
        <w:t>А десь у Петра, у маленькому, як у жмені, селі є мати, батько— бідують старі. Сестри десь господарюють із своїми чоловіками, а брати працюють в Ельворті—Федько вже старшим літейщиком, а Митька ковалем.</w:t>
      </w:r>
    </w:p>
    <w:p>
      <w:r>
        <w:br/>
        <w:t>Та не Ельворт зараз завод, а "Червона Зірка". Петро вже поеми пише, а брати ще тільки в лїкбезі вчаться. ...Революція...</w:t>
      </w:r>
    </w:p>
    <w:p>
      <w:r>
        <w:br/>
        <w:t>Петро одного разу пише матері.</w:t>
      </w:r>
    </w:p>
    <w:p>
      <w:r>
        <w:br/>
        <w:t>"Навряд-чи доведеться мені мамо носити торбу, біднякові в революцію й з одним крилом можна літати. Ой... де я тільки не вилітав? Скоро прилечу до Вас у гості. Ваш син Петро".</w:t>
      </w:r>
    </w:p>
    <w:p>
      <w:r>
        <w:br/>
        <w:t>І справді приїхав. Пишається мати, дивується батько:</w:t>
      </w:r>
    </w:p>
    <w:p>
      <w:r>
        <w:br/>
        <w:t>— Петро, ти?—Вчора, та наче вчора крав у Карпихи на городі вишні, подер надвоє сорочку, били тебе пужалном, а сьогодні вже дивись!</w:t>
      </w:r>
    </w:p>
    <w:p>
      <w:r>
        <w:br/>
        <w:t>Я ти пішов-би в груцьку, нехай-би подивився на тебе, бо казав, що ти десь босякуєш, та що з тебе повік хазяїна не буде!</w:t>
      </w:r>
    </w:p>
    <w:p>
      <w:r>
        <w:br/>
        <w:t>— Та хазяїна справді не буде, я-ж людина письменна, та й незручно мені, в мене-ж одна рука.</w:t>
      </w:r>
    </w:p>
    <w:p>
      <w:r>
        <w:br/>
        <w:t>— Д ти-ж це як—зовсім, чи ще поїдеш? _— Ще поїду, вчитись треба.</w:t>
      </w:r>
    </w:p>
    <w:p>
      <w:r>
        <w:br/>
        <w:t>— Та хіба ти ще не навчився, вже мабуть і писарем був-би?</w:t>
      </w:r>
    </w:p>
    <w:p>
      <w:r>
        <w:br/>
        <w:t>— Та був-би, але мені цього мало, більше хочу.</w:t>
      </w:r>
    </w:p>
    <w:p>
      <w:r>
        <w:br/>
        <w:t>— І нащо воно більше—каже мати—не їдь, сину, будь тут за писаря! Он у Лахманів така брава дівка, поберетесь, будете любісінько жити та й ми старі якось коло вас будемо.</w:t>
      </w:r>
    </w:p>
    <w:p>
      <w:r>
        <w:br/>
        <w:t>— Е, мамо, ні— Я людина зараз не та... Ви чули про комсомол? Для мене всього світу мало, а не то що ваше маленьке село з Лахманів-ською дівкою.</w:t>
      </w:r>
    </w:p>
    <w:p>
      <w:r>
        <w:br/>
        <w:t>— Та так-так... тепер уже мати не потрібна... вигодувала, до церкви носила, приобщала, сповідала, а тепер вони тобі революцію, комсомол... Мати втирає брудним фартухом сьози і всовіщає Петра.</w:t>
      </w:r>
    </w:p>
    <w:p>
      <w:r>
        <w:br/>
        <w:t>VI</w:t>
      </w:r>
    </w:p>
    <w:p>
      <w:r>
        <w:br/>
        <w:t>Петро ходив степами. Давно він був отут. Он велика могила— кладовище. Там колись Петро з матір'ю на проводи просили крашанки, паски...</w:t>
      </w:r>
    </w:p>
    <w:p>
      <w:r>
        <w:br/>
        <w:t>Д он баштани. Давно... Ой давно він рвав своїми власними руками кавуни, дині.</w:t>
      </w:r>
    </w:p>
    <w:p>
      <w:r>
        <w:br/>
        <w:t>Курінь на баштані здавався Петрові чогось таким рідним, любим. Стоїть собі з дрючків стулений, обсипаний сухим бур'яном, а на ньому якась подерта ряднина, сушиться насіння од динь та кавунів. Біля куріня роями літають золото-зелені мухи, бджоли.</w:t>
      </w:r>
    </w:p>
    <w:p>
      <w:r>
        <w:br/>
        <w:t>Дівчатка взялись за руки, крутяться вінком і на ввесь степ: "я цыганка, а ты цыган Выходи ко мне на выгон", а тоді другу:</w:t>
      </w:r>
    </w:p>
    <w:p>
      <w:r>
        <w:br/>
        <w:t>"продай жінко всі спідниці</w:t>
      </w:r>
    </w:p>
    <w:p>
      <w:r>
        <w:br/>
        <w:t>чум-чара чуррара Визволяй мене з темниці</w:t>
      </w:r>
    </w:p>
    <w:p>
      <w:r>
        <w:br/>
        <w:t>ку-ку!".</w:t>
      </w:r>
    </w:p>
    <w:p>
      <w:r>
        <w:br/>
        <w:t>Петро підійшов до куріня.</w:t>
      </w:r>
    </w:p>
    <w:p>
      <w:r>
        <w:br/>
        <w:t>Дівчатка нарізали кавуна й довго розглядали Петрову "іскуствену"</w:t>
      </w:r>
    </w:p>
    <w:p>
      <w:r>
        <w:br/>
        <w:t>РУНУ-</w:t>
      </w:r>
    </w:p>
    <w:p>
      <w:r>
        <w:br/>
        <w:t>Оповідав Петро, де він був, і почав звати кожну на ймення, що він мовляв ще не позабував нікого.</w:t>
      </w:r>
    </w:p>
    <w:p>
      <w:r>
        <w:br/>
        <w:t>— Я це, здається, Маруся Башличка?</w:t>
      </w:r>
    </w:p>
    <w:p>
      <w:r>
        <w:br/>
        <w:t>Маруся засоромилась і лагідно клала до рота скибку кавуна.</w:t>
      </w:r>
    </w:p>
    <w:p>
      <w:r>
        <w:br/>
        <w:t>Руса коса легенько гойдалась у неї на плечах, ніжно торкалась об червоні круглі щоки, одна половина високого лоба вкрита волосям, що спадало на око, тоненькі брови, під карими очима темні плямочки, маленький носик. Коли вона в профіль на груди спустить косу, то подібна до мадони.</w:t>
      </w:r>
    </w:p>
    <w:p>
      <w:r>
        <w:br/>
        <w:t>Марійка ще буде рости—подумав Петро, вона ще скидається на дівчинку, хоч стегна вже, як у дорослої женщини, й ноги втілі, ніби виточені.</w:t>
      </w:r>
    </w:p>
    <w:p>
      <w:r>
        <w:br/>
        <w:t>Маруся поклала на тачку гарбузів і зібралась везти до хати.</w:t>
      </w:r>
    </w:p>
    <w:p>
      <w:r>
        <w:br/>
        <w:t>Пішов з нею й Петро—по дорозі.</w:t>
      </w:r>
    </w:p>
    <w:p>
      <w:r>
        <w:br/>
        <w:t>Йшли мовчки, а згодом Маруся несміливо:</w:t>
      </w:r>
    </w:p>
    <w:p>
      <w:r>
        <w:br/>
        <w:t>— Ходімте до нас... побачуть Вас Олекса та мама.</w:t>
      </w:r>
    </w:p>
    <w:p>
      <w:r>
        <w:br/>
        <w:t>— Добре. Петро взяв одного гарбуза за волики та допомагав Марусі везти тачку.</w:t>
      </w:r>
    </w:p>
    <w:p>
      <w:r>
        <w:br/>
        <w:t>VII</w:t>
      </w:r>
    </w:p>
    <w:p>
      <w:r>
        <w:br/>
        <w:t>1921 рік залишив велику рану Башликам.</w:t>
      </w:r>
    </w:p>
    <w:p>
      <w:r>
        <w:br/>
        <w:t>У Марусі вже не було батька, брата другого, терпіли голодуху, попродали все з хати.</w:t>
      </w:r>
    </w:p>
    <w:p>
      <w:r>
        <w:br/>
        <w:t>Велика простора кімната—пуста.</w:t>
      </w:r>
    </w:p>
    <w:p>
      <w:r>
        <w:br/>
        <w:t>Стоїть незастелений стіл, по боках два давні-давні вазони з фікусами.</w:t>
      </w:r>
    </w:p>
    <w:p>
      <w:r>
        <w:br/>
        <w:t>Олекса, старший брат Марійчин, радо розмовляє з Петром, згадував його минуле.</w:t>
      </w:r>
    </w:p>
    <w:p>
      <w:r>
        <w:br/>
        <w:t>Олексині маленькі очі щиро всміхалися, прищики, що пшоном виступили на чолі, робились червоні, наливалися кров'ю.</w:t>
      </w:r>
    </w:p>
    <w:p>
      <w:r>
        <w:br/>
        <w:t>— Д Марія в нас уже дівка. Показував на Марусю Олекса. Маруся взяла кухоль води, поливала вазони й зиркала на Петра. У Петра очі задумані, на брови падав великий чуб, стомлене лице,</w:t>
      </w:r>
    </w:p>
    <w:p>
      <w:r>
        <w:br/>
        <w:t>куточки губ надавали йому чогось молодого й доброго. Заклопотаний.</w:t>
      </w:r>
    </w:p>
    <w:p>
      <w:r>
        <w:br/>
        <w:t>— Чого ти, Маню, така сумна?-Питав він Марусю, що обіперлася зараз на лікті й дивилася в вікно.</w:t>
      </w:r>
    </w:p>
    <w:p>
      <w:r>
        <w:br/>
        <w:t>Маруся пишно опустила голову в землю, щоки загорілися, брівки трішки здрігували. Вона підвела голову на Петра, здула губами волосся, що лізло їй у рот, і промовила:</w:t>
      </w:r>
    </w:p>
    <w:p>
      <w:r>
        <w:br/>
        <w:t>— Та... так.</w:t>
      </w:r>
    </w:p>
    <w:p>
      <w:r>
        <w:br/>
        <w:t>Олексі нічого було робити і він вийшов. Маруся Петрові подобалась.</w:t>
      </w:r>
    </w:p>
    <w:p>
      <w:r>
        <w:br/>
        <w:t>— Маню, а чого ти не носиш Червоної хусточки?—в Харкові всі Комсомолки носять.</w:t>
      </w:r>
    </w:p>
    <w:p>
      <w:r>
        <w:br/>
        <w:t>— Бо немає... та я й не Комсомолка... Олекса Комсомолець, а ніколи мене й на збори не покличе—вредний...</w:t>
      </w:r>
    </w:p>
    <w:p>
      <w:r>
        <w:br/>
        <w:t>— Маню, я щось тобі напишу, а ти даси відповдіь, добре? —— &amp;#241; що-ж ви мені напишите?</w:t>
      </w:r>
    </w:p>
    <w:p>
      <w:r>
        <w:br/>
        <w:t>Вона то опустить голову вниз, то підведе на Петра. Петро написав:</w:t>
      </w:r>
    </w:p>
    <w:p>
      <w:r>
        <w:br/>
        <w:t>"У тебе гарне личко, брови...".</w:t>
      </w:r>
    </w:p>
    <w:p>
      <w:r>
        <w:br/>
        <w:t>Маруся прочитала. Щоки ще більше зачервонілися, брови стали наче рівнішими, груди під синенькою кохточкою здрігували.</w:t>
      </w:r>
    </w:p>
    <w:p>
      <w:r>
        <w:br/>
        <w:t>— Ой., що-ж вам написати?., я не знаю...</w:t>
      </w:r>
    </w:p>
    <w:p>
      <w:r>
        <w:br/>
        <w:t>— Ну ось я напишу ще:</w:t>
      </w:r>
    </w:p>
    <w:p>
      <w:r>
        <w:br/>
        <w:t>"Ти мені подобаєшся, а чи подобаюсь я тобі?". Маруся уставилась у вікно, зробила серйозне лице, потім усміхнулась, подумала, погризла легенько оливець і написала: "Подобаєтесь". Петра наче кинуло в жар і він швидко промовив:</w:t>
      </w:r>
    </w:p>
    <w:p>
      <w:r>
        <w:br/>
        <w:t>— Знаєш що Маню, я маю з тобою багацько говорити!..</w:t>
      </w:r>
    </w:p>
    <w:p>
      <w:r>
        <w:br/>
        <w:t>— Добре...—Ой чекайте, корова на тачці гарбуза гризе... Вибігла, а Петро думав:</w:t>
      </w:r>
    </w:p>
    <w:p>
      <w:r>
        <w:br/>
        <w:t>"Гарна вона, свіжа, здорова, з неї можна людину зробити".</w:t>
      </w:r>
    </w:p>
    <w:p>
      <w:r>
        <w:br/>
        <w:t>VIII</w:t>
      </w:r>
    </w:p>
    <w:p>
      <w:r>
        <w:br/>
        <w:t>Вечір упав прямо на Марійчину хату. У вікнах на селі засвітилися жовті вогні.</w:t>
      </w:r>
    </w:p>
    <w:p>
      <w:r>
        <w:br/>
        <w:t>В полісаднику, де акації вкрили дерев'яний дах та листочками шаруділи об шкло віконця,—Маруся й Петро.</w:t>
      </w:r>
    </w:p>
    <w:p>
      <w:r>
        <w:br/>
        <w:t>— Ти, Маню, не звертайся до мене на "Ви", адже-ж ми росли в одному селі, ще колись укупі й гралися. Пам'ятаєш, як у тому вашому сараї, де ссипали вугіля...</w:t>
      </w:r>
    </w:p>
    <w:p>
      <w:r>
        <w:br/>
        <w:t>— Ой... я не пам'ятаю, тихше, бо мама спить біля цього вікна й почує.</w:t>
      </w:r>
    </w:p>
    <w:p>
      <w:r>
        <w:br/>
        <w:t>— Поцілуй мене, Маню!</w:t>
      </w:r>
    </w:p>
    <w:p>
      <w:r>
        <w:br/>
        <w:t>Маруся усміхнулась, глянула на Петра, потім упала йому в груди, як злякана птичка—засоромилась, тоді жалібно подивилася йому в вічі:</w:t>
      </w:r>
    </w:p>
    <w:p>
      <w:r>
        <w:br/>
        <w:t>— Та... краще завтра.</w:t>
      </w:r>
    </w:p>
    <w:p>
      <w:r>
        <w:br/>
        <w:t>— Ні, я хочу сьогодні,—це по меншовицькому, ти чула про меншовиків? Треба по більшовицькому—сказано—зроблено.</w:t>
      </w:r>
    </w:p>
    <w:p>
      <w:r>
        <w:br/>
        <w:t>— Ну то добре...</w:t>
      </w:r>
    </w:p>
    <w:p>
      <w:r>
        <w:br/>
        <w:t>В полісадник упав камінчик і покотився до Марусіних ніг. Потім голос:</w:t>
      </w:r>
    </w:p>
    <w:p>
      <w:r>
        <w:br/>
        <w:t>— Товариші, прошу слова!</w:t>
      </w:r>
    </w:p>
    <w:p>
      <w:r>
        <w:br/>
        <w:t>Маруся пізнала Олексин голос і крикнула.</w:t>
      </w:r>
    </w:p>
    <w:p>
      <w:r>
        <w:br/>
        <w:t>— Собраніє одкрито, просимо! Олекса підійшов:</w:t>
      </w:r>
    </w:p>
    <w:p>
      <w:r>
        <w:br/>
        <w:t>— Сьогодні Загальні Комсомольські Збори. Ходімте?</w:t>
      </w:r>
    </w:p>
    <w:p>
      <w:r>
        <w:br/>
        <w:t>— Обов'язково!—Петро швидко встав. Пішпи. На вулиці до них пристали ще Комсомольці.</w:t>
      </w:r>
    </w:p>
    <w:p>
      <w:r>
        <w:br/>
        <w:t>— Ти нам зробиш доклад про роботу Харківської організації. Петро згоден. Зібралось багато Комсомольців і направились до Комсомольського клубу.</w:t>
      </w:r>
    </w:p>
    <w:p>
      <w:r>
        <w:br/>
        <w:t>Затягли пісню.</w:t>
      </w:r>
    </w:p>
    <w:p>
      <w:r>
        <w:br/>
        <w:t>Місяць лив на село слабеньке проміння, обливав юрбу Комсомольців, голови хат, а Комсомольська пісня виривалася з молодих грудей і тонула в синьому вечорі.</w:t>
      </w:r>
    </w:p>
    <w:p>
      <w:r>
        <w:br/>
        <w:t>IX</w:t>
      </w:r>
    </w:p>
    <w:p>
      <w:r>
        <w:br/>
        <w:t>Петро сидів за столом і писав вірші. Відчинилися двері й тихенько, щоб не заважати Петрові процювати, увійшла Марусина мати.</w:t>
      </w:r>
    </w:p>
    <w:p>
      <w:r>
        <w:br/>
        <w:t>Жовте зморщене обличчя, зпід подертої хустки недбайливо виглядало волосся, на носі низько висіли окуляри, в бровах та очах щось подібне до Марусі.</w:t>
      </w:r>
    </w:p>
    <w:p>
      <w:r>
        <w:br/>
        <w:t>Вона підійшла до столу й лагідно:</w:t>
      </w:r>
    </w:p>
    <w:p>
      <w:r>
        <w:br/>
        <w:t>— Я хотіла з тобою говорити. Я чула, що ти хочеш одружитися з Марусею...</w:t>
      </w:r>
    </w:p>
    <w:p>
      <w:r>
        <w:br/>
        <w:t>Ти-ж бачиш сам, вона ще дуже молода і нема-ж у неї нічого, одна спідничка і все!</w:t>
      </w:r>
    </w:p>
    <w:p>
      <w:r>
        <w:br/>
        <w:t>Невже ти собі багатшої не найдеш? ^</w:t>
      </w:r>
    </w:p>
    <w:p>
      <w:r>
        <w:br/>
        <w:t>У Петра виступив гарячий рум'янець. Йому чогось стало ніяково... Він узяв у руки оливець, бігав ним механічно по папері, щось непотрібне малював, не дивився матері в лице й мовчав. Мати розуміла його й не вимагала говорити. Нарешті Петро одважився.</w:t>
      </w:r>
    </w:p>
    <w:p>
      <w:r>
        <w:br/>
        <w:t>— Це старі вигадки. Що мені потрібні рядна, скрині? Чи воли та коні?</w:t>
      </w:r>
    </w:p>
    <w:p>
      <w:r>
        <w:br/>
        <w:t>Не буду-ж я з оцим усим возитися? Ми з Марусею поїдемо звідци... г то що в неї спідниці нема, то придбаємо.</w:t>
      </w:r>
    </w:p>
    <w:p>
      <w:r>
        <w:br/>
        <w:t>— В неї є руки, а в мене голова.</w:t>
      </w:r>
    </w:p>
    <w:p>
      <w:r>
        <w:br/>
        <w:t>Петро замовк. Його серце швидко стукало, тіпалось, він нервово черкав оливцем.</w:t>
      </w:r>
    </w:p>
    <w:p>
      <w:r>
        <w:br/>
        <w:t>Мати помовчала, далі додала:</w:t>
      </w:r>
    </w:p>
    <w:p>
      <w:r>
        <w:br/>
        <w:t>— Ну то гаразд, робіть, як вам краще, аби добре було. Колись Артем казав, щоб я давала волю своїм дітям і не перечила їм ні в чому. Мати вийшла.</w:t>
      </w:r>
    </w:p>
    <w:p>
      <w:r>
        <w:br/>
        <w:t>Вбігла Маруся й сіла Петрові на коліна.</w:t>
      </w:r>
    </w:p>
    <w:p>
      <w:r>
        <w:br/>
        <w:t>— Ну що, питав?</w:t>
      </w:r>
    </w:p>
    <w:p>
      <w:r>
        <w:br/>
        <w:t>— Сама питала.</w:t>
      </w:r>
    </w:p>
    <w:p>
      <w:r>
        <w:br/>
        <w:t>— Ну що?</w:t>
      </w:r>
    </w:p>
    <w:p>
      <w:r>
        <w:br/>
        <w:t>— Каже добре.</w:t>
      </w:r>
    </w:p>
    <w:p>
      <w:r>
        <w:br/>
        <w:t>— Ну ось і добре, а це тобі... Маруся швидко завертіла у Петра перед носом гілку винограду, що одною рукою тримала в себе за спиною.</w:t>
      </w:r>
    </w:p>
    <w:p>
      <w:r>
        <w:br/>
        <w:t>— Д чого це ти такий худий? Може ти чим хворий, ти пішов-би до лікаря.</w:t>
      </w:r>
    </w:p>
    <w:p>
      <w:r>
        <w:br/>
        <w:t>— Ні, Маню, це я стомлений. Пишу багато, читаю. Та засідання, збори...</w:t>
      </w:r>
    </w:p>
    <w:p>
      <w:r>
        <w:br/>
        <w:t>Завтра Єлисаветський ОкрКом КСМУ дає командировку в будинок спочинку. Знаєш де Соколовські хуторі?—туди.</w:t>
      </w:r>
    </w:p>
    <w:p>
      <w:r>
        <w:br/>
        <w:t>Соколовські хуторі од Балашівки недалечко.</w:t>
      </w:r>
    </w:p>
    <w:p>
      <w:r>
        <w:br/>
        <w:t>Он за великим Грузчанським шляхом Перемонтова дача, долина з великою криницею, що колись поставив пан, а за могилою Турецька могила, а там видно верхів'я дерев, панських дачних будинків—ось це й є Соколовські хуторі.</w:t>
      </w:r>
    </w:p>
    <w:p>
      <w:r>
        <w:br/>
        <w:t>Зараз там спочивають робітники та радянські службовці.</w:t>
      </w:r>
    </w:p>
    <w:p>
      <w:r>
        <w:br/>
        <w:t>По-під соячниками, що як військо стоять, вітер котив курай, а горобці обсіли соячники й цвірінькають на ввесь степ. Петро й Маруся йшли по-під соячниками, що били своїми головешками Петра й Марусю в груди, в плечі.</w:t>
      </w:r>
    </w:p>
    <w:p>
      <w:r>
        <w:br/>
        <w:t>— Ну, Маню, ти вже мабуть вертайся, я вже тут піду сам. Через два тижні буду в тебе, а там поїдемо до Харкова, будеш там учитись, зроблю з тебе письменную, запишу тебе до спілки пролетарських мистецтв.</w:t>
      </w:r>
    </w:p>
    <w:p>
      <w:r>
        <w:br/>
        <w:t>— Не барися-ж, поете мій бравий!..</w:t>
      </w:r>
    </w:p>
    <w:p>
      <w:r>
        <w:br/>
        <w:t>Маруся, як кізочка, збігла в долину, вибігла, стала на горі й замахала Петрові руками, щось говорила. До Петра долітали якісь незрозумілі слова, а він махав їй хусткою. Маруся побігла й її червона хусточка зникла в сонячному сяйві.</w:t>
      </w:r>
    </w:p>
    <w:p>
      <w:r>
        <w:br/>
        <w:t>XI</w:t>
      </w:r>
    </w:p>
    <w:p>
      <w:r>
        <w:br/>
        <w:t>Вечір. З оцієї гори видно все.</w:t>
      </w:r>
    </w:p>
    <w:p>
      <w:r>
        <w:br/>
        <w:t>По небі посунулись хмари і попливли кудись над вокзалом, за Єлисавет.</w:t>
      </w:r>
    </w:p>
    <w:p>
      <w:r>
        <w:br/>
        <w:t>Маруся задивилась у хмари, а вони наче пливуть до Харкова. Ось вона в Харкові: сидить у прозорій кімнаті. На столі стоїть електрична лямпа з червоним абажуром і книжок повно. Сидить Маруся, читає Петрові вірші, а скоро й Петро прийде, він десь на літературному вечорі, вона його чекає-чекає.</w:t>
      </w:r>
    </w:p>
    <w:p>
      <w:r>
        <w:br/>
        <w:t>— Ти, Маню, знов чогось задумана? Маруся здрігнула:</w:t>
      </w:r>
    </w:p>
    <w:p>
      <w:r>
        <w:br/>
        <w:t>— Ой, я так замріялась...</w:t>
      </w:r>
    </w:p>
    <w:p>
      <w:r>
        <w:br/>
        <w:t>Петро повернув Марійчину голову в бік і любувався профілем її лиця.</w:t>
      </w:r>
    </w:p>
    <w:p>
      <w:r>
        <w:br/>
        <w:t>Скоро Петро поїде до Харкова й Марусі доведеться його чекати й чекати може довго-довго.</w:t>
      </w:r>
    </w:p>
    <w:p>
      <w:r>
        <w:br/>
        <w:t>Волохаті хмари, як медведі, плавали в вечірньому небі, зникли, й небо заблищало зорями.</w:t>
      </w:r>
    </w:p>
    <w:p>
      <w:r>
        <w:br/>
        <w:t>— Он там, де зірок багацько—в той бік я буду їхати. Я зорі ро-стуть-ростуть.</w:t>
      </w:r>
    </w:p>
    <w:p>
      <w:r>
        <w:br/>
        <w:t>Маруся задивилася на них і її очі стали повні зірок.</w:t>
      </w:r>
    </w:p>
    <w:p>
      <w:r>
        <w:br/>
        <w:t>XII</w:t>
      </w:r>
    </w:p>
    <w:p>
      <w:r>
        <w:br/>
        <w:t>Ніколи для Марусі не була така сумна Єлисаветська станція. До перону під'їхав почтовий.</w:t>
      </w:r>
    </w:p>
    <w:p>
      <w:r>
        <w:br/>
        <w:t>Маруся глянула на Петра очима повними сліз, білки в неї були великі-великі.</w:t>
      </w:r>
    </w:p>
    <w:p>
      <w:r>
        <w:br/>
        <w:t>— Ти-ж не барись, чуєш, Петрусю, гляди-ж не барись!..</w:t>
      </w:r>
    </w:p>
    <w:p>
      <w:r>
        <w:br/>
        <w:t>Дзвінок. Кондуктор засюрчав, загув паровик і почтовий покотився по рейках аж до Харкова.</w:t>
      </w:r>
    </w:p>
    <w:p>
      <w:r>
        <w:br/>
        <w:t>Ще раз глянув Петро у вікно на Єлисавет. Серце застукало... М заводи кидають димарями дим, димарі обмотуються димом, вітер подихне й дим вклоняється до потягу.</w:t>
      </w:r>
    </w:p>
    <w:p>
      <w:r>
        <w:br/>
        <w:t>Над заводами по-між димарів загубився червоний прапор. Я в заводах Петрові брати... Заводи меншають і меншають, за валами зникають труби, перед очима у Петра виросла заплакана Маруся. Змалювалося йому його минуле, у вікні крутився степ, стовпи, хатки, потяг летів, а Петро думав. Потяг летів...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Маруся Башличка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