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</w:t>
      </w:r>
    </w:p>
    <w:p>
      <w:r>
        <w:br/>
        <w:t xml:space="preserve"> Жала дівка жито в полі,&lt;br /&gt;</w:t>
        <w:br/>
        <w:t>Сама й зажинала,&lt;br /&gt;</w:t>
        <w:br/>
        <w:t>Не бачилась довго з милим,&lt;br /&gt;</w:t>
        <w:br/>
        <w:t>Бачити бажала.&lt;br /&gt;</w:t>
        <w:br/>
        <w:t>Не дуже то пильнувала,&lt;br /&gt;</w:t>
        <w:br/>
        <w:t>Усе оглядалась,&lt;br /&gt;</w:t>
        <w:br/>
        <w:t>Бо милого козаченька&lt;br /&gt;</w:t>
        <w:br/>
        <w:t>Вона сподівалась.&lt;br /&gt;</w:t>
        <w:br/>
        <w:t>Уже й вечір, його нема,&lt;br /&gt;</w:t>
        <w:br/>
        <w:t>Дівка плакать стала,&lt;br /&gt;</w:t>
        <w:br/>
        <w:t>Що не вийшов він до неї,&lt;br /&gt;</w:t>
        <w:br/>
        <w:t>Що й мало нажала;&lt;br /&gt;</w:t>
        <w:br/>
        <w:t>Додому пішла із поля,&lt;br /&gt;</w:t>
        <w:br/>
        <w:t>Цілий день не ївши,&lt;br /&gt;</w:t>
        <w:br/>
        <w:t>Всю ніченьку просиділа,&lt;br /&gt;</w:t>
        <w:br/>
        <w:t>Голову схиливши&lt;br /&gt;</w:t>
        <w:br/>
        <w:t>На правую на рученьку,&lt;br /&gt;</w:t>
        <w:br/>
        <w:t>Бідная, тужила:&lt;br /&gt;</w:t>
        <w:br/>
        <w:t>"Нащо-таки я так дуже,&lt;br /&gt;</w:t>
        <w:br/>
        <w:t>Нащо полюбила?&lt;br /&gt;</w:t>
        <w:br/>
        <w:t>Чому він, мій миленький,&lt;br /&gt;</w:t>
        <w:br/>
        <w:t>В поле не виходив,&lt;br /&gt;</w:t>
        <w:br/>
        <w:t>Чи вже він такий безбожний,&lt;br /&gt;</w:t>
        <w:br/>
        <w:t>Що мене ізводив?"&lt;br /&gt;</w:t>
        <w:br/>
        <w:t>Стало на світ підніматься,&lt;br /&gt;</w:t>
        <w:br/>
        <w:t>Реве вже скотина —&lt;br /&gt;</w:t>
        <w:br/>
        <w:t>В поле пастись захотіла,&lt;br /&gt;</w:t>
        <w:br/>
        <w:t>Все плаче дівчина.&lt;br /&gt;</w:t>
        <w:br/>
        <w:t>Встала після з-під оконця,&lt;br /&gt;</w:t>
        <w:br/>
        <w:t>В коворот погнала&lt;br /&gt;</w:t>
        <w:br/>
        <w:t>І бичечків, і теличок,&lt;br /&gt;</w:t>
        <w:br/>
        <w:t>Да все сумувала.&lt;br /&gt;</w:t>
        <w:br/>
        <w:t>Одогнавши за коворот,&lt;br /&gt;</w:t>
        <w:br/>
        <w:t>В господу верталась,&lt;br /&gt;</w:t>
        <w:br/>
        <w:t>Із рідною матюнкою&lt;br /&gt;</w:t>
        <w:br/>
        <w:t>Його пострічалась.&lt;br /&gt;</w:t>
        <w:br/>
        <w:t>Заплакана, старенькая,&lt;br /&gt;</w:t>
        <w:br/>
        <w:t>В поле ягнят гнала.&lt;br /&gt;</w:t>
        <w:br/>
        <w:t>"Помагай біг, паньматюнко", —&lt;br /&gt;</w:t>
        <w:br/>
        <w:t>Дівка їй сказала.&lt;br /&gt;</w:t>
        <w:br/>
        <w:t>"Помагай біг, дівчинонько", —&lt;br /&gt;</w:t>
        <w:br/>
        <w:t>А далі руками&lt;br /&gt;</w:t>
        <w:br/>
        <w:t>Ударилась дуже в груди,&lt;br /&gt;</w:t>
        <w:br/>
        <w:t>Залилась сльозами.&lt;br /&gt;</w:t>
        <w:br/>
        <w:t>"Не досталось, Марусенько,&lt;br /&gt;</w:t>
        <w:br/>
        <w:t>Звать тебе дочкою,&lt;br /&gt;</w:t>
        <w:br/>
        <w:t>Розлучили Гриця мого&lt;br /&gt;</w:t>
        <w:br/>
        <w:t>Навіки з тобою.&lt;br /&gt;</w:t>
        <w:br/>
        <w:t>Вчора його, голубчика,&lt;br /&gt;</w:t>
        <w:br/>
        <w:t>Як обідать сіли,&lt;br /&gt;</w:t>
        <w:br/>
        <w:t>Виборний із головою&lt;br /&gt;</w:t>
        <w:br/>
        <w:t>Од нас ухопили.&lt;br /&gt;</w:t>
        <w:br/>
        <w:t>Ніженьки йому сковали,&lt;br /&gt;</w:t>
        <w:br/>
        <w:t>Бідний вельми плакав,&lt;br /&gt;</w:t>
        <w:br/>
        <w:t>Сказав: "От тобі і оженився!&lt;br /&gt;</w:t>
        <w:br/>
        <w:t>Лучче б був не сватав...&lt;br /&gt;</w:t>
        <w:br/>
        <w:t>Ведуть мене у некрути,&lt;br /&gt;</w:t>
        <w:br/>
        <w:t>Прощай, батько й мати,&lt;br /&gt;</w:t>
        <w:br/>
        <w:t>Не достанеться вже, може,&lt;br /&gt;</w:t>
        <w:br/>
        <w:t>Більш вас цілувати". —&lt;br /&gt;</w:t>
        <w:br/>
        <w:t>Затулився хустиною,&lt;br /&gt;</w:t>
        <w:br/>
        <w:t>Хлипав, заливався:&lt;br /&gt;</w:t>
        <w:br/>
        <w:t>"Де-то моя Марусенька?&lt;br /&gt;</w:t>
        <w:br/>
        <w:t>З нею й не прощався!"&lt;br /&gt;</w:t>
        <w:br/>
        <w:t>Прохав він вельми дуже:&lt;br /&gt;</w:t>
        <w:br/>
        <w:t>"Пустіть до дівчини,&lt;br /&gt;</w:t>
        <w:br/>
        <w:t>До моєї голубоньки,&lt;br /&gt;</w:t>
        <w:br/>
        <w:t>Хоть на півгодини".&lt;br /&gt;</w:t>
        <w:br/>
        <w:t>І я з своїм старим дідом&lt;br /&gt;</w:t>
        <w:br/>
        <w:t>Дуже їх прохали,&lt;br /&gt;</w:t>
        <w:br/>
        <w:t>Щоб не везли його вчора,&lt;br /&gt;</w:t>
        <w:br/>
        <w:t>І слухать не стали.&lt;br /&gt;</w:t>
        <w:br/>
        <w:t>"Да ну! Годі, почав хлипать,&lt;br /&gt;</w:t>
        <w:br/>
        <w:t>От як розходився! —&lt;br /&gt;</w:t>
        <w:br/>
        <w:t>Голова сказав сердитий. —&lt;br /&gt;</w:t>
        <w:br/>
        <w:t>Нащо полюбився?" —&lt;br /&gt;</w:t>
        <w:br/>
        <w:t>"Годі, лишень, прощавайте, —&lt;br /&gt;</w:t>
        <w:br/>
        <w:t>Виборний озвався, —&lt;br /&gt;</w:t>
        <w:br/>
        <w:t>От і лихо, що з дівкою&lt;br /&gt;</w:t>
        <w:br/>
        <w:t>Він не попрощався".&lt;br /&gt;</w:t>
        <w:br/>
        <w:t>Розчинив він навстіж двері,&lt;br /&gt;</w:t>
        <w:br/>
        <w:t>Повели із хати&lt;br /&gt;</w:t>
        <w:br/>
        <w:t>Грицька, рідную дитину,&lt;br /&gt;</w:t>
        <w:br/>
        <w:t>Вороги прокляті". —&lt;br /&gt;</w:t>
        <w:br/>
        <w:t>"Нещасная я у світі! —&lt;br /&gt;</w:t>
        <w:br/>
        <w:t>Маруся сказала, —&lt;br /&gt;</w:t>
        <w:br/>
        <w:t>Жить тепер мені немило! —&lt;br /&gt;</w:t>
        <w:br/>
        <w:t>Гірко плакать стала: —&lt;br /&gt;</w:t>
        <w:br/>
        <w:t>Буду мучиться, крушиться,&lt;br /&gt;</w:t>
        <w:br/>
        <w:t>Буду убиваться,&lt;br /&gt;</w:t>
        <w:br/>
        <w:t>Не удалось сиротині&lt;br /&gt;</w:t>
        <w:br/>
        <w:t>Милим утішаться;&lt;br /&gt;</w:t>
        <w:br/>
        <w:t>Нема Грицька, нема й щастя&lt;br /&gt;</w:t>
        <w:br/>
        <w:t>Мені уже в світі!&lt;br /&gt;</w:t>
        <w:br/>
        <w:t>Увесь світ мені немилий,&lt;br /&gt;</w:t>
        <w:br/>
        <w:t>Не хочу більш жити.&lt;br /&gt;</w:t>
        <w:br/>
        <w:t>Не довелось карих очей&lt;br /&gt;</w:t>
        <w:br/>
        <w:t>Його цілувати,&lt;br /&gt;</w:t>
        <w:br/>
        <w:t>Не довелось Грицька мого&lt;br /&gt;</w:t>
        <w:br/>
        <w:t>Вічно своїм звати!"&lt;br /&gt;</w:t>
        <w:br/>
        <w:t>Дуже мучилась Маруся,&lt;br /&gt;</w:t>
        <w:br/>
        <w:t>Бо вірно любила,&lt;br /&gt;</w:t>
        <w:br/>
        <w:t>Прийняла, сердешну, скоро&lt;br /&gt;</w:t>
        <w:br/>
        <w:t>Сирая могила.&lt;br /&gt;</w:t>
        <w:br/>
        <w:t>....................................................................................&lt;br /&gt;</w:t>
        <w:br/>
        <w:t>....................................................................................&lt;br /&gt;</w:t>
        <w:br/>
        <w:t>Чи вже квітка, як одірвать,&lt;br /&gt;</w:t>
        <w:br/>
        <w:t>Довго цвісти буде?&lt;br /&gt;</w:t>
        <w:br/>
        <w:t>Або серце, як розлучить,&lt;br /&gt;</w:t>
        <w:br/>
        <w:t>То воно й забуде?&lt;br /&gt;</w:t>
        <w:br/>
        <w:t>Хоч у воду постав квітку,&lt;br /&gt;</w:t>
        <w:br/>
        <w:t>Все вона зов'яне,&lt;br /&gt;</w:t>
        <w:br/>
        <w:t>Бо вона вже одірвана,&lt;br /&gt;</w:t>
        <w:br/>
        <w:t>І пахнуть не стане.&lt;br /&gt;</w:t>
        <w:br/>
        <w:t>Усе одно, як одірвать&lt;br /&gt;</w:t>
        <w:br/>
        <w:t>Од милого милу,&lt;br /&gt;</w:t>
        <w:br/>
        <w:t>Піде вже той нещасливий&lt;br /&gt;</w:t>
        <w:br/>
        <w:t>До врем'я в могилу.&lt;br /&gt;</w:t>
        <w:br/>
        <w:t>Котрі любляться по правді,&lt;br /&gt;</w:t>
        <w:br/>
        <w:t>Повік не забудуть,&lt;br /&gt;</w:t>
        <w:br/>
        <w:t>Поки душа буде в тілі,&lt;br /&gt;</w:t>
        <w:br/>
        <w:t>Все нудитися будуть!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