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Мартинові небилиці</w:t>
      </w:r>
    </w:p>
    <w:p>
      <w:r>
        <w:br/>
        <w:t xml:space="preserve"> &lt;p&gt;МАНДРІВКА</w:t>
      </w:r>
    </w:p>
    <w:p>
      <w:r>
        <w:br/>
        <w:t>Гаразд, добрі людоньки, нині з торби зачинаю, щиру правду, а не казку повідаю; сам я того дізнав, а з пальця не виссав. Я на вітер ніколи не говорю, не варю юшки без петрушки. Інший, як щось розкаже, то тілько правди, як у зайця хвоста, а я на таке не привик, ні одно з моїх слів брехнею не пахне.</w:t>
      </w:r>
    </w:p>
    <w:p>
      <w:r>
        <w:br/>
        <w:t>Що вам розкажу, все щира правда, хто не вірить, най мене і до піддячого запізве. Давно то діялось — тоді ще люди ножа не мали, ковбасою хліб краяли, в Страсну п'ятницю вінчалися, а жінки як шмаття прали, то праники,на небо клали. Пішов я собі в лісок грибів назбирати, бо, бачите, було то в м'ясний піст. Як самі здорові знаєте, що на пущення говіти треба, а сушений гриб — ще до того зі сметаною — правдива пісна страва, якою і угодники Божі на пустині живилися.</w:t>
      </w:r>
    </w:p>
    <w:p>
      <w:r>
        <w:br/>
        <w:t>Іду я собі лісом, іду, дивлюсь, а то перед очима грибись-ко, такий великий, як то колесо. Тьфу, що за хрінова мати? Може, обман, чи що? Ні, правдивий гриб. Що тут робити? Треба збирати. Беруся до него цілою силою — і ледве-не-ледве того великана з місця здвигнув. Але чоловік лакоме сотво-ріння, він ніколи тим невдоволений, що вже має, йому все більше і більше хочеться... Отам і другий, третій і четвертий гриб. Добре, думаю собі, та як їх домів потаскати? Кажу вам, тяжкі були ті гриби, як той камінь від жорен. Але що голова, то і розум! Думаю собі: з ліса до моєї хатчини гей похило, от зроблю двоє осей, гриби послужать за колеса, запну їх ще заколесниками — і гайда, качай додому! Як загадав, так і зробив. Кажу вам, я так летів, як той пан у колясці.</w:t>
      </w:r>
    </w:p>
    <w:p>
      <w:r>
        <w:br/>
        <w:t>Ті чотири гриби, хвалити Господа, не на цілий рік, на цілий день стали б, але лакомство, хоч гріх смертельний — все-таки лакомством.</w:t>
      </w:r>
    </w:p>
    <w:p>
      <w:r>
        <w:br/>
        <w:t>Пустився я знов бігцем до ліса за грибами. Зайшов у ту саму гущавину; то щітка була, а не ліс, один вуж лише міг пропхатися, а гриби не стирчать, ні, їх аж не було видно. Чую, хтось до мене говорить, а то був наймолодший прадід всіх грибів. Каже він до мене:</w:t>
      </w:r>
    </w:p>
    <w:p>
      <w:r>
        <w:br/>
        <w:t>— Нащо ти нас, добрий чоловіче, зриваєш? Таж ми і ходити умієм. Сідай на мене, я тебе додому понесу!</w:t>
      </w:r>
    </w:p>
    <w:p>
      <w:r>
        <w:br/>
        <w:t>Я довго не надумувався, сів собі на самий верх гриба і їду верхом додому, як той козак, таким чвалом, кажу вам, що один лиш слимак був би мене догнав.</w:t>
      </w:r>
    </w:p>
    <w:p>
      <w:r>
        <w:br/>
        <w:t>Хто годен кортячку вгамувати? І я помахав знов до ліса, бо щастя служить. Тут чую: якась мара бринить і гуде мені над головою. Дивлюся вгору, а то рій бджіл не крутиться, ні, аж і я з ними, як те веретено, почав крутитися, а густий був він, кажу вам, такий, що я і місяця не бачив. Матка велика, як пугач, трути, як миші, а бджоли як сливки. Думаю, се тобі на приплодок, один рій такого меду назбирає, такого воску начинить, що стане від Великодня аж до Паски.</w:t>
      </w:r>
    </w:p>
    <w:p>
      <w:r>
        <w:br/>
        <w:t>Але як біда, то біда. Місяць жарко припікав, а той рій уже на утікача! Летить він лісами, як на крилах, а я за ним навздогін полями і яругами, так задихався і так загрівся, що піт з мене ледом спадав; тут-тут і амінь мав мені бути, якби я не був скочив у замерзлий став і там не прохолодився. Був став той гей* глибокий, і щоб не утопитись, взяв я човен і поплив на саму середину. Тут мені так млосно, так нудно коло серця стало, що-м трохи не зомлів. Що-м зголоднів, шлунок мені пригадував, щось у нім так торкотіло, якби порожній віз з горба летів. А тут хоч сказися, ні гріночки хліба. Та я вже не таку біду перебув... Я тут знав собі раду дати.</w:t>
      </w:r>
    </w:p>
    <w:p>
      <w:r>
        <w:br/>
        <w:t>Приплив щупак до човна, довгий, кажу вам, на сажень... Я його хап і нурцем з ним на дно ставка. Тут я собі гарний вогничок розклав, щуку-рибу зварив і, кажу вам, на три доби поживився. Вже ситний і веселий, згасив я вогонь, щоб, хорони боже, яке лихо не сталося, виліз у човен і пливу собі, як той лебідь по леду. Аж тут, милостивий Боже, — і очам віри не даю — передо мною цвіте і зеленіє столітня, конариста і дуплава липа, а запах іде від неї на всі сторони. Чи обман, чи правда? Що я там чую? В тій липі дупло, а в дуплі не гудить, не шумить мій рій, аж глушить. Се мені як подароване. Дивлюся в дупло, а в него і кулак не лізе. Бідна моя головонько! Пробую рукою, не іде, пробую ногою, не іде. Мучуся, товчуся, морочуся, не йде...</w:t>
      </w:r>
    </w:p>
    <w:p>
      <w:r>
        <w:br/>
        <w:t>Аж тут ударив я в дупло головою і цілісінький, кажу вам, від чола до п'яти у то окаянне дупло, як той горобець, залетів. Взяв я свій рій під пахву, хочу вилазити, а тут, мов нечистий напосівся, і способу нема через діру і кулак перепхати. О лихо моє гірке! Та в пригоді добра рада на полиці: кинув я рій, як то яблуко, в куток, виліз з дупла і побіг потоком додому, взяв дома сокиру, вирубав у липі діру, взяв рій в саму пазуху, лед-ве-не-ледве виліз з дупла і пігнав, як вітер, додому. Моя перша робота вдома була той рій у вулик загнати, але такого великого не було у мене.</w:t>
      </w:r>
    </w:p>
    <w:p>
      <w:r>
        <w:br/>
        <w:t>Мав я малу кошничку*, за хвилю я її обмазав, щаблі позакладав, роя гарно так цілим звоєм нового полотна підкурив і у вулик загнав, і ви, добрі людоньки, не повірили б, в саму Пилипівку — вишні були в самім цвіту — діждався я десятого роя. А меду того було, кажу вам, ласка Божа, але лиш з моїх малих вуликів.</w:t>
      </w:r>
    </w:p>
    <w:p>
      <w:r>
        <w:br/>
        <w:t>По сій мозольній праці знов мене щось, як того вовка, в ліс тягнуло, не знаю, чи гриби, чи рій — так мені пильно було, що-м і сокири дома не лишив, висіла вона за поясом, як та зброя у лицаря.</w:t>
      </w:r>
    </w:p>
    <w:p>
      <w:r>
        <w:br/>
        <w:t>Ходжу собі лісом утішний, веселий, як той моторний отаман, що з здобиччю щасливо домів вернув, попід боки беруся і думаю собі: &amp;#9830; Грибів і роя вже маєш, мій Мартине, — дивись, щоб тебе інше щастя не знайшло, таже ти в чепчику* родився". Вже і не дивлюсь на гриби, хоча й аж просяться, на дупло і не позираю, ходжу-блуджу тим лісом-пралісом і жду, щоби щось інше знов на мене з неба не спало. Та якось фортуна не сприяла. Від довгого ходу вже і ноги здубіли, почав я вже і руками ходити, та вкінці так утомився, що-м, як та колода, по котрій не лише кози, жаби, але і камені скачуть, на мураву повалився.</w:t>
      </w:r>
    </w:p>
    <w:p>
      <w:r>
        <w:br/>
        <w:t>Як додому вернути? Ноги одубіли, руки зціпеніли, а тут ні чайки, ні кульбаки. Очима наслухую, вухами дивлюсь, аж тут пасеться якась вража кобила, сита, годована, кажу вам, аж через ребра світилось. Думаю собі: вона тобі в пригоді стане, вона тобі знадобиться. Приступаю до неї, а вона із ніг валиться, сідаю на неї, а вона орлом летить, вітри переганяє, вибрикує таким собі свинським трапом, а з ніздер, як той триголовий змій, вогонь мече, сновидою летить і з місця не рушається. Вже я її не раз і добре прочухав, на її костях і гарного граб-чука поломив, а вона все своє піє, все наперед летить, біжить і з місця не рушається. Така, кохана, була, що як де побачить тогорічне зелене сіно, то як зачне пасти, то сіно з корінням вириває.</w:t>
      </w:r>
    </w:p>
    <w:p>
      <w:r>
        <w:br/>
        <w:t>Летимо ми кожної хвилі двадцять без двох кроків, а я навіть і не попантрив, як небогу тупиця-сокира, мов бритва, надвоє перетяла. Жену, вітри, соколи переганяю, мені і на ум не приходить, що я лише на передніх ногах тої вражої кобили сиджу. Оглядаюся назад себе: о Боже милостивий, що я бачу! Цілісінький зад кобили, два хвости і задня нога лежали на роздоріжжю, а лошатко, що вжеребилось таки з сідлом, вуздечкою і підківками, не молоко, лише овес ссало.</w:t>
      </w:r>
    </w:p>
    <w:p>
      <w:r>
        <w:br/>
        <w:t>Як я то побачив, аж стрепенувся, перехрестився, потис кобилу в самий зад острогами і понісся у світ мов та хмара, бо пізнав, що на мене, дух святий перед нами, самий рогатий, куцохвостий чорт напосівся. Зі страху, чи з чого, почав у мені і дух завмирати, а до того іще і дощ так люнув, як з коновки — всі рубці на мені сухими поставали. В сій біді і я не зауважив, що топорище так намокло, що аж корінь пустило і зеленим явором так скоро почало рости, що майже під саме небо сягало. О, недоле моя гіркаї Як то збутися непевної, несамовитої огиди-ко-били? Щоб її був смуток знав, а не я! Але як одна біда іде, то і другу веде. Щоб неволі позбутися, треба на явора лізти.</w:t>
      </w:r>
    </w:p>
    <w:p>
      <w:r>
        <w:br/>
        <w:t>Почав я на того явора лізти, а йому і кінця нема... Лізу я, та й лізу, і долізти годі. Не думав я, що до неба так високо і далеко. Рад би я в долину злізти, та де ж тому голова, на яворі і одного крачка не було, — причепилося до мене лихо ногами і руками, як реп'ях кожуха. Лізу і лізу, аж тут переді мною щось загриміло, і віз великий, драбинястий не летить, ні, таки добре треба було очі нащурити, щоби його побачити. Ага, думаю собі: "Недалеко до неба, Бог колачі везе. Лізу я дальше, а то щось так ясно блисло, що аж ляк побирав. Якби не окуляри на бороді, то був би осліп, а так лиш трохи вуса підсмалило. Ага, знаю, що то значить: то махає архангел небесною шаблюкою. Лізу я дальше, а тут велика-велика рогачка. Бідна ж головонько, як же тут проминути, таже при мені і гроша нема! Клопоте мій солений! Через рогачку до неба не пускають, а на землю як злізти, коли на яворі і одної галузи нема? Аж тут летить якась птаха, страх на ню і поглянути. Голова, як у змії, крила довгі, як у вітряка, а так вона ними збивала, що безпечно до неба чути було, а на ногах, кажу вам, такі пазурі — довгі-довгі, як той серп.</w:t>
      </w:r>
    </w:p>
    <w:p>
      <w:r>
        <w:br/>
        <w:t>— Чого ти тут шукаєш, грішний чоловіче? Ходи зі мною, я тебе в той край занесу, якого ще вухо не видало, о якім око не чувало.</w:t>
      </w:r>
    </w:p>
    <w:p>
      <w:r>
        <w:br/>
        <w:t>Гм, гадаю собі: "Там ще ти не був, Мартине, а чоловік чим більше бачить, чим більше знає, то через решето і сито пролізе".</w:t>
      </w:r>
    </w:p>
    <w:p>
      <w:r>
        <w:br/>
        <w:t>— Коли твоя ласка, то візьми мене з собою, — сказав я тій птасі; вона довго не надумувалася, ухопила мене в свої пазурі і понесла так скоро, аж хмари пробивала.</w:t>
      </w:r>
    </w:p>
    <w:p>
      <w:r>
        <w:br/>
        <w:t>Вже не знаю я, як довго ми летіли, — знаю, що дуже довго; було коли й зі звіздами і хмарами познайомитись; видів я навіть, як там сніг, дощ і град приправляють, і я не одно був би ще бачив, але всьому та великан-птаха виною, вона мене на землю спустила, а сама понеслася в незнані простори безконечного неба.</w:t>
      </w:r>
    </w:p>
    <w:p>
      <w:r>
        <w:br/>
        <w:t>Гей — гейби Кошничок — кошик Чепчик — шапочка</w:t>
      </w:r>
    </w:p>
    <w:p>
      <w:r>
        <w:br/>
        <w:t>ГРУША</w:t>
      </w:r>
    </w:p>
    <w:p>
      <w:r>
        <w:br/>
        <w:t>Слухайте, як я тут смерть в шори убрав. Отут на призьбі сидів я собі раз, не вчора то діялось, тоді ще люди галушками не давилися — сидів я, але не веселий. Бачите оту грушу, — вона моя радість, моє все! Родить вона грушки, як ті дині, а солодкі, як цукор. Та що з того, чорт з неї хосен* мав! Вражі хлопці як тих грушок засмакували, то хоч я не одному чуприну загрів, сверблячку, що за вухом сиділа, відшептав, хоч моя собака не одному і литку нап'ятнила, проте все та пуста погань до тої груші так унадилась, як ті горобці до коловатниці*; щороку так обносили, що мені ні одної дозрілої грушки не осталося. От тому був я тоді невеселий. Сонечко вже до заходу клонилося, я вже і позівати почав, вже на сон грядущий молитви говорив, аж тут став переді мною якийсь старець і проситься на ніч.</w:t>
      </w:r>
    </w:p>
    <w:p>
      <w:r>
        <w:br/>
        <w:t>— Та чому ж ні, прошу до хати! — кажу я.</w:t>
      </w:r>
    </w:p>
    <w:p>
      <w:r>
        <w:br/>
        <w:t>Тут дав я старому повечеряти, напився він і чарку легкого вишняку, бо кріпкого не хотів, на припічку я йому постелив, дав чисту подушечку і кожушок і просив його, щоби ліг собі спочивати.</w:t>
      </w:r>
    </w:p>
    <w:p>
      <w:r>
        <w:br/>
        <w:t>— Ще чаш, шинку, — сказав він мені, — треба ще Гошподеві помолитись...</w:t>
      </w:r>
    </w:p>
    <w:p>
      <w:r>
        <w:br/>
        <w:t>Так коло опівночі ліг він і спав мирно і тихо, як той праведник Божий. Рано, ледве що зоряло, вже дід на ногах...</w:t>
      </w:r>
    </w:p>
    <w:p>
      <w:r>
        <w:br/>
        <w:t>— Нате, дідику, тих грушечок на дорогу; дуже вони добрі, стало би їх мені на цілу зиму, та вражі хлопці геть їх обносять.</w:t>
      </w:r>
    </w:p>
    <w:p>
      <w:r>
        <w:br/>
        <w:t>— Не журишь, шинку, більше не будуть, вші вони до грушки прироштуть, жліжуть ж неї аж тоді, як їм шкаже добрий Мартин: "Жліжте!"</w:t>
      </w:r>
    </w:p>
    <w:p>
      <w:r>
        <w:br/>
        <w:t>Так сказав старий і пішов, а я аж сторопів. Звідки він знає моє ім'я? Як смеркалося, ха-ха-ха! — угадайте, що було на груші? Грушки!</w:t>
      </w:r>
    </w:p>
    <w:p>
      <w:r>
        <w:br/>
        <w:t>Добре, грушки, але і п'ять чортиків-хлопців! Так приросли до груші ногами і руками, як та муха до меду, і ні руш з місця. Сиділи вони там, як пугачі, і кукали цілу ніч, як зозулі. Рано, як зовсім зціпли і як той кленовий лист тряслися, сказав я: "злізьте!" — і всі пустуни позлізали і так метнулися навтікача і драла, що всіх зайців пополошили. Відтоді стереглися хлопці моїх грушок, як вогню, ніхто їх не дотикався, всі вони достигали і комірчину наповняли.</w:t>
      </w:r>
    </w:p>
    <w:p>
      <w:r>
        <w:br/>
        <w:t>Кілька років потім — ви знаєте, що і желізо стирається, а вік прожити, не поле перейти, стало мені якось тяжко у грудях, якась вража задуха-недуга в печінки влізла, в боку як ножем кололо-різало і дух з тіла випирало. Хоч я на ладан уже дихав, бачите, був уже на Божій дорозі, хоч уже я приладив дошки на свою домовину, то все жити старому дідуганові хотілося.</w:t>
      </w:r>
    </w:p>
    <w:p>
      <w:r>
        <w:br/>
        <w:t>Було то в саму осінь; на груші такого дару Божого — більше плоду, ніж листя; рад був я хоч одну з'їсти, та душа не приймала. Слабість — не радість. Сиджу я собі сумний, сумний, як той осінній день, аж щось страшного надходить до моєї хати. Білий череп без очей, без носа, без усього, кістяні руки держать гостру косу, а кості ніг при кожнім кроці так лячно дзвенять, що аж мороз тілом трясе. Ага, думаю собі, вже смерть за тобою прийшла.</w:t>
      </w:r>
    </w:p>
    <w:p>
      <w:r>
        <w:br/>
        <w:t>— Збирайся в дорогу, пане Мартине!</w:t>
      </w:r>
    </w:p>
    <w:p>
      <w:r>
        <w:br/>
        <w:t>— Зараз, паніматочко... Я добре знаю, що сей світ — позичений цвіт. Ох! ох! ще забаглось... а... я... я...</w:t>
      </w:r>
    </w:p>
    <w:p>
      <w:r>
        <w:br/>
        <w:t>— Що такого?</w:t>
      </w:r>
    </w:p>
    <w:p>
      <w:r>
        <w:br/>
        <w:t>— От рад би я, поки із сим світом попрощаюся, ще одну грушечку спожити, але не годен на дерево вилізти, за комара нема сили, а немозі всього захочується.</w:t>
      </w:r>
    </w:p>
    <w:p>
      <w:r>
        <w:br/>
        <w:t>— Прислужуся тобі, але ти скоро їж, бо часу не маю.</w:t>
      </w:r>
    </w:p>
    <w:p>
      <w:r>
        <w:br/>
        <w:t>— Не журися, добрянечко, квапцем з'їм...</w:t>
      </w:r>
    </w:p>
    <w:p>
      <w:r>
        <w:br/>
        <w:t>І вилізла кощава огида на грушу і там уже сім літ сидить і кукає, і сидіти буде, доки сам схочу.</w:t>
      </w:r>
    </w:p>
    <w:p>
      <w:r>
        <w:br/>
        <w:t>В селі цвинтар. Над дубовим хрестом молода груша, а під нею спочивають останки старого Мартина. Оповідають люди, що як зовсім ослаб був, то сам смерті сказав: "Паніматочко, прошу тебе, злізай, бо вже і сі грішні кості спочити хочуть!"</w:t>
      </w:r>
    </w:p>
    <w:p>
      <w:r>
        <w:br/>
        <w:t>1881 р.</w:t>
      </w:r>
    </w:p>
    <w:p>
      <w:r>
        <w:br/>
        <w:t>Хосен — користь Коловатниця — конопля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Мартинові небилиці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