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Січовий</w:t>
      </w:r>
    </w:p>
    <w:p>
      <w:r>
        <w:br/>
        <w:t xml:space="preserve"> У Січи! У Січи гуртуймось, брати,&lt;br /&gt;</w:t>
        <w:br/>
        <w:t>Най слава козацька востане,&lt;br /&gt;</w:t>
        <w:br/>
        <w:t>Най клич наш побудить дрімучі хати,&lt;br /&gt;</w:t>
        <w:br/>
        <w:t>Взиває зривати кайдани.</w:t>
      </w:r>
    </w:p>
    <w:p>
      <w:r>
        <w:br/>
        <w:t>Боролись завзято колись-то діди,&lt;br /&gt;</w:t>
        <w:br/>
        <w:t>Кістками степи укривали,&lt;br /&gt;</w:t>
        <w:br/>
        <w:t>В кітлах розжарених палились они,&lt;br /&gt;</w:t>
        <w:br/>
        <w:t>На палях у турка конали.</w:t>
      </w:r>
    </w:p>
    <w:p>
      <w:r>
        <w:br/>
        <w:t>До бою! до бою зве поклик і нас,&lt;br /&gt;</w:t>
        <w:br/>
        <w:t>Та не на рушниці, шаблюки,&lt;br /&gt;</w:t>
        <w:br/>
        <w:t>Инакша днесь збруя, инакший бо час,&lt;br /&gt;</w:t>
        <w:br/>
        <w:t>В нас збруя просвіти і злуки.</w:t>
      </w:r>
    </w:p>
    <w:p>
      <w:r>
        <w:br/>
        <w:t>Доволі сварились колись-то діди,&lt;br /&gt;</w:t>
        <w:br/>
        <w:t>Пора нам єднатися нині.&lt;br /&gt;</w:t>
        <w:br/>
        <w:t>Лиш в лучности сильні добудуть сини&lt;br /&gt;</w:t>
        <w:br/>
        <w:t>І волі і щастя Вкраїні.</w:t>
      </w:r>
    </w:p>
    <w:p>
      <w:r>
        <w:br/>
        <w:t>Гей хлопці, молодці! Як мур всі тверді,&lt;br /&gt;</w:t>
        <w:br/>
        <w:t>Погляньте на стяг наш там в горі;&lt;br /&gt;</w:t>
        <w:br/>
        <w:t>"Усі за одного, оден за усіх!" –&lt;br /&gt;</w:t>
        <w:br/>
        <w:t>Сіяє на нашім прапорі.</w:t>
      </w:r>
    </w:p>
    <w:p>
      <w:r>
        <w:br/>
        <w:t>Доволі ходили в ярмах вже діди,&lt;br /&gt;</w:t>
        <w:br/>
        <w:t>Доволі згинати й нам спину,&lt;br /&gt;</w:t>
        <w:br/>
        <w:t>Лиш смілим завзяттям поставлять сини&lt;br /&gt;</w:t>
        <w:br/>
        <w:t>Вільну, самостійну Вкраїну!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Січовий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