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Марина Дмитрівна</w:t>
      </w:r>
    </w:p>
    <w:p>
      <w:r>
        <w:br/>
        <w:t xml:space="preserve"> У Марини Дмитрівни&lt;br /&gt;</w:t>
        <w:br/>
        <w:t>Стільки всяких справ!&lt;br /&gt;</w:t>
        <w:br/>
        <w:t>Без Марини Дмитрівни&lt;br /&gt;</w:t>
        <w:br/>
        <w:t>Хто б отак прибрав?&lt;br /&gt;</w:t>
        <w:br/>
        <w:t>Хто так гарно ліжечко&lt;br /&gt;</w:t>
        <w:br/>
        <w:t>Ковдрою заслав?&lt;br /&gt;</w:t>
        <w:br/>
        <w:t>Хто старанно віником&lt;br /&gt;</w:t>
        <w:br/>
        <w:t>Скрізь позамітав,&lt;br /&gt;</w:t>
        <w:br/>
        <w:t>Витер пил ганчіркою&lt;br /&gt;</w:t>
        <w:br/>
        <w:t>З столу та з вікна?&lt;br /&gt;</w:t>
        <w:br/>
        <w:t>Все Марина Дмитрівна,&lt;br /&gt;</w:t>
        <w:br/>
        <w:t>Все сама вона!&lt;br /&gt;</w:t>
        <w:br/>
        <w:t>У Марини Дмитрівни&lt;br /&gt;</w:t>
        <w:br/>
        <w:t>П'ятеро дітей&lt;br /&gt;</w:t>
        <w:br/>
        <w:t>Та ще з ранку раннього&lt;br /&gt;</w:t>
        <w:br/>
        <w:t>Тисячі гостей.&lt;br /&gt;</w:t>
        <w:br/>
        <w:t>З кожним поздоровкайся,&lt;br /&gt;</w:t>
        <w:br/>
        <w:t>Зручно посади,&lt;br /&gt;</w:t>
        <w:br/>
        <w:t>Дай тому цукерочку,&lt;br /&gt;</w:t>
        <w:br/>
        <w:t>Другому води,&lt;br /&gt;</w:t>
        <w:br/>
        <w:t>Той гуляти проситься,&lt;br /&gt;</w:t>
        <w:br/>
        <w:t>Той упав з стільця...&lt;br /&gt;</w:t>
        <w:br/>
        <w:t>У Марини Дмитрівни&lt;br /&gt;</w:t>
        <w:br/>
        <w:t>Діла — без кінця!&lt;br /&gt;</w:t>
        <w:br/>
        <w:t>На таку сімеєчку&lt;br /&gt;</w:t>
        <w:br/>
        <w:t>Наварить обід —&lt;br /&gt;</w:t>
        <w:br/>
        <w:t>Із такою справою&lt;br /&gt;</w:t>
        <w:br/>
        <w:t>Жартувать не слід!&lt;br /&gt;</w:t>
        <w:br/>
        <w:t>Ось вже наготована&lt;br /&gt;</w:t>
        <w:br/>
        <w:t>Зелень для борщу.&lt;br /&gt;</w:t>
        <w:br/>
        <w:t>Борщику наварено&lt;br /&gt;</w:t>
        <w:br/>
        <w:t>Дітям досхочу.&lt;br /&gt;</w:t>
        <w:br/>
        <w:t>Ще Марина Дмитрівна&lt;br /&gt;</w:t>
        <w:br/>
        <w:t>Й пиріжки пече:&lt;br /&gt;</w:t>
        <w:br/>
        <w:t>Збоку тільки глянути —&lt;br /&gt;</w:t>
        <w:br/>
        <w:t>Слинка потече!&lt;br /&gt;</w:t>
        <w:br/>
        <w:t>Та Марина Дмитрівна&lt;br /&gt;</w:t>
        <w:br/>
        <w:t>неабияка:&lt;br /&gt;</w:t>
        <w:br/>
        <w:t>Кращого не знайдете&lt;br /&gt;</w:t>
        <w:br/>
        <w:t>Ви й будівника.&lt;br /&gt;</w:t>
        <w:br/>
        <w:t>Що вже набудовано&lt;br /&gt;</w:t>
        <w:br/>
        <w:t>фабрик та домів!&lt;br /&gt;</w:t>
        <w:br/>
        <w:t>Крім Марини Дмитрівни,&lt;br /&gt;</w:t>
        <w:br/>
        <w:t>Хто б отак зумів?&lt;br /&gt;</w:t>
        <w:br/>
        <w:t>А коли увечері&lt;br /&gt;</w:t>
        <w:br/>
        <w:t>Діти ляжуть спать,&lt;br /&gt;</w:t>
        <w:br/>
        <w:t>Тут Марині Дмитрівні&lt;br /&gt;</w:t>
        <w:br/>
        <w:t>Треба й почитать.&lt;br /&gt;</w:t>
        <w:br/>
        <w:t>Сяде, перегортує&lt;br /&gt;</w:t>
        <w:br/>
        <w:t>Отакі книжки!&lt;br /&gt;</w:t>
        <w:br/>
        <w:t>Довго роздивляється&lt;br /&gt;</w:t>
        <w:br/>
        <w:t>Різні малюнки!&lt;br /&gt;</w:t>
        <w:br/>
        <w:t>Що в книжках написано&lt;br /&gt;</w:t>
        <w:br/>
        <w:t>І про що там річ —&lt;br /&gt;</w:t>
        <w:br/>
        <w:t>Все б їй знать хотілося!&lt;br /&gt;</w:t>
        <w:br/>
        <w:t>Та надходить ніч.&lt;br /&gt;</w:t>
        <w:br/>
        <w:t>От і сон з дрімотою&lt;br /&gt;</w:t>
        <w:br/>
        <w:t>До кімнати йдуть&lt;br /&gt;</w:t>
        <w:br/>
        <w:t>І Марину Дмитрівну&lt;br /&gt;</w:t>
        <w:br/>
        <w:t>Спатоньки кладуть.&lt;br /&gt;</w:t>
        <w:br/>
        <w:t>От вона умилася,&lt;br /&gt;</w:t>
        <w:br/>
        <w:t>В ліжечко лягла.&lt;br /&gt;</w:t>
        <w:br/>
        <w:t>От і спить Мариночка,&lt;br /&gt;</w:t>
        <w:br/>
        <w:t>Дівчинка мала.&lt;br /&gt;</w:t>
        <w:br/>
        <w:t>Ну, хіба ж не стомиться&lt;br /&gt;</w:t>
        <w:br/>
        <w:t>Кожен чоловік?&lt;br /&gt;</w:t>
        <w:br/>
        <w:t>А Марині Дмитрівні&lt;br /&gt;</w:t>
        <w:br/>
        <w:t>Тільки п'ятий рік...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Марина Дмитрівна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