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Марічка</w:t>
      </w:r>
    </w:p>
    <w:p>
      <w:r>
        <w:br/>
        <w:t xml:space="preserve"> Від криниці до городу&lt;br /&gt;</w:t>
        <w:br/>
        <w:t>Ніс Павлуша в відрах воду.&lt;br /&gt;</w:t>
        <w:br/>
        <w:t>А за ним аж із воріт&lt;br /&gt;</w:t>
        <w:br/>
        <w:t>Вистрибом Марічка вслід.</w:t>
      </w:r>
    </w:p>
    <w:p>
      <w:r>
        <w:br/>
        <w:t>— А чого це ти, Павлушо,&lt;br /&gt;</w:t>
        <w:br/>
        <w:t>В ямку воду ллєш під грушу?&lt;br /&gt;</w:t>
        <w:br/>
        <w:t>Зацікавилась мала.&lt;br /&gt;</w:t>
        <w:br/>
        <w:t>— А для того, щоб росла!</w:t>
      </w:r>
    </w:p>
    <w:p>
      <w:r>
        <w:br/>
        <w:t>Вранці глянула Марічка,&lt;br /&gt;</w:t>
        <w:br/>
        <w:t>Чи у діжці є водичка&lt;br /&gt;</w:t>
        <w:br/>
        <w:t>І чи мами тут нема,&lt;br /&gt;</w:t>
        <w:br/>
        <w:t>Й поливать давай сама.</w:t>
      </w:r>
    </w:p>
    <w:p>
      <w:r>
        <w:br/>
        <w:t>Набирає воду з діжки&lt;br /&gt;</w:t>
        <w:br/>
        <w:t>Й вилива собі на ніжки&lt;br /&gt;</w:t>
        <w:br/>
        <w:t>Не один раз і не два —&lt;br /&gt;</w:t>
        <w:br/>
        <w:t>Полива і полива...</w:t>
      </w:r>
    </w:p>
    <w:p>
      <w:r>
        <w:br/>
        <w:t>Чує, мама грима строго:&lt;br /&gt;</w:t>
        <w:br/>
        <w:t>— Ти чому це і для чого?! —&lt;br /&gt;</w:t>
        <w:br/>
        <w:t>І всміхнулась їй мала:&lt;br /&gt;</w:t>
        <w:br/>
        <w:t>А для того, щоб росла!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Марічка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