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гаритко, моя квітк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гаритко, моя кві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