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аргарита Закмаєр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ргарита Закмаєр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