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гарита і клопоти з Гансик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гарита і клопоти з Ганси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