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Марево Есхілового Орла</w:t>
      </w:r>
    </w:p>
    <w:p>
      <w:r>
        <w:br/>
        <w:t xml:space="preserve"> Із Батьківщини рідної втікач,&lt;br /&gt;</w:t>
        <w:br/>
        <w:t>ще й емігрант між втікачами,&lt;br /&gt;</w:t>
        <w:br/>
        <w:t>якому радощі чужі і плач,&lt;br /&gt;</w:t>
        <w:br/>
        <w:t>і шепотіння серць ночами&lt;br /&gt;</w:t>
        <w:br/>
        <w:t>з теплом тієї правди на устах,&lt;br /&gt;</w:t>
        <w:br/>
        <w:t>яку веде із мрії туга&lt;br /&gt;</w:t>
        <w:br/>
        <w:t>по чужинецьких селах та містах,&lt;br /&gt;</w:t>
        <w:br/>
        <w:t>гадаючи, що в царство духа,&lt;br /&gt;</w:t>
        <w:br/>
        <w:t>Я йшов . . .</w:t>
      </w:r>
    </w:p>
    <w:p>
      <w:r>
        <w:br/>
        <w:t>І теж шукав серед Баварських мряк,&lt;br /&gt;</w:t>
        <w:br/>
        <w:t>щоб речі хтось привіз з вокзалу,&lt;br /&gt;</w:t>
        <w:br/>
        <w:t>і врешті українця, косаря,&lt;br /&gt;</w:t>
        <w:br/>
        <w:t>побачив, що косив помалу.&lt;br /&gt;</w:t>
        <w:br/>
        <w:t>Під ним ріка ревла до скель та стін,&lt;br /&gt;</w:t>
        <w:br/>
        <w:t>і гори, мов ночей предтечі,&lt;br /&gt;</w:t>
        <w:br/>
        <w:t>з-за неї кидали на нього тінь&lt;br /&gt;</w:t>
        <w:br/>
        <w:t>густішу за холодний вечір.</w:t>
      </w:r>
    </w:p>
    <w:p>
      <w:r>
        <w:br/>
        <w:t>А день шумів з ясних джерел&lt;br /&gt;</w:t>
        <w:br/>
        <w:t>на мальовничі панорами,&lt;br /&gt;</w:t>
        <w:br/>
        <w:t>і наді мною велетень-орел&lt;br /&gt;</w:t>
        <w:br/>
        <w:t>летів і блискав пазурями&lt;br /&gt;</w:t>
        <w:br/>
        <w:t>такими, як у косаря коса,&lt;br /&gt;</w:t>
        <w:br/>
        <w:t>коли влітає в вогкі трави&lt;br /&gt;</w:t>
        <w:br/>
        <w:t>і об жало її бряжчить роса,&lt;br /&gt;</w:t>
        <w:br/>
        <w:t>покіс пригнувши золотавий.&lt;br /&gt;</w:t>
        <w:br/>
        <w:t>І, згадуючи, що "довліє дневі",&lt;br /&gt;</w:t>
        <w:br/>
        <w:t>з надією сказав я косареві:&lt;br /&gt;</w:t>
        <w:br/>
        <w:t>" допоможіть мені&lt;br /&gt;</w:t>
        <w:br/>
        <w:t>з вокзалу чамайдан ... За гроші" ...&lt;br /&gt;</w:t>
        <w:br/>
        <w:t>— "Допомогти? ... Я й сам не на коні...&lt;br /&gt;</w:t>
        <w:br/>
        <w:t>Тут німець єсть один хороший:&lt;br /&gt;</w:t>
        <w:br/>
        <w:t>Мені він косу дав і сінокіс,&lt;br /&gt;</w:t>
        <w:br/>
        <w:t>напевно й вам щось допоможе".&lt;br /&gt;</w:t>
        <w:br/>
        <w:t>А з гір шумів старий, холодний ліс,&lt;br /&gt;</w:t>
        <w:br/>
        <w:t>неначе ти, Мій Вічний Боже. . .&lt;br /&gt;</w:t>
        <w:br/>
        <w:t>І до вершини, повної снігів,&lt;br /&gt;</w:t>
        <w:br/>
        <w:t>я повернувся горю радий,&lt;br /&gt;</w:t>
        <w:br/>
        <w:t>аж там згори проміння з двох боків&lt;br /&gt;</w:t>
        <w:br/>
        <w:t>у два шуміло світлоспади,&lt;br /&gt;</w:t>
        <w:br/>
        <w:t>і аж на цей бік річки у бору&lt;br /&gt;</w:t>
        <w:br/>
        <w:t>дві плями клало, мов постелі,&lt;br /&gt;</w:t>
        <w:br/>
        <w:t>між ними витягши густу й сиру&lt;br /&gt;</w:t>
        <w:br/>
        <w:t>до нас повзучу тінь по скелі.&lt;br /&gt;</w:t>
        <w:br/>
        <w:t>І проказав уже я до вершка&lt;br /&gt;</w:t>
        <w:br/>
        <w:t>гострішого, як з криці тичка,&lt;br /&gt;</w:t>
        <w:br/>
        <w:t>де мабуть від орла, що сів, важка&lt;br /&gt;</w:t>
        <w:br/>
        <w:t>лежала пляма невеличка:&lt;br /&gt;</w:t>
        <w:br/>
        <w:t>— "Гей, брате, пташе найвільніший мій,&lt;br /&gt;</w:t>
        <w:br/>
        <w:t>знесилилась душа у мене&lt;br /&gt;</w:t>
        <w:br/>
        <w:t>і хилиться в Баварії чужій&lt;br /&gt;</w:t>
        <w:br/>
        <w:t>на скошене зело зелене.&lt;br /&gt;</w:t>
        <w:br/>
        <w:t>І линути не можу легко так,&lt;br /&gt;</w:t>
        <w:br/>
        <w:t>як ти на гору в тінь мовчущу,&lt;br /&gt;</w:t>
        <w:br/>
        <w:t>коли виблискуєш, неначе знак&lt;br /&gt;</w:t>
        <w:br/>
        <w:t>коси, що травам лине в гущу . ..&lt;br /&gt;</w:t>
        <w:br/>
        <w:t>Гей, брате-пташе, поможи мені&lt;br /&gt;</w:t>
        <w:br/>
        <w:t>до тебе Б гори щонайвищі,&lt;br /&gt;</w:t>
        <w:br/>
        <w:t>аби я від людей на вишині&lt;br /&gt;</w:t>
        <w:br/>
        <w:t>був вільний навіть в громовищі" . ..&lt;br /&gt;</w:t>
        <w:br/>
        <w:t>Але я схаменувся серед мрій,&lt;br /&gt;</w:t>
        <w:br/>
        <w:t>бо уявив, що слово в русі&lt;br /&gt;</w:t>
        <w:br/>
        <w:t>моє завмерло десь аж там вгорі,&lt;br /&gt;</w:t>
        <w:br/>
        <w:t>де зела й сніг на вічній смузі,&lt;br /&gt;</w:t>
        <w:br/>
        <w:t>і щойно дивиться із вишини&lt;br /&gt;</w:t>
        <w:br/>
        <w:t>орел з увагою на мене,&lt;br /&gt;</w:t>
        <w:br/>
        <w:t>то голосу не чує ні луни&lt;br /&gt;</w:t>
        <w:br/>
        <w:t>на урвище своє шалене.</w:t>
      </w:r>
    </w:p>
    <w:p>
      <w:r>
        <w:br/>
        <w:t>І тільки бачить з крижаних висот&lt;br /&gt;</w:t>
        <w:br/>
        <w:t>і голову мою задерту,&lt;br /&gt;</w:t>
        <w:br/>
        <w:t>і вверх роззявлений мій дико рот&lt;br /&gt;</w:t>
        <w:br/>
        <w:t>на машкару похожий мертву,&lt;br /&gt;</w:t>
        <w:br/>
        <w:t>і теж гадає там турботно він,&lt;br /&gt;</w:t>
        <w:br/>
        <w:t>аби мене до себе взяти&lt;br /&gt;</w:t>
        <w:br/>
        <w:t>і в сніг, і в тінь, і в соняшний розгін&lt;br /&gt;</w:t>
        <w:br/>
        <w:t>і в камінь гострий та іклатий .. .</w:t>
      </w:r>
    </w:p>
    <w:p>
      <w:r>
        <w:br/>
        <w:t>Але аби спочатку груди ці&lt;br /&gt;</w:t>
        <w:br/>
        <w:t>розбити, ніби білі ґрати,&lt;br /&gt;</w:t>
        <w:br/>
        <w:t>й легені вирвати, щоб на кінці&lt;br /&gt;</w:t>
        <w:br/>
        <w:t>найвищої гори склювати. . .&lt;br /&gt;</w:t>
        <w:br/>
        <w:t>А потім і печінку, і живіт&lt;br /&gt;</w:t>
        <w:br/>
        <w:t>ще може вирвати в живого&lt;br /&gt;</w:t>
        <w:br/>
        <w:t>і, винісши понад скелястий світ,&lt;br /&gt;</w:t>
        <w:br/>
        <w:t>там кров'ю бризкати на нього . ..</w:t>
      </w:r>
    </w:p>
    <w:p>
      <w:r>
        <w:br/>
        <w:t>І, ох, душе проклята з хижаком,&lt;br /&gt;</w:t>
        <w:br/>
        <w:t>нарешті я дізнався нині,&lt;br /&gt;</w:t>
        <w:br/>
        <w:t>що я низам лиш рідний піджаком,&lt;br /&gt;</w:t>
        <w:br/>
        <w:t>але й твоїй чужий вершині;&lt;br /&gt;</w:t>
        <w:br/>
        <w:t>і знаю серцем чистим самотин,&lt;br /&gt;</w:t>
        <w:br/>
        <w:t>могутніших за вічний досвід,&lt;br /&gt;</w:t>
        <w:br/>
        <w:t>що мешканець і я стрімких вершин,&lt;br /&gt;</w:t>
        <w:br/>
        <w:t>яких не долітав ти й досі.&lt;br /&gt;</w:t>
        <w:br/>
        <w:t>І у прийдешньому ніколи ти&lt;br /&gt;</w:t>
        <w:br/>
        <w:t>не вилетиш на них, паскудо,&lt;br /&gt;</w:t>
        <w:br/>
        <w:t>і кров'ю не забризкаєш світи,&lt;br /&gt;</w:t>
        <w:br/>
        <w:t>що сонце підняло над людом .. .&lt;br /&gt;</w:t>
        <w:br/>
        <w:t>І щойно до шпилів твоїх літак&lt;br /&gt;</w:t>
        <w:br/>
        <w:t>буває кожний день промовцем,&lt;br /&gt;</w:t>
        <w:br/>
        <w:t>то на моїх вершинах тільки птах&lt;br /&gt;</w:t>
        <w:br/>
        <w:t>щебече той, що зветься сонцем!</w:t>
      </w:r>
    </w:p>
    <w:p>
      <w:r>
        <w:br/>
        <w:t>І їх, таємних, як життя й загин,&lt;br /&gt;</w:t>
        <w:br/>
        <w:t>і ті не знають ще й сьогодні,&lt;br /&gt;</w:t>
        <w:br/>
        <w:t>серед яких блукаю я один&lt;br /&gt;</w:t>
        <w:br/>
        <w:t>і безпорадний, і самотній,&lt;br /&gt;</w:t>
        <w:br/>
        <w:t>сумуючи за верхогір'ям тим,&lt;br /&gt;</w:t>
        <w:br/>
        <w:t>з якого кулею з пістоля&lt;br /&gt;</w:t>
        <w:br/>
        <w:t>мою вниз душу витрусив не дим,&lt;br /&gt;</w:t>
        <w:br/>
        <w:t>але чиясь злочинна воля.</w:t>
      </w:r>
    </w:p>
    <w:p>
      <w:r>
        <w:br/>
        <w:t>І нині тільки інколи назад&lt;br /&gt;</w:t>
        <w:br/>
        <w:t>її земля пускає, мати,&lt;br /&gt;</w:t>
        <w:br/>
        <w:t>щоб потім самотою у стократ&lt;br /&gt;</w:t>
        <w:br/>
        <w:t>болючіше внизу страждати.&lt;br /&gt;</w:t>
        <w:br/>
        <w:t>І знаю, з мукою такою вдвох&lt;br /&gt;</w:t>
        <w:br/>
        <w:t>душа покине світ тривоги,&lt;br /&gt;</w:t>
        <w:br/>
        <w:t>але не знаю чи свідомий Бог,&lt;br /&gt;</w:t>
        <w:br/>
        <w:t>де їй полегшає хоч трохи" . ..</w:t>
      </w:r>
    </w:p>
    <w:p>
      <w:r>
        <w:br/>
        <w:t>Та хвилі берег ревищем трясли,&lt;br /&gt;</w:t>
        <w:br/>
        <w:t>і хтось чужий бряжчав косою,&lt;br /&gt;</w:t>
        <w:br/>
        <w:t>і не гукали клекотом орли&lt;br /&gt;</w:t>
        <w:br/>
        <w:t>ні в горах, ні попід горою.&lt;br /&gt;</w:t>
        <w:br/>
        <w:t>І я отямившись почав іти&lt;br /&gt;</w:t>
        <w:br/>
        <w:t>туди між таборові вежі,&lt;br /&gt;</w:t>
        <w:br/>
        <w:t>де світ для мене вже не мав мети,&lt;br /&gt;</w:t>
        <w:br/>
        <w:t>як мокрий попіл по пожежі. . 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Марево Есхілового Орла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